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A722" w14:textId="77777777" w:rsidR="006D5139" w:rsidRDefault="00000000">
      <w:pPr>
        <w:spacing w:before="280" w:after="80"/>
        <w:rPr>
          <w:lang w:eastAsia="zh-CN"/>
        </w:rPr>
      </w:pPr>
      <w:r>
        <w:rPr>
          <w:b/>
          <w:color w:val="2E74B5"/>
          <w:lang w:eastAsia="zh-CN"/>
        </w:rPr>
        <w:t>产品与开发实施方案</w:t>
      </w:r>
    </w:p>
    <w:p w14:paraId="32718F1B" w14:textId="77777777" w:rsidR="006D5139" w:rsidRDefault="00000000">
      <w:pPr>
        <w:spacing w:after="140"/>
        <w:rPr>
          <w:lang w:eastAsia="zh-CN"/>
        </w:rPr>
      </w:pPr>
      <w:r>
        <w:rPr>
          <w:b/>
          <w:color w:val="0B2545"/>
          <w:sz w:val="50"/>
          <w:lang w:eastAsia="zh-CN"/>
        </w:rPr>
        <w:t>职来</w:t>
      </w:r>
      <w:r>
        <w:rPr>
          <w:b/>
          <w:color w:val="0B2545"/>
          <w:sz w:val="50"/>
          <w:lang w:eastAsia="zh-CN"/>
        </w:rPr>
        <w:t xml:space="preserve"> AI </w:t>
      </w:r>
      <w:r>
        <w:rPr>
          <w:b/>
          <w:color w:val="0B2545"/>
          <w:sz w:val="50"/>
          <w:lang w:eastAsia="zh-CN"/>
        </w:rPr>
        <w:t>求职招聘平台</w:t>
      </w:r>
    </w:p>
    <w:p w14:paraId="498BCAC9" w14:textId="77777777" w:rsidR="006D5139" w:rsidRDefault="00000000">
      <w:pPr>
        <w:spacing w:after="320"/>
        <w:rPr>
          <w:lang w:eastAsia="zh-CN"/>
        </w:rPr>
      </w:pPr>
      <w:r>
        <w:rPr>
          <w:color w:val="5B6573"/>
          <w:sz w:val="27"/>
          <w:lang w:eastAsia="zh-CN"/>
        </w:rPr>
        <w:t>基于</w:t>
      </w:r>
      <w:r>
        <w:rPr>
          <w:color w:val="5B6573"/>
          <w:sz w:val="27"/>
          <w:lang w:eastAsia="zh-CN"/>
        </w:rPr>
        <w:t xml:space="preserve"> Frappe Framework </w:t>
      </w:r>
      <w:r>
        <w:rPr>
          <w:color w:val="5B6573"/>
          <w:sz w:val="27"/>
          <w:lang w:eastAsia="zh-CN"/>
        </w:rPr>
        <w:t>的两人团队可执行产品、技术与交付计划</w:t>
      </w:r>
    </w:p>
    <w:p w14:paraId="12EF61E8" w14:textId="77777777" w:rsidR="006D5139" w:rsidRDefault="00000000">
      <w:pPr>
        <w:spacing w:after="60" w:line="252" w:lineRule="auto"/>
        <w:rPr>
          <w:lang w:eastAsia="zh-CN"/>
        </w:rPr>
      </w:pPr>
      <w:r>
        <w:rPr>
          <w:b/>
          <w:sz w:val="21"/>
          <w:lang w:eastAsia="zh-CN"/>
        </w:rPr>
        <w:t>文档版本：</w:t>
      </w:r>
      <w:r>
        <w:rPr>
          <w:sz w:val="21"/>
          <w:lang w:eastAsia="zh-CN"/>
        </w:rPr>
        <w:t>v1.0</w:t>
      </w:r>
    </w:p>
    <w:p w14:paraId="048BAF71" w14:textId="77777777" w:rsidR="006D5139" w:rsidRDefault="00000000">
      <w:pPr>
        <w:spacing w:after="60" w:line="252" w:lineRule="auto"/>
        <w:rPr>
          <w:lang w:eastAsia="zh-CN"/>
        </w:rPr>
      </w:pPr>
      <w:r>
        <w:rPr>
          <w:b/>
          <w:sz w:val="21"/>
          <w:lang w:eastAsia="zh-CN"/>
        </w:rPr>
        <w:t>编制日期：</w:t>
      </w:r>
      <w:r>
        <w:rPr>
          <w:sz w:val="21"/>
          <w:lang w:eastAsia="zh-CN"/>
        </w:rPr>
        <w:t xml:space="preserve">2026 </w:t>
      </w:r>
      <w:r>
        <w:rPr>
          <w:sz w:val="21"/>
          <w:lang w:eastAsia="zh-CN"/>
        </w:rPr>
        <w:t>年</w:t>
      </w:r>
      <w:r>
        <w:rPr>
          <w:sz w:val="21"/>
          <w:lang w:eastAsia="zh-CN"/>
        </w:rPr>
        <w:t xml:space="preserve"> 7 </w:t>
      </w:r>
      <w:r>
        <w:rPr>
          <w:sz w:val="21"/>
          <w:lang w:eastAsia="zh-CN"/>
        </w:rPr>
        <w:t>月</w:t>
      </w:r>
      <w:r>
        <w:rPr>
          <w:sz w:val="21"/>
          <w:lang w:eastAsia="zh-CN"/>
        </w:rPr>
        <w:t xml:space="preserve"> 29 </w:t>
      </w:r>
      <w:r>
        <w:rPr>
          <w:sz w:val="21"/>
          <w:lang w:eastAsia="zh-CN"/>
        </w:rPr>
        <w:t>日</w:t>
      </w:r>
    </w:p>
    <w:p w14:paraId="7DD63154" w14:textId="77777777" w:rsidR="006D5139" w:rsidRDefault="00000000">
      <w:pPr>
        <w:spacing w:after="60" w:line="252" w:lineRule="auto"/>
        <w:rPr>
          <w:lang w:eastAsia="zh-CN"/>
        </w:rPr>
      </w:pPr>
      <w:r>
        <w:rPr>
          <w:b/>
          <w:sz w:val="21"/>
          <w:lang w:eastAsia="zh-CN"/>
        </w:rPr>
        <w:t>计划周期：</w:t>
      </w:r>
      <w:r>
        <w:rPr>
          <w:sz w:val="21"/>
          <w:lang w:eastAsia="zh-CN"/>
        </w:rPr>
        <w:t xml:space="preserve">2026 </w:t>
      </w:r>
      <w:r>
        <w:rPr>
          <w:sz w:val="21"/>
          <w:lang w:eastAsia="zh-CN"/>
        </w:rPr>
        <w:t>年</w:t>
      </w:r>
      <w:r>
        <w:rPr>
          <w:sz w:val="21"/>
          <w:lang w:eastAsia="zh-CN"/>
        </w:rPr>
        <w:t xml:space="preserve"> 8 </w:t>
      </w:r>
      <w:r>
        <w:rPr>
          <w:sz w:val="21"/>
          <w:lang w:eastAsia="zh-CN"/>
        </w:rPr>
        <w:t>月</w:t>
      </w:r>
      <w:r>
        <w:rPr>
          <w:sz w:val="21"/>
          <w:lang w:eastAsia="zh-CN"/>
        </w:rPr>
        <w:t xml:space="preserve"> 3 </w:t>
      </w:r>
      <w:r>
        <w:rPr>
          <w:sz w:val="21"/>
          <w:lang w:eastAsia="zh-CN"/>
        </w:rPr>
        <w:t>日</w:t>
      </w:r>
      <w:r>
        <w:rPr>
          <w:sz w:val="21"/>
          <w:lang w:eastAsia="zh-CN"/>
        </w:rPr>
        <w:t xml:space="preserve">—12 </w:t>
      </w:r>
      <w:r>
        <w:rPr>
          <w:sz w:val="21"/>
          <w:lang w:eastAsia="zh-CN"/>
        </w:rPr>
        <w:t>月</w:t>
      </w:r>
      <w:r>
        <w:rPr>
          <w:sz w:val="21"/>
          <w:lang w:eastAsia="zh-CN"/>
        </w:rPr>
        <w:t xml:space="preserve"> 4 </w:t>
      </w:r>
      <w:r>
        <w:rPr>
          <w:sz w:val="21"/>
          <w:lang w:eastAsia="zh-CN"/>
        </w:rPr>
        <w:t>日（</w:t>
      </w:r>
      <w:r>
        <w:rPr>
          <w:sz w:val="21"/>
          <w:lang w:eastAsia="zh-CN"/>
        </w:rPr>
        <w:t xml:space="preserve">16 </w:t>
      </w:r>
      <w:r>
        <w:rPr>
          <w:sz w:val="21"/>
          <w:lang w:eastAsia="zh-CN"/>
        </w:rPr>
        <w:t>个有效研发周）</w:t>
      </w:r>
    </w:p>
    <w:p w14:paraId="1D2F54F6" w14:textId="77777777" w:rsidR="006D5139" w:rsidRDefault="00000000">
      <w:pPr>
        <w:spacing w:after="60" w:line="252" w:lineRule="auto"/>
        <w:rPr>
          <w:lang w:eastAsia="zh-CN"/>
        </w:rPr>
      </w:pPr>
      <w:r>
        <w:rPr>
          <w:b/>
          <w:sz w:val="21"/>
          <w:lang w:eastAsia="zh-CN"/>
        </w:rPr>
        <w:t>团队配置：</w:t>
      </w:r>
      <w:r>
        <w:rPr>
          <w:sz w:val="21"/>
          <w:lang w:eastAsia="zh-CN"/>
        </w:rPr>
        <w:t>杨幸幸（前端负责人）</w:t>
      </w:r>
      <w:r>
        <w:rPr>
          <w:sz w:val="21"/>
          <w:lang w:eastAsia="zh-CN"/>
        </w:rPr>
        <w:t xml:space="preserve"> · </w:t>
      </w:r>
      <w:r>
        <w:rPr>
          <w:sz w:val="21"/>
          <w:lang w:eastAsia="zh-CN"/>
        </w:rPr>
        <w:t>张顺（后端负责人）</w:t>
      </w:r>
    </w:p>
    <w:p w14:paraId="3BDB1525" w14:textId="77777777" w:rsidR="006D5139" w:rsidRDefault="00000000">
      <w:pPr>
        <w:spacing w:after="60" w:line="252" w:lineRule="auto"/>
        <w:rPr>
          <w:lang w:eastAsia="zh-CN"/>
        </w:rPr>
      </w:pPr>
      <w:r>
        <w:rPr>
          <w:b/>
          <w:sz w:val="21"/>
          <w:lang w:eastAsia="zh-CN"/>
        </w:rPr>
        <w:t>参考基线：</w:t>
      </w:r>
      <w:r>
        <w:rPr>
          <w:sz w:val="21"/>
          <w:lang w:eastAsia="zh-CN"/>
        </w:rPr>
        <w:t xml:space="preserve">Frappe Framework + Frappe HR </w:t>
      </w:r>
      <w:r>
        <w:rPr>
          <w:sz w:val="21"/>
          <w:lang w:eastAsia="zh-CN"/>
        </w:rPr>
        <w:t>招聘流程</w:t>
      </w:r>
    </w:p>
    <w:p w14:paraId="5EC6F39F" w14:textId="77777777" w:rsidR="006D5139" w:rsidRDefault="00000000">
      <w:pPr>
        <w:spacing w:after="60" w:line="252" w:lineRule="auto"/>
        <w:rPr>
          <w:lang w:eastAsia="zh-CN"/>
        </w:rPr>
      </w:pPr>
      <w:r>
        <w:rPr>
          <w:b/>
          <w:sz w:val="21"/>
          <w:lang w:eastAsia="zh-CN"/>
        </w:rPr>
        <w:t>文档用途：</w:t>
      </w:r>
      <w:r>
        <w:rPr>
          <w:sz w:val="21"/>
          <w:lang w:eastAsia="zh-CN"/>
        </w:rPr>
        <w:t>需求冻结</w:t>
      </w:r>
      <w:r>
        <w:rPr>
          <w:sz w:val="21"/>
          <w:lang w:eastAsia="zh-CN"/>
        </w:rPr>
        <w:t xml:space="preserve"> · </w:t>
      </w:r>
      <w:r>
        <w:rPr>
          <w:sz w:val="21"/>
          <w:lang w:eastAsia="zh-CN"/>
        </w:rPr>
        <w:t>技术评审</w:t>
      </w:r>
      <w:r>
        <w:rPr>
          <w:sz w:val="21"/>
          <w:lang w:eastAsia="zh-CN"/>
        </w:rPr>
        <w:t xml:space="preserve"> · </w:t>
      </w:r>
      <w:r>
        <w:rPr>
          <w:sz w:val="21"/>
          <w:lang w:eastAsia="zh-CN"/>
        </w:rPr>
        <w:t>研发排期</w:t>
      </w:r>
      <w:r>
        <w:rPr>
          <w:sz w:val="21"/>
          <w:lang w:eastAsia="zh-CN"/>
        </w:rPr>
        <w:t xml:space="preserve"> · </w:t>
      </w:r>
      <w:r>
        <w:rPr>
          <w:sz w:val="21"/>
          <w:lang w:eastAsia="zh-CN"/>
        </w:rPr>
        <w:t>上线评审</w:t>
      </w:r>
    </w:p>
    <w:p w14:paraId="117D0A09" w14:textId="77777777" w:rsidR="006D5139" w:rsidRDefault="006D5139">
      <w:pPr>
        <w:pBdr>
          <w:bottom w:val="single" w:sz="16" w:space="4" w:color="2E74B5"/>
        </w:pBdr>
        <w:spacing w:before="160" w:after="320"/>
        <w:rPr>
          <w:lang w:eastAsia="zh-CN"/>
        </w:rPr>
      </w:pPr>
    </w:p>
    <w:p w14:paraId="04F6A4A2" w14:textId="77777777" w:rsidR="006D5139" w:rsidRDefault="00000000">
      <w:pPr>
        <w:pBdr>
          <w:left w:val="single" w:sz="18" w:space="8" w:color="2E74B5"/>
        </w:pBdr>
        <w:shd w:val="clear" w:color="auto" w:fill="F4F6F9"/>
        <w:spacing w:line="276" w:lineRule="auto"/>
        <w:ind w:left="173" w:right="173"/>
        <w:rPr>
          <w:lang w:eastAsia="zh-CN"/>
        </w:rPr>
      </w:pPr>
      <w:r>
        <w:rPr>
          <w:sz w:val="21"/>
          <w:lang w:eastAsia="zh-CN"/>
        </w:rPr>
        <w:t>执行前提：两名全职开发者、</w:t>
      </w:r>
      <w:r>
        <w:rPr>
          <w:sz w:val="21"/>
          <w:lang w:eastAsia="zh-CN"/>
        </w:rPr>
        <w:t xml:space="preserve">Web </w:t>
      </w:r>
      <w:r>
        <w:rPr>
          <w:sz w:val="21"/>
          <w:lang w:eastAsia="zh-CN"/>
        </w:rPr>
        <w:t>优先、先完成可验证业务闭环。产品、测试、运维和项目管理工作由两人共同承担；法律许可、隐私政策、用户协议和经营资质由公司负责人或专业人员复核。</w:t>
      </w:r>
    </w:p>
    <w:p w14:paraId="05169885" w14:textId="77777777" w:rsidR="006D5139" w:rsidRDefault="00000000">
      <w:pPr>
        <w:spacing w:before="360" w:after="0"/>
        <w:rPr>
          <w:lang w:eastAsia="zh-CN"/>
        </w:rPr>
      </w:pPr>
      <w:r>
        <w:rPr>
          <w:b/>
          <w:color w:val="2E74B5"/>
          <w:sz w:val="20"/>
          <w:lang w:eastAsia="zh-CN"/>
        </w:rPr>
        <w:t>核心交付目标</w:t>
      </w:r>
    </w:p>
    <w:p w14:paraId="4EE5EC99" w14:textId="230D4B6D" w:rsidR="006D5139" w:rsidRDefault="00000000">
      <w:pPr>
        <w:spacing w:after="0"/>
        <w:rPr>
          <w:lang w:eastAsia="zh-CN"/>
        </w:rPr>
      </w:pPr>
      <w:r>
        <w:rPr>
          <w:b/>
          <w:color w:val="0B2545"/>
          <w:sz w:val="28"/>
          <w:lang w:eastAsia="zh-CN"/>
        </w:rPr>
        <w:t>交付可灰度、可审核、可回滚的公开测试版。</w:t>
      </w:r>
    </w:p>
    <w:p w14:paraId="65B291F5" w14:textId="77777777" w:rsidR="006D5139" w:rsidRDefault="00000000">
      <w:pPr>
        <w:rPr>
          <w:lang w:eastAsia="zh-CN"/>
        </w:rPr>
      </w:pPr>
      <w:r>
        <w:rPr>
          <w:lang w:eastAsia="zh-CN"/>
        </w:rPr>
        <w:br w:type="page"/>
      </w:r>
    </w:p>
    <w:p w14:paraId="0E963ED2" w14:textId="77777777" w:rsidR="006D5139" w:rsidRDefault="00000000">
      <w:pPr>
        <w:pStyle w:val="21"/>
        <w:rPr>
          <w:lang w:eastAsia="zh-CN"/>
        </w:rPr>
      </w:pPr>
      <w:r>
        <w:rPr>
          <w:rFonts w:ascii="Calibri" w:eastAsia="微软雅黑" w:hAnsi="Calibri"/>
          <w:lang w:eastAsia="zh-CN"/>
        </w:rPr>
        <w:lastRenderedPageBreak/>
        <w:t xml:space="preserve">1. </w:t>
      </w:r>
      <w:r>
        <w:rPr>
          <w:rFonts w:ascii="Calibri" w:eastAsia="微软雅黑" w:hAnsi="Calibri"/>
          <w:lang w:eastAsia="zh-CN"/>
        </w:rPr>
        <w:t>立项结论</w:t>
      </w:r>
    </w:p>
    <w:p w14:paraId="34F4B776" w14:textId="77777777" w:rsidR="006D5139" w:rsidRDefault="00000000">
      <w:pPr>
        <w:pStyle w:val="31"/>
        <w:rPr>
          <w:lang w:eastAsia="zh-CN"/>
        </w:rPr>
      </w:pPr>
      <w:r>
        <w:rPr>
          <w:rFonts w:ascii="Calibri" w:eastAsia="微软雅黑" w:hAnsi="Calibri"/>
          <w:lang w:eastAsia="zh-CN"/>
        </w:rPr>
        <w:t xml:space="preserve">1.1 </w:t>
      </w:r>
      <w:r>
        <w:rPr>
          <w:rFonts w:ascii="Calibri" w:eastAsia="微软雅黑" w:hAnsi="Calibri"/>
          <w:lang w:eastAsia="zh-CN"/>
        </w:rPr>
        <w:t>产品定位</w:t>
      </w:r>
    </w:p>
    <w:p w14:paraId="2B2EF40C" w14:textId="77777777" w:rsidR="006D5139" w:rsidRDefault="00000000">
      <w:pPr>
        <w:rPr>
          <w:lang w:eastAsia="zh-CN"/>
        </w:rPr>
      </w:pPr>
      <w:r>
        <w:rPr>
          <w:lang w:eastAsia="zh-CN"/>
        </w:rPr>
        <w:t>“</w:t>
      </w:r>
      <w:r>
        <w:rPr>
          <w:lang w:eastAsia="zh-CN"/>
        </w:rPr>
        <w:t>职来</w:t>
      </w:r>
      <w:r>
        <w:rPr>
          <w:lang w:eastAsia="zh-CN"/>
        </w:rPr>
        <w:t>”</w:t>
      </w:r>
      <w:r>
        <w:rPr>
          <w:lang w:eastAsia="zh-CN"/>
        </w:rPr>
        <w:t>是一款面向大学生、应届生和青年职场人的可信求职招聘平台，提供：</w:t>
      </w:r>
    </w:p>
    <w:p w14:paraId="43554374" w14:textId="77777777" w:rsidR="006D5139" w:rsidRDefault="00000000">
      <w:pPr>
        <w:pStyle w:val="a0"/>
        <w:keepLines/>
        <w:numPr>
          <w:ilvl w:val="0"/>
          <w:numId w:val="7"/>
        </w:numPr>
        <w:rPr>
          <w:lang w:eastAsia="zh-CN"/>
        </w:rPr>
      </w:pPr>
      <w:r>
        <w:rPr>
          <w:lang w:eastAsia="zh-CN"/>
        </w:rPr>
        <w:t>经核验的企业与岗位信息；</w:t>
      </w:r>
    </w:p>
    <w:p w14:paraId="3909A3D7" w14:textId="77777777" w:rsidR="006D5139" w:rsidRDefault="00000000">
      <w:pPr>
        <w:pStyle w:val="a0"/>
        <w:keepLines/>
        <w:numPr>
          <w:ilvl w:val="0"/>
          <w:numId w:val="7"/>
        </w:numPr>
        <w:rPr>
          <w:lang w:eastAsia="zh-CN"/>
        </w:rPr>
      </w:pPr>
      <w:r>
        <w:rPr>
          <w:lang w:eastAsia="zh-CN"/>
        </w:rPr>
        <w:t>求职者职业档案、简历和投递管理；</w:t>
      </w:r>
    </w:p>
    <w:p w14:paraId="41DF3BC2" w14:textId="77777777" w:rsidR="006D5139" w:rsidRDefault="00000000">
      <w:pPr>
        <w:pStyle w:val="a0"/>
        <w:keepLines/>
        <w:numPr>
          <w:ilvl w:val="0"/>
          <w:numId w:val="7"/>
        </w:numPr>
        <w:rPr>
          <w:lang w:eastAsia="zh-CN"/>
        </w:rPr>
      </w:pPr>
      <w:r>
        <w:rPr>
          <w:lang w:eastAsia="zh-CN"/>
        </w:rPr>
        <w:t>求职者与招聘方基于明确意向的直接沟通；</w:t>
      </w:r>
    </w:p>
    <w:p w14:paraId="2C045459" w14:textId="77777777" w:rsidR="006D5139" w:rsidRDefault="00000000">
      <w:pPr>
        <w:pStyle w:val="a0"/>
        <w:keepLines/>
        <w:numPr>
          <w:ilvl w:val="0"/>
          <w:numId w:val="7"/>
        </w:numPr>
        <w:rPr>
          <w:lang w:eastAsia="zh-CN"/>
        </w:rPr>
      </w:pPr>
      <w:r>
        <w:rPr>
          <w:lang w:eastAsia="zh-CN"/>
        </w:rPr>
        <w:t>招聘申请、筛选、面试、</w:t>
      </w:r>
      <w:r>
        <w:rPr>
          <w:lang w:eastAsia="zh-CN"/>
        </w:rPr>
        <w:t xml:space="preserve">Offer </w:t>
      </w:r>
      <w:r>
        <w:rPr>
          <w:lang w:eastAsia="zh-CN"/>
        </w:rPr>
        <w:t>的全流程管理；</w:t>
      </w:r>
    </w:p>
    <w:p w14:paraId="3D24B020" w14:textId="77777777" w:rsidR="006D5139" w:rsidRDefault="00000000">
      <w:pPr>
        <w:pStyle w:val="a0"/>
        <w:keepLines/>
        <w:numPr>
          <w:ilvl w:val="0"/>
          <w:numId w:val="7"/>
        </w:numPr>
        <w:rPr>
          <w:lang w:eastAsia="zh-CN"/>
        </w:rPr>
      </w:pPr>
      <w:r>
        <w:rPr>
          <w:lang w:eastAsia="zh-CN"/>
        </w:rPr>
        <w:t>“</w:t>
      </w:r>
      <w:r>
        <w:rPr>
          <w:lang w:eastAsia="zh-CN"/>
        </w:rPr>
        <w:t>阿布</w:t>
      </w:r>
      <w:r>
        <w:rPr>
          <w:lang w:eastAsia="zh-CN"/>
        </w:rPr>
        <w:t xml:space="preserve"> AI </w:t>
      </w:r>
      <w:r>
        <w:rPr>
          <w:lang w:eastAsia="zh-CN"/>
        </w:rPr>
        <w:t>求职助手</w:t>
      </w:r>
      <w:r>
        <w:rPr>
          <w:lang w:eastAsia="zh-CN"/>
        </w:rPr>
        <w:t>”</w:t>
      </w:r>
      <w:r>
        <w:rPr>
          <w:lang w:eastAsia="zh-CN"/>
        </w:rPr>
        <w:t>提供简历诊断、岗位匹配解释、沟通建议和面试训练；</w:t>
      </w:r>
    </w:p>
    <w:p w14:paraId="438594A4" w14:textId="77777777" w:rsidR="006D5139" w:rsidRDefault="00000000">
      <w:pPr>
        <w:pStyle w:val="a0"/>
        <w:keepLines/>
        <w:numPr>
          <w:ilvl w:val="0"/>
          <w:numId w:val="7"/>
        </w:numPr>
        <w:rPr>
          <w:lang w:eastAsia="zh-CN"/>
        </w:rPr>
      </w:pPr>
      <w:r>
        <w:rPr>
          <w:lang w:eastAsia="zh-CN"/>
        </w:rPr>
        <w:t>平台运营人员对企业、岗位、投诉、</w:t>
      </w:r>
      <w:r>
        <w:rPr>
          <w:lang w:eastAsia="zh-CN"/>
        </w:rPr>
        <w:t xml:space="preserve">AI </w:t>
      </w:r>
      <w:r>
        <w:rPr>
          <w:lang w:eastAsia="zh-CN"/>
        </w:rPr>
        <w:t>风险和数据权限进行审核与处置。</w:t>
      </w:r>
    </w:p>
    <w:p w14:paraId="76A42952" w14:textId="77777777" w:rsidR="006D5139" w:rsidRDefault="00000000">
      <w:pPr>
        <w:rPr>
          <w:lang w:eastAsia="zh-CN"/>
        </w:rPr>
      </w:pPr>
      <w:r>
        <w:rPr>
          <w:lang w:eastAsia="zh-CN"/>
        </w:rPr>
        <w:t>产品不是简单复制</w:t>
      </w:r>
      <w:r>
        <w:rPr>
          <w:lang w:eastAsia="zh-CN"/>
        </w:rPr>
        <w:t xml:space="preserve"> BOSS </w:t>
      </w:r>
      <w:r>
        <w:rPr>
          <w:lang w:eastAsia="zh-CN"/>
        </w:rPr>
        <w:t>直聘，也不在首版追求</w:t>
      </w:r>
      <w:r>
        <w:rPr>
          <w:lang w:eastAsia="zh-CN"/>
        </w:rPr>
        <w:t>“</w:t>
      </w:r>
      <w:r>
        <w:rPr>
          <w:lang w:eastAsia="zh-CN"/>
        </w:rPr>
        <w:t>大而全</w:t>
      </w:r>
      <w:r>
        <w:rPr>
          <w:lang w:eastAsia="zh-CN"/>
        </w:rPr>
        <w:t>”</w:t>
      </w:r>
      <w:r>
        <w:rPr>
          <w:lang w:eastAsia="zh-CN"/>
        </w:rPr>
        <w:t>。首版要验证的核心闭环是：</w:t>
      </w:r>
    </w:p>
    <w:p w14:paraId="12D23583" w14:textId="77777777" w:rsidR="006D5139" w:rsidRDefault="00000000">
      <w:pPr>
        <w:keepLines/>
        <w:pBdr>
          <w:left w:val="single" w:sz="18" w:space="8" w:color="2E74B5"/>
        </w:pBdr>
        <w:shd w:val="clear" w:color="auto" w:fill="F4F6F9"/>
        <w:spacing w:before="60" w:after="160" w:line="276" w:lineRule="auto"/>
        <w:ind w:left="173" w:right="173"/>
        <w:rPr>
          <w:lang w:eastAsia="zh-CN"/>
        </w:rPr>
      </w:pPr>
      <w:r>
        <w:rPr>
          <w:sz w:val="21"/>
          <w:lang w:eastAsia="zh-CN"/>
        </w:rPr>
        <w:t>可信岗位</w:t>
      </w:r>
      <w:r>
        <w:rPr>
          <w:sz w:val="21"/>
          <w:lang w:eastAsia="zh-CN"/>
        </w:rPr>
        <w:t xml:space="preserve"> → </w:t>
      </w:r>
      <w:r>
        <w:rPr>
          <w:sz w:val="21"/>
          <w:lang w:eastAsia="zh-CN"/>
        </w:rPr>
        <w:t>可控职业档案</w:t>
      </w:r>
      <w:r>
        <w:rPr>
          <w:sz w:val="21"/>
          <w:lang w:eastAsia="zh-CN"/>
        </w:rPr>
        <w:t xml:space="preserve"> → </w:t>
      </w:r>
      <w:r>
        <w:rPr>
          <w:sz w:val="21"/>
          <w:lang w:eastAsia="zh-CN"/>
        </w:rPr>
        <w:t>有意向的沟通</w:t>
      </w:r>
      <w:r>
        <w:rPr>
          <w:sz w:val="21"/>
          <w:lang w:eastAsia="zh-CN"/>
        </w:rPr>
        <w:t>/</w:t>
      </w:r>
      <w:r>
        <w:rPr>
          <w:sz w:val="21"/>
          <w:lang w:eastAsia="zh-CN"/>
        </w:rPr>
        <w:t>投递</w:t>
      </w:r>
      <w:r>
        <w:rPr>
          <w:sz w:val="21"/>
          <w:lang w:eastAsia="zh-CN"/>
        </w:rPr>
        <w:t xml:space="preserve"> → </w:t>
      </w:r>
      <w:r>
        <w:rPr>
          <w:sz w:val="21"/>
          <w:lang w:eastAsia="zh-CN"/>
        </w:rPr>
        <w:t>招聘流程推进</w:t>
      </w:r>
      <w:r>
        <w:rPr>
          <w:sz w:val="21"/>
          <w:lang w:eastAsia="zh-CN"/>
        </w:rPr>
        <w:t xml:space="preserve"> → AI </w:t>
      </w:r>
      <w:r>
        <w:rPr>
          <w:sz w:val="21"/>
          <w:lang w:eastAsia="zh-CN"/>
        </w:rPr>
        <w:t>辅助提升求职效率</w:t>
      </w:r>
      <w:r>
        <w:rPr>
          <w:sz w:val="21"/>
          <w:lang w:eastAsia="zh-CN"/>
        </w:rPr>
        <w:t xml:space="preserve"> → </w:t>
      </w:r>
      <w:r>
        <w:rPr>
          <w:sz w:val="21"/>
          <w:lang w:eastAsia="zh-CN"/>
        </w:rPr>
        <w:t>平台可审核、可追责、可止损。</w:t>
      </w:r>
    </w:p>
    <w:p w14:paraId="255BACD9" w14:textId="77777777" w:rsidR="006D5139" w:rsidRDefault="00000000">
      <w:pPr>
        <w:pStyle w:val="31"/>
      </w:pPr>
      <w:r>
        <w:rPr>
          <w:rFonts w:ascii="Calibri" w:eastAsia="微软雅黑" w:hAnsi="Calibri"/>
        </w:rPr>
        <w:t xml:space="preserve">1.2 </w:t>
      </w:r>
      <w:r>
        <w:rPr>
          <w:rFonts w:ascii="Calibri" w:eastAsia="微软雅黑" w:hAnsi="Calibri"/>
        </w:rPr>
        <w:t>项目决策</w:t>
      </w:r>
    </w:p>
    <w:p w14:paraId="4902B488" w14:textId="77777777" w:rsidR="006D5139" w:rsidRDefault="00000000">
      <w:pPr>
        <w:pStyle w:val="a0"/>
        <w:keepLines/>
      </w:pPr>
      <w:r>
        <w:rPr>
          <w:b/>
          <w:color w:val="0B2545"/>
        </w:rPr>
        <w:t>技术底座：</w:t>
      </w:r>
      <w:r>
        <w:t>使用</w:t>
      </w:r>
      <w:r>
        <w:t xml:space="preserve"> MIT </w:t>
      </w:r>
      <w:r>
        <w:t>许可的</w:t>
      </w:r>
      <w:r>
        <w:t xml:space="preserve"> Frappe Framework</w:t>
      </w:r>
      <w:r>
        <w:t>，自研</w:t>
      </w:r>
      <w:r>
        <w:t xml:space="preserve"> </w:t>
      </w:r>
      <w:r>
        <w:rPr>
          <w:rFonts w:ascii="Consolas" w:hAnsi="Consolas"/>
          <w:color w:val="1F4D78"/>
          <w:sz w:val="21"/>
        </w:rPr>
        <w:t>zhilai_core</w:t>
      </w:r>
      <w:r>
        <w:t xml:space="preserve"> </w:t>
      </w:r>
      <w:r>
        <w:t>业务</w:t>
      </w:r>
      <w:r>
        <w:t xml:space="preserve"> App</w:t>
      </w:r>
      <w:r>
        <w:rPr>
          <w:b/>
          <w:color w:val="5B6573"/>
          <w:sz w:val="20"/>
        </w:rPr>
        <w:br/>
      </w:r>
      <w:r>
        <w:rPr>
          <w:b/>
          <w:color w:val="5B6573"/>
          <w:sz w:val="20"/>
        </w:rPr>
        <w:t>选择理由：</w:t>
      </w:r>
      <w:r>
        <w:rPr>
          <w:color w:val="5B6573"/>
          <w:sz w:val="20"/>
        </w:rPr>
        <w:t>复用用户、权限、工作流、后台、审计、</w:t>
      </w:r>
      <w:r>
        <w:rPr>
          <w:color w:val="5B6573"/>
          <w:sz w:val="20"/>
        </w:rPr>
        <w:t>REST API</w:t>
      </w:r>
      <w:r>
        <w:rPr>
          <w:color w:val="5B6573"/>
          <w:sz w:val="20"/>
        </w:rPr>
        <w:t>、任务队列和实时能力</w:t>
      </w:r>
    </w:p>
    <w:p w14:paraId="07D4ABFD" w14:textId="77777777" w:rsidR="006D5139" w:rsidRDefault="00000000">
      <w:pPr>
        <w:pStyle w:val="a0"/>
        <w:keepLines/>
      </w:pPr>
      <w:r>
        <w:rPr>
          <w:b/>
          <w:color w:val="0B2545"/>
        </w:rPr>
        <w:t>业务参考：</w:t>
      </w:r>
      <w:r>
        <w:t>研究</w:t>
      </w:r>
      <w:r>
        <w:t xml:space="preserve"> Frappe HR </w:t>
      </w:r>
      <w:r>
        <w:t>的招聘流程和</w:t>
      </w:r>
      <w:r>
        <w:t xml:space="preserve"> DocType </w:t>
      </w:r>
      <w:r>
        <w:t>设计，不直接复制或深改</w:t>
      </w:r>
      <w:r>
        <w:t xml:space="preserve"> HRMS</w:t>
      </w:r>
      <w:r>
        <w:rPr>
          <w:b/>
          <w:color w:val="5B6573"/>
          <w:sz w:val="20"/>
        </w:rPr>
        <w:br/>
      </w:r>
      <w:r>
        <w:rPr>
          <w:b/>
          <w:color w:val="5B6573"/>
          <w:sz w:val="20"/>
        </w:rPr>
        <w:t>选择理由：</w:t>
      </w:r>
      <w:r>
        <w:rPr>
          <w:color w:val="5B6573"/>
          <w:sz w:val="20"/>
        </w:rPr>
        <w:t xml:space="preserve">Frappe HR </w:t>
      </w:r>
      <w:r>
        <w:rPr>
          <w:color w:val="5B6573"/>
          <w:sz w:val="20"/>
        </w:rPr>
        <w:t>已验证</w:t>
      </w:r>
      <w:r>
        <w:rPr>
          <w:color w:val="5B6573"/>
          <w:sz w:val="20"/>
        </w:rPr>
        <w:t>“</w:t>
      </w:r>
      <w:r>
        <w:rPr>
          <w:color w:val="5B6573"/>
          <w:sz w:val="20"/>
        </w:rPr>
        <w:t>需求</w:t>
      </w:r>
      <w:r>
        <w:rPr>
          <w:color w:val="5B6573"/>
          <w:sz w:val="20"/>
        </w:rPr>
        <w:t>—</w:t>
      </w:r>
      <w:r>
        <w:rPr>
          <w:color w:val="5B6573"/>
          <w:sz w:val="20"/>
        </w:rPr>
        <w:t>职位</w:t>
      </w:r>
      <w:r>
        <w:rPr>
          <w:color w:val="5B6573"/>
          <w:sz w:val="20"/>
        </w:rPr>
        <w:t>—</w:t>
      </w:r>
      <w:r>
        <w:rPr>
          <w:color w:val="5B6573"/>
          <w:sz w:val="20"/>
        </w:rPr>
        <w:t>候选人</w:t>
      </w:r>
      <w:r>
        <w:rPr>
          <w:color w:val="5B6573"/>
          <w:sz w:val="20"/>
        </w:rPr>
        <w:t>—</w:t>
      </w:r>
      <w:r>
        <w:rPr>
          <w:color w:val="5B6573"/>
          <w:sz w:val="20"/>
        </w:rPr>
        <w:t>面试</w:t>
      </w:r>
      <w:r>
        <w:rPr>
          <w:color w:val="5B6573"/>
          <w:sz w:val="20"/>
        </w:rPr>
        <w:t>—Offer”</w:t>
      </w:r>
      <w:r>
        <w:rPr>
          <w:color w:val="5B6573"/>
          <w:sz w:val="20"/>
        </w:rPr>
        <w:t>流程，但整体为</w:t>
      </w:r>
      <w:r>
        <w:rPr>
          <w:color w:val="5B6573"/>
          <w:sz w:val="20"/>
        </w:rPr>
        <w:t xml:space="preserve"> GPL-3.0</w:t>
      </w:r>
    </w:p>
    <w:p w14:paraId="04D6AF94" w14:textId="77777777" w:rsidR="006D5139" w:rsidRDefault="00000000">
      <w:pPr>
        <w:pStyle w:val="a0"/>
        <w:keepLines/>
      </w:pPr>
      <w:r>
        <w:rPr>
          <w:b/>
          <w:color w:val="0B2545"/>
        </w:rPr>
        <w:t>用户前台：</w:t>
      </w:r>
      <w:r>
        <w:t>Nuxt 3 + Vue 3 + TypeScript</w:t>
      </w:r>
      <w:r>
        <w:t>，响应式</w:t>
      </w:r>
      <w:r>
        <w:t xml:space="preserve"> Web/PWA </w:t>
      </w:r>
      <w:r>
        <w:t>优先</w:t>
      </w:r>
      <w:r>
        <w:rPr>
          <w:b/>
          <w:color w:val="5B6573"/>
          <w:sz w:val="20"/>
        </w:rPr>
        <w:br/>
      </w:r>
      <w:r>
        <w:rPr>
          <w:b/>
          <w:color w:val="5B6573"/>
          <w:sz w:val="20"/>
        </w:rPr>
        <w:t>选择理由：</w:t>
      </w:r>
      <w:r>
        <w:rPr>
          <w:color w:val="5B6573"/>
          <w:sz w:val="20"/>
        </w:rPr>
        <w:t>与团队既有</w:t>
      </w:r>
      <w:r>
        <w:rPr>
          <w:color w:val="5B6573"/>
          <w:sz w:val="20"/>
        </w:rPr>
        <w:t xml:space="preserve"> Vue </w:t>
      </w:r>
      <w:r>
        <w:rPr>
          <w:color w:val="5B6573"/>
          <w:sz w:val="20"/>
        </w:rPr>
        <w:t>技术积累和</w:t>
      </w:r>
      <w:r>
        <w:rPr>
          <w:color w:val="5B6573"/>
          <w:sz w:val="20"/>
        </w:rPr>
        <w:t xml:space="preserve"> Frappe UI </w:t>
      </w:r>
      <w:r>
        <w:rPr>
          <w:color w:val="5B6573"/>
          <w:sz w:val="20"/>
        </w:rPr>
        <w:t>生态更贴近，同时满足岗位页</w:t>
      </w:r>
      <w:r>
        <w:rPr>
          <w:color w:val="5B6573"/>
          <w:sz w:val="20"/>
        </w:rPr>
        <w:t xml:space="preserve"> SEO</w:t>
      </w:r>
    </w:p>
    <w:p w14:paraId="3B1A69C1" w14:textId="77777777" w:rsidR="006D5139" w:rsidRDefault="00000000">
      <w:pPr>
        <w:pStyle w:val="a0"/>
        <w:keepLines/>
        <w:rPr>
          <w:lang w:eastAsia="zh-CN"/>
        </w:rPr>
      </w:pPr>
      <w:r>
        <w:rPr>
          <w:b/>
          <w:color w:val="0B2545"/>
          <w:lang w:eastAsia="zh-CN"/>
        </w:rPr>
        <w:t>运营后台：</w:t>
      </w:r>
      <w:r>
        <w:rPr>
          <w:lang w:eastAsia="zh-CN"/>
        </w:rPr>
        <w:t>直接使用</w:t>
      </w:r>
      <w:r>
        <w:rPr>
          <w:lang w:eastAsia="zh-CN"/>
        </w:rPr>
        <w:t xml:space="preserve"> Frappe Desk</w:t>
      </w:r>
      <w:r>
        <w:rPr>
          <w:lang w:eastAsia="zh-CN"/>
        </w:rPr>
        <w:t>，按业务配置工作台、列表、表单和报表</w:t>
      </w:r>
      <w:r>
        <w:rPr>
          <w:b/>
          <w:color w:val="5B6573"/>
          <w:sz w:val="20"/>
          <w:lang w:eastAsia="zh-CN"/>
        </w:rPr>
        <w:br/>
      </w:r>
      <w:r>
        <w:rPr>
          <w:b/>
          <w:color w:val="5B6573"/>
          <w:sz w:val="20"/>
          <w:lang w:eastAsia="zh-CN"/>
        </w:rPr>
        <w:t>选择理由：</w:t>
      </w:r>
      <w:r>
        <w:rPr>
          <w:color w:val="5B6573"/>
          <w:sz w:val="20"/>
          <w:lang w:eastAsia="zh-CN"/>
        </w:rPr>
        <w:t>两人团队不重复开发后台</w:t>
      </w:r>
      <w:r>
        <w:rPr>
          <w:color w:val="5B6573"/>
          <w:sz w:val="20"/>
          <w:lang w:eastAsia="zh-CN"/>
        </w:rPr>
        <w:t xml:space="preserve"> CRUD </w:t>
      </w:r>
      <w:r>
        <w:rPr>
          <w:color w:val="5B6573"/>
          <w:sz w:val="20"/>
          <w:lang w:eastAsia="zh-CN"/>
        </w:rPr>
        <w:t>和权限系统</w:t>
      </w:r>
    </w:p>
    <w:p w14:paraId="7F57D24C" w14:textId="77777777" w:rsidR="006D5139" w:rsidRDefault="00000000">
      <w:pPr>
        <w:pStyle w:val="a0"/>
        <w:keepLines/>
        <w:rPr>
          <w:lang w:eastAsia="zh-CN"/>
        </w:rPr>
      </w:pPr>
      <w:r>
        <w:rPr>
          <w:b/>
          <w:color w:val="0B2545"/>
          <w:lang w:eastAsia="zh-CN"/>
        </w:rPr>
        <w:t xml:space="preserve">AI </w:t>
      </w:r>
      <w:r>
        <w:rPr>
          <w:b/>
          <w:color w:val="0B2545"/>
          <w:lang w:eastAsia="zh-CN"/>
        </w:rPr>
        <w:t>架构：</w:t>
      </w:r>
      <w:r>
        <w:rPr>
          <w:lang w:eastAsia="zh-CN"/>
        </w:rPr>
        <w:t xml:space="preserve">MVP </w:t>
      </w:r>
      <w:r>
        <w:rPr>
          <w:lang w:eastAsia="zh-CN"/>
        </w:rPr>
        <w:t>内置服务端</w:t>
      </w:r>
      <w:r>
        <w:rPr>
          <w:lang w:eastAsia="zh-CN"/>
        </w:rPr>
        <w:t xml:space="preserve"> AI </w:t>
      </w:r>
      <w:r>
        <w:rPr>
          <w:lang w:eastAsia="zh-CN"/>
        </w:rPr>
        <w:t>编排模块，通过适配器调用已合规的模型</w:t>
      </w:r>
      <w:r>
        <w:rPr>
          <w:lang w:eastAsia="zh-CN"/>
        </w:rPr>
        <w:t xml:space="preserve"> API</w:t>
      </w:r>
      <w:r>
        <w:rPr>
          <w:b/>
          <w:color w:val="5B6573"/>
          <w:sz w:val="20"/>
          <w:lang w:eastAsia="zh-CN"/>
        </w:rPr>
        <w:br/>
      </w:r>
      <w:r>
        <w:rPr>
          <w:b/>
          <w:color w:val="5B6573"/>
          <w:sz w:val="20"/>
          <w:lang w:eastAsia="zh-CN"/>
        </w:rPr>
        <w:t>选择理由：</w:t>
      </w:r>
      <w:r>
        <w:rPr>
          <w:color w:val="5B6573"/>
          <w:sz w:val="20"/>
          <w:lang w:eastAsia="zh-CN"/>
        </w:rPr>
        <w:t>减少独立微服务和运维成本；达到规模阈值后再拆分</w:t>
      </w:r>
    </w:p>
    <w:p w14:paraId="672BAEDC" w14:textId="77777777" w:rsidR="006D5139" w:rsidRDefault="00000000">
      <w:pPr>
        <w:pStyle w:val="a0"/>
        <w:keepLines/>
        <w:rPr>
          <w:lang w:eastAsia="zh-CN"/>
        </w:rPr>
      </w:pPr>
      <w:r>
        <w:rPr>
          <w:b/>
          <w:color w:val="0B2545"/>
          <w:lang w:eastAsia="zh-CN"/>
        </w:rPr>
        <w:t>首版形态：</w:t>
      </w:r>
      <w:r>
        <w:rPr>
          <w:lang w:eastAsia="zh-CN"/>
        </w:rPr>
        <w:t xml:space="preserve">Web </w:t>
      </w:r>
      <w:r>
        <w:rPr>
          <w:lang w:eastAsia="zh-CN"/>
        </w:rPr>
        <w:t>公测，不开发原生</w:t>
      </w:r>
      <w:r>
        <w:rPr>
          <w:lang w:eastAsia="zh-CN"/>
        </w:rPr>
        <w:t xml:space="preserve"> iOS/Android</w:t>
      </w:r>
      <w:r>
        <w:rPr>
          <w:b/>
          <w:color w:val="5B6573"/>
          <w:sz w:val="20"/>
          <w:lang w:eastAsia="zh-CN"/>
        </w:rPr>
        <w:br/>
      </w:r>
      <w:r>
        <w:rPr>
          <w:b/>
          <w:color w:val="5B6573"/>
          <w:sz w:val="20"/>
          <w:lang w:eastAsia="zh-CN"/>
        </w:rPr>
        <w:t>选择理由：</w:t>
      </w:r>
      <w:r>
        <w:rPr>
          <w:color w:val="5B6573"/>
          <w:sz w:val="20"/>
          <w:lang w:eastAsia="zh-CN"/>
        </w:rPr>
        <w:t>控制范围，先验证供需匹配、信任和留存</w:t>
      </w:r>
    </w:p>
    <w:p w14:paraId="11E01480" w14:textId="77777777" w:rsidR="006D5139" w:rsidRDefault="00000000">
      <w:pPr>
        <w:pStyle w:val="a0"/>
        <w:keepLines/>
        <w:rPr>
          <w:lang w:eastAsia="zh-CN"/>
        </w:rPr>
      </w:pPr>
      <w:r>
        <w:rPr>
          <w:b/>
          <w:color w:val="0B2545"/>
          <w:lang w:eastAsia="zh-CN"/>
        </w:rPr>
        <w:t>首版周期：</w:t>
      </w:r>
      <w:r>
        <w:rPr>
          <w:lang w:eastAsia="zh-CN"/>
        </w:rPr>
        <w:t xml:space="preserve">16 </w:t>
      </w:r>
      <w:r>
        <w:rPr>
          <w:lang w:eastAsia="zh-CN"/>
        </w:rPr>
        <w:t>个有效研发周、</w:t>
      </w:r>
      <w:r>
        <w:rPr>
          <w:lang w:eastAsia="zh-CN"/>
        </w:rPr>
        <w:t xml:space="preserve">8 </w:t>
      </w:r>
      <w:r>
        <w:rPr>
          <w:lang w:eastAsia="zh-CN"/>
        </w:rPr>
        <w:t>个双周迭代</w:t>
      </w:r>
      <w:r>
        <w:rPr>
          <w:b/>
          <w:color w:val="5B6573"/>
          <w:sz w:val="20"/>
          <w:lang w:eastAsia="zh-CN"/>
        </w:rPr>
        <w:br/>
      </w:r>
      <w:r>
        <w:rPr>
          <w:b/>
          <w:color w:val="5B6573"/>
          <w:sz w:val="20"/>
          <w:lang w:eastAsia="zh-CN"/>
        </w:rPr>
        <w:t>选择理由：</w:t>
      </w:r>
      <w:r>
        <w:rPr>
          <w:color w:val="5B6573"/>
          <w:sz w:val="20"/>
          <w:lang w:eastAsia="zh-CN"/>
        </w:rPr>
        <w:t>两人团队可执行，并预留测试、合规和灰度时间</w:t>
      </w:r>
    </w:p>
    <w:p w14:paraId="5C7F3F86" w14:textId="77777777" w:rsidR="006D5139" w:rsidRDefault="00000000">
      <w:pPr>
        <w:pStyle w:val="31"/>
      </w:pPr>
      <w:r>
        <w:rPr>
          <w:rFonts w:ascii="Calibri" w:eastAsia="微软雅黑" w:hAnsi="Calibri"/>
        </w:rPr>
        <w:lastRenderedPageBreak/>
        <w:t xml:space="preserve">1.3 </w:t>
      </w:r>
      <w:r>
        <w:rPr>
          <w:rFonts w:ascii="Calibri" w:eastAsia="微软雅黑" w:hAnsi="Calibri"/>
        </w:rPr>
        <w:t>可复用与不可照搬</w:t>
      </w:r>
    </w:p>
    <w:p w14:paraId="18B4ED65" w14:textId="77777777" w:rsidR="006D5139" w:rsidRDefault="00000000">
      <w:r>
        <w:t>可直接复用</w:t>
      </w:r>
      <w:r>
        <w:t xml:space="preserve"> Frappe Framework </w:t>
      </w:r>
      <w:r>
        <w:t>的能力：</w:t>
      </w:r>
    </w:p>
    <w:p w14:paraId="7003FCE0" w14:textId="77777777" w:rsidR="006D5139" w:rsidRDefault="00000000">
      <w:pPr>
        <w:pStyle w:val="a0"/>
        <w:keepLines/>
        <w:numPr>
          <w:ilvl w:val="0"/>
          <w:numId w:val="8"/>
        </w:numPr>
        <w:rPr>
          <w:lang w:eastAsia="zh-CN"/>
        </w:rPr>
      </w:pPr>
      <w:r>
        <w:rPr>
          <w:lang w:eastAsia="zh-CN"/>
        </w:rPr>
        <w:t>用户、角色和基于角色的权限控制；</w:t>
      </w:r>
    </w:p>
    <w:p w14:paraId="64091EA0" w14:textId="77777777" w:rsidR="006D5139" w:rsidRDefault="00000000">
      <w:pPr>
        <w:pStyle w:val="a0"/>
        <w:keepLines/>
        <w:numPr>
          <w:ilvl w:val="0"/>
          <w:numId w:val="8"/>
        </w:numPr>
      </w:pPr>
      <w:r>
        <w:t xml:space="preserve">DocType </w:t>
      </w:r>
      <w:r>
        <w:t>数据模型、表单、列表、工作流和状态机；</w:t>
      </w:r>
    </w:p>
    <w:p w14:paraId="4CE8C6B4" w14:textId="77777777" w:rsidR="006D5139" w:rsidRDefault="00000000">
      <w:pPr>
        <w:pStyle w:val="a0"/>
        <w:keepLines/>
        <w:numPr>
          <w:ilvl w:val="0"/>
          <w:numId w:val="8"/>
        </w:numPr>
      </w:pPr>
      <w:r>
        <w:t>自动生成的</w:t>
      </w:r>
      <w:r>
        <w:t xml:space="preserve"> REST API </w:t>
      </w:r>
      <w:r>
        <w:t>与服务端白名单方法；</w:t>
      </w:r>
    </w:p>
    <w:p w14:paraId="191BB46B" w14:textId="77777777" w:rsidR="006D5139" w:rsidRDefault="00000000">
      <w:pPr>
        <w:pStyle w:val="a0"/>
        <w:keepLines/>
        <w:numPr>
          <w:ilvl w:val="0"/>
          <w:numId w:val="8"/>
        </w:numPr>
        <w:rPr>
          <w:lang w:eastAsia="zh-CN"/>
        </w:rPr>
      </w:pPr>
      <w:r>
        <w:rPr>
          <w:lang w:eastAsia="zh-CN"/>
        </w:rPr>
        <w:t>文件上传、邮件、通知、审计日志、报表；</w:t>
      </w:r>
    </w:p>
    <w:p w14:paraId="56E53C38" w14:textId="77777777" w:rsidR="006D5139" w:rsidRDefault="00000000">
      <w:pPr>
        <w:pStyle w:val="a0"/>
        <w:keepLines/>
        <w:numPr>
          <w:ilvl w:val="0"/>
          <w:numId w:val="8"/>
        </w:numPr>
      </w:pPr>
      <w:r>
        <w:t xml:space="preserve">Redis/RQ </w:t>
      </w:r>
      <w:r>
        <w:t>后台任务和</w:t>
      </w:r>
      <w:r>
        <w:t xml:space="preserve"> Socket.IO </w:t>
      </w:r>
      <w:r>
        <w:t>实时事件；</w:t>
      </w:r>
    </w:p>
    <w:p w14:paraId="334417E5" w14:textId="77777777" w:rsidR="006D5139" w:rsidRDefault="00000000">
      <w:pPr>
        <w:pStyle w:val="a0"/>
        <w:keepLines/>
        <w:numPr>
          <w:ilvl w:val="0"/>
          <w:numId w:val="8"/>
        </w:numPr>
      </w:pPr>
      <w:r>
        <w:t xml:space="preserve">Frappe Desk </w:t>
      </w:r>
      <w:r>
        <w:t>运营管理后台；</w:t>
      </w:r>
    </w:p>
    <w:p w14:paraId="56558714" w14:textId="77777777" w:rsidR="006D5139" w:rsidRDefault="00000000">
      <w:pPr>
        <w:pStyle w:val="a0"/>
        <w:keepLines/>
        <w:numPr>
          <w:ilvl w:val="0"/>
          <w:numId w:val="8"/>
        </w:numPr>
        <w:rPr>
          <w:lang w:eastAsia="zh-CN"/>
        </w:rPr>
      </w:pPr>
      <w:r>
        <w:rPr>
          <w:lang w:eastAsia="zh-CN"/>
        </w:rPr>
        <w:t>数据迁移、补丁、定时任务与多站点能力。</w:t>
      </w:r>
    </w:p>
    <w:p w14:paraId="2A2BF0C5" w14:textId="77777777" w:rsidR="006D5139" w:rsidRDefault="00000000">
      <w:r>
        <w:t>只借鉴、不直接照搬</w:t>
      </w:r>
      <w:r>
        <w:t xml:space="preserve"> Frappe HR </w:t>
      </w:r>
      <w:r>
        <w:t>的内容：</w:t>
      </w:r>
    </w:p>
    <w:p w14:paraId="72C07B9F" w14:textId="77777777" w:rsidR="006D5139" w:rsidRDefault="00000000">
      <w:pPr>
        <w:pStyle w:val="a0"/>
        <w:keepLines/>
        <w:numPr>
          <w:ilvl w:val="0"/>
          <w:numId w:val="9"/>
        </w:numPr>
      </w:pPr>
      <w:r>
        <w:t>Job Requisition</w:t>
      </w:r>
      <w:r>
        <w:t>、</w:t>
      </w:r>
      <w:r>
        <w:t>Job Opening</w:t>
      </w:r>
      <w:r>
        <w:t>、</w:t>
      </w:r>
      <w:r>
        <w:t>Job Applicant</w:t>
      </w:r>
      <w:r>
        <w:t>、</w:t>
      </w:r>
      <w:r>
        <w:t>Interview</w:t>
      </w:r>
      <w:r>
        <w:t>、</w:t>
      </w:r>
      <w:r>
        <w:t>Interview Feedback</w:t>
      </w:r>
      <w:r>
        <w:t>、</w:t>
      </w:r>
      <w:r>
        <w:t xml:space="preserve">Job Offer </w:t>
      </w:r>
      <w:r>
        <w:t>的业务关系；</w:t>
      </w:r>
    </w:p>
    <w:p w14:paraId="5D537C98" w14:textId="77777777" w:rsidR="006D5139" w:rsidRDefault="00000000">
      <w:pPr>
        <w:pStyle w:val="a0"/>
        <w:keepLines/>
        <w:numPr>
          <w:ilvl w:val="0"/>
          <w:numId w:val="9"/>
        </w:numPr>
        <w:rPr>
          <w:lang w:eastAsia="zh-CN"/>
        </w:rPr>
      </w:pPr>
      <w:r>
        <w:rPr>
          <w:lang w:eastAsia="zh-CN"/>
        </w:rPr>
        <w:t>招聘状态流转、面试轮次、评分卡和</w:t>
      </w:r>
      <w:r>
        <w:rPr>
          <w:lang w:eastAsia="zh-CN"/>
        </w:rPr>
        <w:t xml:space="preserve"> Offer </w:t>
      </w:r>
      <w:r>
        <w:rPr>
          <w:lang w:eastAsia="zh-CN"/>
        </w:rPr>
        <w:t>生成方式；</w:t>
      </w:r>
    </w:p>
    <w:p w14:paraId="66DFBA8B" w14:textId="77777777" w:rsidR="006D5139" w:rsidRDefault="00000000">
      <w:pPr>
        <w:pStyle w:val="a0"/>
        <w:keepLines/>
        <w:numPr>
          <w:ilvl w:val="0"/>
          <w:numId w:val="9"/>
        </w:numPr>
        <w:rPr>
          <w:lang w:eastAsia="zh-CN"/>
        </w:rPr>
      </w:pPr>
      <w:r>
        <w:rPr>
          <w:lang w:eastAsia="zh-CN"/>
        </w:rPr>
        <w:t>CI</w:t>
      </w:r>
      <w:r>
        <w:rPr>
          <w:lang w:eastAsia="zh-CN"/>
        </w:rPr>
        <w:t>、代码检查、文档检查、镜像构建、版本发布的工程流程。</w:t>
      </w:r>
    </w:p>
    <w:p w14:paraId="300452D8" w14:textId="77777777" w:rsidR="006D5139" w:rsidRDefault="00000000">
      <w:r>
        <w:t>不建议照搬：</w:t>
      </w:r>
    </w:p>
    <w:p w14:paraId="30EAF4F9" w14:textId="77777777" w:rsidR="006D5139" w:rsidRDefault="00000000">
      <w:pPr>
        <w:pStyle w:val="a0"/>
        <w:keepLines/>
        <w:numPr>
          <w:ilvl w:val="0"/>
          <w:numId w:val="10"/>
        </w:numPr>
        <w:rPr>
          <w:lang w:eastAsia="zh-CN"/>
        </w:rPr>
      </w:pPr>
      <w:r>
        <w:rPr>
          <w:lang w:eastAsia="zh-CN"/>
        </w:rPr>
        <w:t xml:space="preserve">Frappe HR </w:t>
      </w:r>
      <w:r>
        <w:rPr>
          <w:lang w:eastAsia="zh-CN"/>
        </w:rPr>
        <w:t>面向企业内部</w:t>
      </w:r>
      <w:r>
        <w:rPr>
          <w:lang w:eastAsia="zh-CN"/>
        </w:rPr>
        <w:t xml:space="preserve"> HR </w:t>
      </w:r>
      <w:r>
        <w:rPr>
          <w:lang w:eastAsia="zh-CN"/>
        </w:rPr>
        <w:t>的组织、员工、考勤、薪酬等模块；</w:t>
      </w:r>
    </w:p>
    <w:p w14:paraId="40C4B964" w14:textId="77777777" w:rsidR="006D5139" w:rsidRDefault="00000000">
      <w:pPr>
        <w:pStyle w:val="a0"/>
        <w:keepLines/>
        <w:numPr>
          <w:ilvl w:val="0"/>
          <w:numId w:val="10"/>
        </w:numPr>
        <w:rPr>
          <w:lang w:eastAsia="zh-CN"/>
        </w:rPr>
      </w:pPr>
      <w:r>
        <w:rPr>
          <w:lang w:eastAsia="zh-CN"/>
        </w:rPr>
        <w:t xml:space="preserve">HRMS </w:t>
      </w:r>
      <w:r>
        <w:rPr>
          <w:lang w:eastAsia="zh-CN"/>
        </w:rPr>
        <w:t>的</w:t>
      </w:r>
      <w:r>
        <w:rPr>
          <w:lang w:eastAsia="zh-CN"/>
        </w:rPr>
        <w:t xml:space="preserve"> GPL-3.0 </w:t>
      </w:r>
      <w:r>
        <w:rPr>
          <w:lang w:eastAsia="zh-CN"/>
        </w:rPr>
        <w:t>源代码到闭源产品；</w:t>
      </w:r>
    </w:p>
    <w:p w14:paraId="56090F5D" w14:textId="77777777" w:rsidR="006D5139" w:rsidRDefault="00000000">
      <w:pPr>
        <w:pStyle w:val="a0"/>
        <w:keepLines/>
        <w:numPr>
          <w:ilvl w:val="0"/>
          <w:numId w:val="10"/>
        </w:numPr>
        <w:rPr>
          <w:lang w:eastAsia="zh-CN"/>
        </w:rPr>
      </w:pPr>
      <w:r>
        <w:rPr>
          <w:lang w:eastAsia="zh-CN"/>
        </w:rPr>
        <w:t>仅适合内部招聘的权限和页面交互；</w:t>
      </w:r>
    </w:p>
    <w:p w14:paraId="349F3B0D" w14:textId="77777777" w:rsidR="006D5139" w:rsidRDefault="00000000">
      <w:pPr>
        <w:pStyle w:val="a0"/>
        <w:keepLines/>
        <w:numPr>
          <w:ilvl w:val="0"/>
          <w:numId w:val="10"/>
        </w:numPr>
        <w:rPr>
          <w:lang w:eastAsia="zh-CN"/>
        </w:rPr>
      </w:pPr>
      <w:r>
        <w:rPr>
          <w:lang w:eastAsia="zh-CN"/>
        </w:rPr>
        <w:t>以简历附件为中心、缺少求职者自主隐私控制的旧式流程。</w:t>
      </w:r>
    </w:p>
    <w:p w14:paraId="5BA93A83" w14:textId="77777777" w:rsidR="006D5139" w:rsidRDefault="00000000">
      <w:pPr>
        <w:pStyle w:val="21"/>
        <w:rPr>
          <w:lang w:eastAsia="zh-CN"/>
        </w:rPr>
      </w:pPr>
      <w:r>
        <w:rPr>
          <w:rFonts w:ascii="Calibri" w:eastAsia="微软雅黑" w:hAnsi="Calibri"/>
          <w:lang w:eastAsia="zh-CN"/>
        </w:rPr>
        <w:t xml:space="preserve">2. </w:t>
      </w:r>
      <w:r>
        <w:rPr>
          <w:rFonts w:ascii="Calibri" w:eastAsia="微软雅黑" w:hAnsi="Calibri"/>
          <w:lang w:eastAsia="zh-CN"/>
        </w:rPr>
        <w:t>项目目标、边界与成功标准</w:t>
      </w:r>
    </w:p>
    <w:p w14:paraId="063696CC" w14:textId="77777777" w:rsidR="006D5139" w:rsidRDefault="00000000">
      <w:pPr>
        <w:pStyle w:val="31"/>
        <w:rPr>
          <w:lang w:eastAsia="zh-CN"/>
        </w:rPr>
      </w:pPr>
      <w:r>
        <w:rPr>
          <w:rFonts w:ascii="Calibri" w:eastAsia="微软雅黑" w:hAnsi="Calibri"/>
          <w:lang w:eastAsia="zh-CN"/>
        </w:rPr>
        <w:t xml:space="preserve">2.1 </w:t>
      </w:r>
      <w:r>
        <w:rPr>
          <w:rFonts w:ascii="Calibri" w:eastAsia="微软雅黑" w:hAnsi="Calibri"/>
          <w:lang w:eastAsia="zh-CN"/>
        </w:rPr>
        <w:t>业务目标</w:t>
      </w:r>
    </w:p>
    <w:p w14:paraId="7743D677" w14:textId="77777777" w:rsidR="006D5139" w:rsidRDefault="00000000">
      <w:pPr>
        <w:rPr>
          <w:lang w:eastAsia="zh-CN"/>
        </w:rPr>
      </w:pPr>
      <w:r>
        <w:rPr>
          <w:lang w:eastAsia="zh-CN"/>
        </w:rPr>
        <w:t>首版上线后</w:t>
      </w:r>
      <w:r>
        <w:rPr>
          <w:lang w:eastAsia="zh-CN"/>
        </w:rPr>
        <w:t xml:space="preserve"> 90 </w:t>
      </w:r>
      <w:r>
        <w:rPr>
          <w:lang w:eastAsia="zh-CN"/>
        </w:rPr>
        <w:t>天内验证以下假设：</w:t>
      </w:r>
    </w:p>
    <w:p w14:paraId="00878294" w14:textId="77777777" w:rsidR="006D5139" w:rsidRDefault="00000000">
      <w:pPr>
        <w:pStyle w:val="a"/>
        <w:keepLines/>
        <w:numPr>
          <w:ilvl w:val="0"/>
          <w:numId w:val="11"/>
        </w:numPr>
        <w:rPr>
          <w:lang w:eastAsia="zh-CN"/>
        </w:rPr>
      </w:pPr>
      <w:r>
        <w:rPr>
          <w:lang w:eastAsia="zh-CN"/>
        </w:rPr>
        <w:t>求职者愿意完成可控、可删除的职业档案，以换取更清晰的岗位匹配解释。</w:t>
      </w:r>
    </w:p>
    <w:p w14:paraId="69A9183E" w14:textId="77777777" w:rsidR="006D5139" w:rsidRDefault="00000000">
      <w:pPr>
        <w:pStyle w:val="a"/>
        <w:keepLines/>
        <w:numPr>
          <w:ilvl w:val="0"/>
          <w:numId w:val="11"/>
        </w:numPr>
        <w:rPr>
          <w:lang w:eastAsia="zh-CN"/>
        </w:rPr>
      </w:pPr>
      <w:r>
        <w:rPr>
          <w:lang w:eastAsia="zh-CN"/>
        </w:rPr>
        <w:t>经核验的企业和岗位能提升有效沟通率并降低投诉率。</w:t>
      </w:r>
    </w:p>
    <w:p w14:paraId="1713F05F" w14:textId="77777777" w:rsidR="006D5139" w:rsidRDefault="00000000">
      <w:pPr>
        <w:pStyle w:val="a"/>
        <w:keepLines/>
        <w:numPr>
          <w:ilvl w:val="0"/>
          <w:numId w:val="11"/>
        </w:numPr>
        <w:rPr>
          <w:lang w:eastAsia="zh-CN"/>
        </w:rPr>
      </w:pPr>
      <w:r>
        <w:rPr>
          <w:lang w:eastAsia="zh-CN"/>
        </w:rPr>
        <w:t>招聘双方在</w:t>
      </w:r>
      <w:r>
        <w:rPr>
          <w:lang w:eastAsia="zh-CN"/>
        </w:rPr>
        <w:t>“</w:t>
      </w:r>
      <w:r>
        <w:rPr>
          <w:lang w:eastAsia="zh-CN"/>
        </w:rPr>
        <w:t>求职者主动投递</w:t>
      </w:r>
      <w:r>
        <w:rPr>
          <w:lang w:eastAsia="zh-CN"/>
        </w:rPr>
        <w:t>/</w:t>
      </w:r>
      <w:r>
        <w:rPr>
          <w:lang w:eastAsia="zh-CN"/>
        </w:rPr>
        <w:t>同意沟通</w:t>
      </w:r>
      <w:r>
        <w:rPr>
          <w:lang w:eastAsia="zh-CN"/>
        </w:rPr>
        <w:t>”</w:t>
      </w:r>
      <w:r>
        <w:rPr>
          <w:lang w:eastAsia="zh-CN"/>
        </w:rPr>
        <w:t>后进行直接沟通，可以提升面试转化。</w:t>
      </w:r>
    </w:p>
    <w:p w14:paraId="72F93663" w14:textId="77777777" w:rsidR="006D5139" w:rsidRDefault="00000000">
      <w:pPr>
        <w:pStyle w:val="a"/>
        <w:keepLines/>
        <w:numPr>
          <w:ilvl w:val="0"/>
          <w:numId w:val="11"/>
        </w:numPr>
        <w:rPr>
          <w:lang w:eastAsia="zh-CN"/>
        </w:rPr>
      </w:pPr>
      <w:r>
        <w:rPr>
          <w:lang w:eastAsia="zh-CN"/>
        </w:rPr>
        <w:t xml:space="preserve">AI </w:t>
      </w:r>
      <w:r>
        <w:rPr>
          <w:lang w:eastAsia="zh-CN"/>
        </w:rPr>
        <w:t>的价值主要来自信息整理、表达建议和训练，而不是替招聘方自动做录用决定。</w:t>
      </w:r>
    </w:p>
    <w:p w14:paraId="5DA877E9" w14:textId="77777777" w:rsidR="006D5139" w:rsidRDefault="00000000">
      <w:pPr>
        <w:pStyle w:val="a"/>
        <w:keepLines/>
        <w:numPr>
          <w:ilvl w:val="0"/>
          <w:numId w:val="11"/>
        </w:numPr>
        <w:rPr>
          <w:lang w:eastAsia="zh-CN"/>
        </w:rPr>
      </w:pPr>
      <w:r>
        <w:rPr>
          <w:lang w:eastAsia="zh-CN"/>
        </w:rPr>
        <w:lastRenderedPageBreak/>
        <w:t>两人团队能够依托</w:t>
      </w:r>
      <w:r>
        <w:rPr>
          <w:lang w:eastAsia="zh-CN"/>
        </w:rPr>
        <w:t xml:space="preserve"> Frappe </w:t>
      </w:r>
      <w:r>
        <w:rPr>
          <w:lang w:eastAsia="zh-CN"/>
        </w:rPr>
        <w:t>的后台和流程能力持续运营，而不需要先扩充专职后台研发。</w:t>
      </w:r>
    </w:p>
    <w:p w14:paraId="230D20E7" w14:textId="77777777" w:rsidR="006D5139" w:rsidRDefault="00000000">
      <w:pPr>
        <w:pStyle w:val="31"/>
        <w:rPr>
          <w:lang w:eastAsia="zh-CN"/>
        </w:rPr>
      </w:pPr>
      <w:r>
        <w:rPr>
          <w:rFonts w:ascii="Calibri" w:eastAsia="微软雅黑" w:hAnsi="Calibri"/>
          <w:lang w:eastAsia="zh-CN"/>
        </w:rPr>
        <w:t xml:space="preserve">2.2 MVP </w:t>
      </w:r>
      <w:r>
        <w:rPr>
          <w:rFonts w:ascii="Calibri" w:eastAsia="微软雅黑" w:hAnsi="Calibri"/>
          <w:lang w:eastAsia="zh-CN"/>
        </w:rPr>
        <w:t>范围</w:t>
      </w:r>
    </w:p>
    <w:p w14:paraId="49B4100A" w14:textId="77777777" w:rsidR="006D5139" w:rsidRDefault="00000000">
      <w:pPr>
        <w:rPr>
          <w:lang w:eastAsia="zh-CN"/>
        </w:rPr>
      </w:pPr>
      <w:r>
        <w:rPr>
          <w:lang w:eastAsia="zh-CN"/>
        </w:rPr>
        <w:t xml:space="preserve">MVP </w:t>
      </w:r>
      <w:r>
        <w:rPr>
          <w:lang w:eastAsia="zh-CN"/>
        </w:rPr>
        <w:t>必须包含：</w:t>
      </w:r>
    </w:p>
    <w:p w14:paraId="1BD82C79" w14:textId="77777777" w:rsidR="006D5139" w:rsidRDefault="00000000">
      <w:pPr>
        <w:pStyle w:val="a0"/>
        <w:keepLines/>
        <w:numPr>
          <w:ilvl w:val="0"/>
          <w:numId w:val="12"/>
        </w:numPr>
        <w:rPr>
          <w:lang w:eastAsia="zh-CN"/>
        </w:rPr>
      </w:pPr>
      <w:r>
        <w:rPr>
          <w:lang w:eastAsia="zh-CN"/>
        </w:rPr>
        <w:t>账号、身份、角色和隐私同意；</w:t>
      </w:r>
    </w:p>
    <w:p w14:paraId="4F2ED375" w14:textId="77777777" w:rsidR="006D5139" w:rsidRDefault="00000000">
      <w:pPr>
        <w:pStyle w:val="a0"/>
        <w:keepLines/>
        <w:numPr>
          <w:ilvl w:val="0"/>
          <w:numId w:val="12"/>
        </w:numPr>
        <w:rPr>
          <w:lang w:eastAsia="zh-CN"/>
        </w:rPr>
      </w:pPr>
      <w:r>
        <w:rPr>
          <w:lang w:eastAsia="zh-CN"/>
        </w:rPr>
        <w:t>求职者职业档案、简历附件、求职偏好；</w:t>
      </w:r>
    </w:p>
    <w:p w14:paraId="5272FD81" w14:textId="77777777" w:rsidR="006D5139" w:rsidRDefault="00000000">
      <w:pPr>
        <w:pStyle w:val="a0"/>
        <w:keepLines/>
        <w:numPr>
          <w:ilvl w:val="0"/>
          <w:numId w:val="12"/>
        </w:numPr>
        <w:rPr>
          <w:lang w:eastAsia="zh-CN"/>
        </w:rPr>
      </w:pPr>
      <w:r>
        <w:rPr>
          <w:lang w:eastAsia="zh-CN"/>
        </w:rPr>
        <w:t>企业主体、招聘者身份和企业认证；</w:t>
      </w:r>
    </w:p>
    <w:p w14:paraId="20741B14" w14:textId="77777777" w:rsidR="006D5139" w:rsidRDefault="00000000">
      <w:pPr>
        <w:pStyle w:val="a0"/>
        <w:keepLines/>
        <w:numPr>
          <w:ilvl w:val="0"/>
          <w:numId w:val="12"/>
        </w:numPr>
        <w:rPr>
          <w:lang w:eastAsia="zh-CN"/>
        </w:rPr>
      </w:pPr>
      <w:r>
        <w:rPr>
          <w:lang w:eastAsia="zh-CN"/>
        </w:rPr>
        <w:t>岗位创建、审核、发布、搜索、筛选、收藏；</w:t>
      </w:r>
    </w:p>
    <w:p w14:paraId="213F803F" w14:textId="77777777" w:rsidR="006D5139" w:rsidRDefault="00000000">
      <w:pPr>
        <w:pStyle w:val="a0"/>
        <w:keepLines/>
        <w:numPr>
          <w:ilvl w:val="0"/>
          <w:numId w:val="12"/>
        </w:numPr>
        <w:rPr>
          <w:lang w:eastAsia="zh-CN"/>
        </w:rPr>
      </w:pPr>
      <w:r>
        <w:rPr>
          <w:lang w:eastAsia="zh-CN"/>
        </w:rPr>
        <w:t>投递、沟通、候选人管道、面试和</w:t>
      </w:r>
      <w:r>
        <w:rPr>
          <w:lang w:eastAsia="zh-CN"/>
        </w:rPr>
        <w:t xml:space="preserve"> Offer</w:t>
      </w:r>
      <w:r>
        <w:rPr>
          <w:lang w:eastAsia="zh-CN"/>
        </w:rPr>
        <w:t>；</w:t>
      </w:r>
    </w:p>
    <w:p w14:paraId="1C27AA49" w14:textId="77777777" w:rsidR="006D5139" w:rsidRDefault="00000000">
      <w:pPr>
        <w:pStyle w:val="a0"/>
        <w:keepLines/>
        <w:numPr>
          <w:ilvl w:val="0"/>
          <w:numId w:val="12"/>
        </w:numPr>
        <w:rPr>
          <w:lang w:eastAsia="zh-CN"/>
        </w:rPr>
      </w:pPr>
      <w:r>
        <w:rPr>
          <w:lang w:eastAsia="zh-CN"/>
        </w:rPr>
        <w:t>阿布</w:t>
      </w:r>
      <w:r>
        <w:rPr>
          <w:lang w:eastAsia="zh-CN"/>
        </w:rPr>
        <w:t xml:space="preserve"> AI </w:t>
      </w:r>
      <w:r>
        <w:rPr>
          <w:lang w:eastAsia="zh-CN"/>
        </w:rPr>
        <w:t>的简历解析</w:t>
      </w:r>
      <w:r>
        <w:rPr>
          <w:lang w:eastAsia="zh-CN"/>
        </w:rPr>
        <w:t>/</w:t>
      </w:r>
      <w:r>
        <w:rPr>
          <w:lang w:eastAsia="zh-CN"/>
        </w:rPr>
        <w:t>诊断、岗位匹配解释、沟通建议、基础面试训练；</w:t>
      </w:r>
    </w:p>
    <w:p w14:paraId="38BC6B3E" w14:textId="77777777" w:rsidR="006D5139" w:rsidRDefault="00000000">
      <w:pPr>
        <w:pStyle w:val="a0"/>
        <w:keepLines/>
        <w:numPr>
          <w:ilvl w:val="0"/>
          <w:numId w:val="12"/>
        </w:numPr>
        <w:rPr>
          <w:lang w:eastAsia="zh-CN"/>
        </w:rPr>
      </w:pPr>
      <w:r>
        <w:rPr>
          <w:lang w:eastAsia="zh-CN"/>
        </w:rPr>
        <w:t>站内通知和必要的短信</w:t>
      </w:r>
      <w:r>
        <w:rPr>
          <w:lang w:eastAsia="zh-CN"/>
        </w:rPr>
        <w:t>/</w:t>
      </w:r>
      <w:r>
        <w:rPr>
          <w:lang w:eastAsia="zh-CN"/>
        </w:rPr>
        <w:t>邮件通知；</w:t>
      </w:r>
    </w:p>
    <w:p w14:paraId="2F6AF042" w14:textId="77777777" w:rsidR="006D5139" w:rsidRDefault="00000000">
      <w:pPr>
        <w:pStyle w:val="a0"/>
        <w:keepLines/>
        <w:numPr>
          <w:ilvl w:val="0"/>
          <w:numId w:val="12"/>
        </w:numPr>
        <w:rPr>
          <w:lang w:eastAsia="zh-CN"/>
        </w:rPr>
      </w:pPr>
      <w:r>
        <w:rPr>
          <w:lang w:eastAsia="zh-CN"/>
        </w:rPr>
        <w:t>企业、岗位、</w:t>
      </w:r>
      <w:r>
        <w:rPr>
          <w:lang w:eastAsia="zh-CN"/>
        </w:rPr>
        <w:t xml:space="preserve">AI </w:t>
      </w:r>
      <w:r>
        <w:rPr>
          <w:lang w:eastAsia="zh-CN"/>
        </w:rPr>
        <w:t>内容、投诉举报的运营后台；</w:t>
      </w:r>
    </w:p>
    <w:p w14:paraId="348FD970" w14:textId="77777777" w:rsidR="006D5139" w:rsidRDefault="00000000">
      <w:pPr>
        <w:pStyle w:val="a0"/>
        <w:keepLines/>
        <w:numPr>
          <w:ilvl w:val="0"/>
          <w:numId w:val="12"/>
        </w:numPr>
        <w:rPr>
          <w:lang w:eastAsia="zh-CN"/>
        </w:rPr>
      </w:pPr>
      <w:r>
        <w:rPr>
          <w:lang w:eastAsia="zh-CN"/>
        </w:rPr>
        <w:t>审计、日志、监控、备份、隐私导出和删除流程。</w:t>
      </w:r>
    </w:p>
    <w:p w14:paraId="0D955FC7" w14:textId="77777777" w:rsidR="006D5139" w:rsidRDefault="00000000">
      <w:pPr>
        <w:pStyle w:val="31"/>
      </w:pPr>
      <w:r>
        <w:rPr>
          <w:rFonts w:ascii="Calibri" w:eastAsia="微软雅黑" w:hAnsi="Calibri"/>
        </w:rPr>
        <w:t xml:space="preserve">2.3 MVP </w:t>
      </w:r>
      <w:r>
        <w:rPr>
          <w:rFonts w:ascii="Calibri" w:eastAsia="微软雅黑" w:hAnsi="Calibri"/>
        </w:rPr>
        <w:t>明确不做</w:t>
      </w:r>
    </w:p>
    <w:p w14:paraId="368810B6" w14:textId="77777777" w:rsidR="006D5139" w:rsidRDefault="00000000">
      <w:pPr>
        <w:pStyle w:val="a0"/>
        <w:keepLines/>
        <w:numPr>
          <w:ilvl w:val="0"/>
          <w:numId w:val="13"/>
        </w:numPr>
      </w:pPr>
      <w:r>
        <w:t>不做原生</w:t>
      </w:r>
      <w:r>
        <w:t xml:space="preserve"> iOS/Android App</w:t>
      </w:r>
      <w:r>
        <w:t>，只做移动端友好的</w:t>
      </w:r>
      <w:r>
        <w:t xml:space="preserve"> Web/PWA</w:t>
      </w:r>
      <w:r>
        <w:t>；</w:t>
      </w:r>
    </w:p>
    <w:p w14:paraId="1CF5F188" w14:textId="77777777" w:rsidR="006D5139" w:rsidRDefault="00000000">
      <w:pPr>
        <w:pStyle w:val="a0"/>
        <w:keepLines/>
        <w:numPr>
          <w:ilvl w:val="0"/>
          <w:numId w:val="13"/>
        </w:numPr>
        <w:rPr>
          <w:lang w:eastAsia="zh-CN"/>
        </w:rPr>
      </w:pPr>
      <w:r>
        <w:rPr>
          <w:lang w:eastAsia="zh-CN"/>
        </w:rPr>
        <w:t>不做开放式陌生招聘私信；仅在求职者主动投递、主动打招呼或明确授权后建立会话；</w:t>
      </w:r>
    </w:p>
    <w:p w14:paraId="223FB8F6" w14:textId="77777777" w:rsidR="006D5139" w:rsidRDefault="00000000">
      <w:pPr>
        <w:pStyle w:val="a0"/>
        <w:keepLines/>
        <w:numPr>
          <w:ilvl w:val="0"/>
          <w:numId w:val="13"/>
        </w:numPr>
        <w:rPr>
          <w:lang w:eastAsia="zh-CN"/>
        </w:rPr>
      </w:pPr>
      <w:r>
        <w:rPr>
          <w:lang w:eastAsia="zh-CN"/>
        </w:rPr>
        <w:t>不做第三方招聘网站爬虫、批量自动投递和绕过第三方平台规则的自动化；</w:t>
      </w:r>
    </w:p>
    <w:p w14:paraId="01A784F2" w14:textId="77777777" w:rsidR="006D5139" w:rsidRDefault="00000000">
      <w:pPr>
        <w:pStyle w:val="a0"/>
        <w:keepLines/>
        <w:numPr>
          <w:ilvl w:val="0"/>
          <w:numId w:val="13"/>
        </w:numPr>
        <w:rPr>
          <w:lang w:eastAsia="zh-CN"/>
        </w:rPr>
      </w:pPr>
      <w:r>
        <w:rPr>
          <w:lang w:eastAsia="zh-CN"/>
        </w:rPr>
        <w:t>不做视频面试、直播招聘和复杂音视频审核；</w:t>
      </w:r>
    </w:p>
    <w:p w14:paraId="12A3E7A5" w14:textId="77777777" w:rsidR="006D5139" w:rsidRDefault="00000000">
      <w:pPr>
        <w:pStyle w:val="a0"/>
        <w:keepLines/>
        <w:numPr>
          <w:ilvl w:val="0"/>
          <w:numId w:val="13"/>
        </w:numPr>
        <w:rPr>
          <w:lang w:eastAsia="zh-CN"/>
        </w:rPr>
      </w:pPr>
      <w:r>
        <w:rPr>
          <w:lang w:eastAsia="zh-CN"/>
        </w:rPr>
        <w:t>不做薪酬、考勤、员工档案等完整</w:t>
      </w:r>
      <w:r>
        <w:rPr>
          <w:lang w:eastAsia="zh-CN"/>
        </w:rPr>
        <w:t xml:space="preserve"> HRMS</w:t>
      </w:r>
      <w:r>
        <w:rPr>
          <w:lang w:eastAsia="zh-CN"/>
        </w:rPr>
        <w:t>；</w:t>
      </w:r>
    </w:p>
    <w:p w14:paraId="34FA7378" w14:textId="77777777" w:rsidR="006D5139" w:rsidRDefault="00000000">
      <w:pPr>
        <w:pStyle w:val="a0"/>
        <w:keepLines/>
        <w:numPr>
          <w:ilvl w:val="0"/>
          <w:numId w:val="13"/>
        </w:numPr>
        <w:rPr>
          <w:lang w:eastAsia="zh-CN"/>
        </w:rPr>
      </w:pPr>
      <w:r>
        <w:rPr>
          <w:lang w:eastAsia="zh-CN"/>
        </w:rPr>
        <w:t>不做猎头交付、劳务派遣、用工担保和录用结果承诺；</w:t>
      </w:r>
    </w:p>
    <w:p w14:paraId="072C8F5D" w14:textId="77777777" w:rsidR="006D5139" w:rsidRDefault="00000000">
      <w:pPr>
        <w:pStyle w:val="a0"/>
        <w:keepLines/>
        <w:numPr>
          <w:ilvl w:val="0"/>
          <w:numId w:val="13"/>
        </w:numPr>
        <w:rPr>
          <w:lang w:eastAsia="zh-CN"/>
        </w:rPr>
      </w:pPr>
      <w:r>
        <w:rPr>
          <w:lang w:eastAsia="zh-CN"/>
        </w:rPr>
        <w:t>不做付费会员、广告竞价和复杂套餐；商业化放到</w:t>
      </w:r>
      <w:r>
        <w:rPr>
          <w:lang w:eastAsia="zh-CN"/>
        </w:rPr>
        <w:t xml:space="preserve"> P1</w:t>
      </w:r>
      <w:r>
        <w:rPr>
          <w:lang w:eastAsia="zh-CN"/>
        </w:rPr>
        <w:t>；</w:t>
      </w:r>
    </w:p>
    <w:p w14:paraId="53848690" w14:textId="77777777" w:rsidR="006D5139" w:rsidRDefault="00000000">
      <w:pPr>
        <w:pStyle w:val="a0"/>
        <w:keepLines/>
        <w:numPr>
          <w:ilvl w:val="0"/>
          <w:numId w:val="13"/>
        </w:numPr>
        <w:rPr>
          <w:lang w:eastAsia="zh-CN"/>
        </w:rPr>
      </w:pPr>
      <w:r>
        <w:rPr>
          <w:lang w:eastAsia="zh-CN"/>
        </w:rPr>
        <w:t>不使用</w:t>
      </w:r>
      <w:r>
        <w:rPr>
          <w:lang w:eastAsia="zh-CN"/>
        </w:rPr>
        <w:t xml:space="preserve"> AI </w:t>
      </w:r>
      <w:r>
        <w:rPr>
          <w:lang w:eastAsia="zh-CN"/>
        </w:rPr>
        <w:t>自动淘汰候选人或作出对个人权益有重大影响的最终决定。</w:t>
      </w:r>
    </w:p>
    <w:p w14:paraId="1E2B251C" w14:textId="77777777" w:rsidR="006D5139" w:rsidRDefault="00000000">
      <w:pPr>
        <w:pStyle w:val="31"/>
        <w:rPr>
          <w:lang w:eastAsia="zh-CN"/>
        </w:rPr>
      </w:pPr>
      <w:r>
        <w:rPr>
          <w:rFonts w:ascii="Calibri" w:eastAsia="微软雅黑" w:hAnsi="Calibri"/>
          <w:lang w:eastAsia="zh-CN"/>
        </w:rPr>
        <w:t xml:space="preserve">2.4 MVP </w:t>
      </w:r>
      <w:r>
        <w:rPr>
          <w:rFonts w:ascii="Calibri" w:eastAsia="微软雅黑" w:hAnsi="Calibri"/>
          <w:lang w:eastAsia="zh-CN"/>
        </w:rPr>
        <w:t>容量假设</w:t>
      </w:r>
    </w:p>
    <w:p w14:paraId="783B566B" w14:textId="77777777" w:rsidR="006D5139" w:rsidRDefault="00000000">
      <w:pPr>
        <w:rPr>
          <w:lang w:eastAsia="zh-CN"/>
        </w:rPr>
      </w:pPr>
      <w:r>
        <w:rPr>
          <w:lang w:eastAsia="zh-CN"/>
        </w:rPr>
        <w:t>首版按下列规模设计和压测：</w:t>
      </w:r>
    </w:p>
    <w:p w14:paraId="176F505E" w14:textId="77777777" w:rsidR="006D5139" w:rsidRDefault="00000000">
      <w:pPr>
        <w:pStyle w:val="a0"/>
        <w:keepLines/>
        <w:numPr>
          <w:ilvl w:val="0"/>
          <w:numId w:val="14"/>
        </w:numPr>
      </w:pPr>
      <w:r>
        <w:t>注册求职者：</w:t>
      </w:r>
      <w:r>
        <w:t>10,000</w:t>
      </w:r>
      <w:r>
        <w:t>；</w:t>
      </w:r>
    </w:p>
    <w:p w14:paraId="246AE59D" w14:textId="77777777" w:rsidR="006D5139" w:rsidRDefault="00000000">
      <w:pPr>
        <w:pStyle w:val="a0"/>
        <w:keepLines/>
        <w:numPr>
          <w:ilvl w:val="0"/>
          <w:numId w:val="14"/>
        </w:numPr>
      </w:pPr>
      <w:r>
        <w:t>入驻企业：</w:t>
      </w:r>
      <w:r>
        <w:t>500</w:t>
      </w:r>
      <w:r>
        <w:t>；</w:t>
      </w:r>
    </w:p>
    <w:p w14:paraId="33F78C1B" w14:textId="77777777" w:rsidR="006D5139" w:rsidRDefault="00000000">
      <w:pPr>
        <w:pStyle w:val="a0"/>
        <w:keepLines/>
        <w:numPr>
          <w:ilvl w:val="0"/>
          <w:numId w:val="14"/>
        </w:numPr>
      </w:pPr>
      <w:r>
        <w:t>在线岗位：</w:t>
      </w:r>
      <w:r>
        <w:t>10,000</w:t>
      </w:r>
      <w:r>
        <w:t>；</w:t>
      </w:r>
    </w:p>
    <w:p w14:paraId="3AC6BA01" w14:textId="77777777" w:rsidR="006D5139" w:rsidRDefault="00000000">
      <w:pPr>
        <w:pStyle w:val="a0"/>
        <w:keepLines/>
        <w:numPr>
          <w:ilvl w:val="0"/>
          <w:numId w:val="14"/>
        </w:numPr>
      </w:pPr>
      <w:r>
        <w:lastRenderedPageBreak/>
        <w:t>日活用户：</w:t>
      </w:r>
      <w:r>
        <w:t>1,000</w:t>
      </w:r>
      <w:r>
        <w:t>；</w:t>
      </w:r>
    </w:p>
    <w:p w14:paraId="74DA9C2A" w14:textId="77777777" w:rsidR="006D5139" w:rsidRDefault="00000000">
      <w:pPr>
        <w:pStyle w:val="a0"/>
        <w:keepLines/>
        <w:numPr>
          <w:ilvl w:val="0"/>
          <w:numId w:val="14"/>
        </w:numPr>
      </w:pPr>
      <w:r>
        <w:t>峰值在线会话连接：</w:t>
      </w:r>
      <w:r>
        <w:t>300</w:t>
      </w:r>
      <w:r>
        <w:t>；</w:t>
      </w:r>
    </w:p>
    <w:p w14:paraId="01A5F55E" w14:textId="77777777" w:rsidR="006D5139" w:rsidRDefault="00000000">
      <w:pPr>
        <w:pStyle w:val="a0"/>
        <w:keepLines/>
        <w:numPr>
          <w:ilvl w:val="0"/>
          <w:numId w:val="14"/>
        </w:numPr>
      </w:pPr>
      <w:r>
        <w:t>日均消息：</w:t>
      </w:r>
      <w:r>
        <w:t>20,000</w:t>
      </w:r>
      <w:r>
        <w:t>；</w:t>
      </w:r>
    </w:p>
    <w:p w14:paraId="56C2BF3C" w14:textId="77777777" w:rsidR="006D5139" w:rsidRDefault="00000000">
      <w:pPr>
        <w:pStyle w:val="a0"/>
        <w:keepLines/>
        <w:numPr>
          <w:ilvl w:val="0"/>
          <w:numId w:val="14"/>
        </w:numPr>
      </w:pPr>
      <w:r>
        <w:t>日均</w:t>
      </w:r>
      <w:r>
        <w:t xml:space="preserve"> AI </w:t>
      </w:r>
      <w:r>
        <w:t>任务：</w:t>
      </w:r>
      <w:r>
        <w:t>1,000</w:t>
      </w:r>
      <w:r>
        <w:t>；</w:t>
      </w:r>
    </w:p>
    <w:p w14:paraId="082F4176" w14:textId="77777777" w:rsidR="006D5139" w:rsidRDefault="00000000">
      <w:pPr>
        <w:pStyle w:val="a0"/>
        <w:keepLines/>
        <w:numPr>
          <w:ilvl w:val="0"/>
          <w:numId w:val="14"/>
        </w:numPr>
        <w:rPr>
          <w:lang w:eastAsia="zh-CN"/>
        </w:rPr>
      </w:pPr>
      <w:r>
        <w:rPr>
          <w:lang w:eastAsia="zh-CN"/>
        </w:rPr>
        <w:t>简历</w:t>
      </w:r>
      <w:r>
        <w:rPr>
          <w:lang w:eastAsia="zh-CN"/>
        </w:rPr>
        <w:t>/</w:t>
      </w:r>
      <w:r>
        <w:rPr>
          <w:lang w:eastAsia="zh-CN"/>
        </w:rPr>
        <w:t>附件总存储：</w:t>
      </w:r>
      <w:r>
        <w:rPr>
          <w:lang w:eastAsia="zh-CN"/>
        </w:rPr>
        <w:t xml:space="preserve">500 GB </w:t>
      </w:r>
      <w:r>
        <w:rPr>
          <w:lang w:eastAsia="zh-CN"/>
        </w:rPr>
        <w:t>以内。</w:t>
      </w:r>
    </w:p>
    <w:p w14:paraId="17EEF096" w14:textId="77777777" w:rsidR="006D5139" w:rsidRDefault="00000000">
      <w:pPr>
        <w:rPr>
          <w:lang w:eastAsia="zh-CN"/>
        </w:rPr>
      </w:pPr>
      <w:r>
        <w:rPr>
          <w:lang w:eastAsia="zh-CN"/>
        </w:rPr>
        <w:t>达到任一阈值的</w:t>
      </w:r>
      <w:r>
        <w:rPr>
          <w:lang w:eastAsia="zh-CN"/>
        </w:rPr>
        <w:t xml:space="preserve"> 70% </w:t>
      </w:r>
      <w:r>
        <w:rPr>
          <w:lang w:eastAsia="zh-CN"/>
        </w:rPr>
        <w:t>时，提前执行容量复盘，不等到系统出现故障再扩容。</w:t>
      </w:r>
    </w:p>
    <w:p w14:paraId="44905E1E" w14:textId="77777777" w:rsidR="006D5139" w:rsidRDefault="00000000">
      <w:pPr>
        <w:pStyle w:val="31"/>
        <w:rPr>
          <w:lang w:eastAsia="zh-CN"/>
        </w:rPr>
      </w:pPr>
      <w:r>
        <w:rPr>
          <w:rFonts w:ascii="Calibri" w:eastAsia="微软雅黑" w:hAnsi="Calibri"/>
          <w:lang w:eastAsia="zh-CN"/>
        </w:rPr>
        <w:t xml:space="preserve">2.5 </w:t>
      </w:r>
      <w:r>
        <w:rPr>
          <w:rFonts w:ascii="Calibri" w:eastAsia="微软雅黑" w:hAnsi="Calibri"/>
          <w:lang w:eastAsia="zh-CN"/>
        </w:rPr>
        <w:t>北极星指标与公测门槛</w:t>
      </w:r>
    </w:p>
    <w:p w14:paraId="71778481" w14:textId="77777777" w:rsidR="006D5139" w:rsidRDefault="00000000">
      <w:pPr>
        <w:rPr>
          <w:lang w:eastAsia="zh-CN"/>
        </w:rPr>
      </w:pPr>
      <w:r>
        <w:rPr>
          <w:b/>
          <w:lang w:eastAsia="zh-CN"/>
        </w:rPr>
        <w:t>北极星指标：</w:t>
      </w:r>
      <w:r>
        <w:rPr>
          <w:lang w:eastAsia="zh-CN"/>
        </w:rPr>
        <w:t xml:space="preserve"> </w:t>
      </w:r>
      <w:r>
        <w:rPr>
          <w:lang w:eastAsia="zh-CN"/>
        </w:rPr>
        <w:t>每周完成</w:t>
      </w:r>
      <w:r>
        <w:rPr>
          <w:lang w:eastAsia="zh-CN"/>
        </w:rPr>
        <w:t>“</w:t>
      </w:r>
      <w:r>
        <w:rPr>
          <w:lang w:eastAsia="zh-CN"/>
        </w:rPr>
        <w:t>有效双向沟通</w:t>
      </w:r>
      <w:r>
        <w:rPr>
          <w:lang w:eastAsia="zh-CN"/>
        </w:rPr>
        <w:t>”</w:t>
      </w:r>
      <w:r>
        <w:rPr>
          <w:lang w:eastAsia="zh-CN"/>
        </w:rPr>
        <w:t>的独立求职者数。有效双向沟通指双方各发送至少一条非系统消息，且关联一个有效岗位。</w:t>
      </w:r>
    </w:p>
    <w:tbl>
      <w:tblPr>
        <w:tblStyle w:val="aff1"/>
        <w:tblW w:w="9360" w:type="dxa"/>
        <w:tblInd w:w="120" w:type="dxa"/>
        <w:tblLayout w:type="fixed"/>
        <w:tblLook w:val="04A0" w:firstRow="1" w:lastRow="0" w:firstColumn="1" w:lastColumn="0" w:noHBand="0" w:noVBand="1"/>
      </w:tblPr>
      <w:tblGrid>
        <w:gridCol w:w="2300"/>
        <w:gridCol w:w="3530"/>
        <w:gridCol w:w="3530"/>
      </w:tblGrid>
      <w:tr w:rsidR="006D5139" w14:paraId="31A8034E" w14:textId="77777777">
        <w:trPr>
          <w:cantSplit/>
          <w:tblHeader/>
        </w:trPr>
        <w:tc>
          <w:tcPr>
            <w:tcW w:w="2300" w:type="dxa"/>
            <w:shd w:val="clear" w:color="auto" w:fill="F2F4F7"/>
            <w:tcMar>
              <w:top w:w="80" w:type="dxa"/>
              <w:left w:w="120" w:type="dxa"/>
              <w:bottom w:w="80" w:type="dxa"/>
              <w:right w:w="120" w:type="dxa"/>
            </w:tcMar>
            <w:vAlign w:val="center"/>
          </w:tcPr>
          <w:p w14:paraId="11234061" w14:textId="77777777" w:rsidR="006D5139" w:rsidRDefault="00000000">
            <w:pPr>
              <w:spacing w:after="40" w:line="252" w:lineRule="auto"/>
            </w:pPr>
            <w:r>
              <w:rPr>
                <w:b/>
                <w:color w:val="0B2545"/>
                <w:sz w:val="18"/>
              </w:rPr>
              <w:t>类型</w:t>
            </w:r>
          </w:p>
        </w:tc>
        <w:tc>
          <w:tcPr>
            <w:tcW w:w="3530" w:type="dxa"/>
            <w:shd w:val="clear" w:color="auto" w:fill="F2F4F7"/>
            <w:tcMar>
              <w:top w:w="80" w:type="dxa"/>
              <w:left w:w="120" w:type="dxa"/>
              <w:bottom w:w="80" w:type="dxa"/>
              <w:right w:w="120" w:type="dxa"/>
            </w:tcMar>
            <w:vAlign w:val="center"/>
          </w:tcPr>
          <w:p w14:paraId="106971ED" w14:textId="77777777" w:rsidR="006D5139" w:rsidRDefault="00000000">
            <w:pPr>
              <w:spacing w:after="40" w:line="252" w:lineRule="auto"/>
            </w:pPr>
            <w:r>
              <w:rPr>
                <w:b/>
                <w:color w:val="0B2545"/>
                <w:sz w:val="18"/>
              </w:rPr>
              <w:t>指标</w:t>
            </w:r>
          </w:p>
        </w:tc>
        <w:tc>
          <w:tcPr>
            <w:tcW w:w="3530" w:type="dxa"/>
            <w:shd w:val="clear" w:color="auto" w:fill="F2F4F7"/>
            <w:tcMar>
              <w:top w:w="80" w:type="dxa"/>
              <w:left w:w="120" w:type="dxa"/>
              <w:bottom w:w="80" w:type="dxa"/>
              <w:right w:w="120" w:type="dxa"/>
            </w:tcMar>
            <w:vAlign w:val="center"/>
          </w:tcPr>
          <w:p w14:paraId="38445CC7" w14:textId="77777777" w:rsidR="006D5139" w:rsidRDefault="00000000">
            <w:pPr>
              <w:spacing w:after="40" w:line="252" w:lineRule="auto"/>
            </w:pPr>
            <w:r>
              <w:rPr>
                <w:b/>
                <w:color w:val="0B2545"/>
                <w:sz w:val="18"/>
              </w:rPr>
              <w:t>公测后</w:t>
            </w:r>
            <w:r>
              <w:rPr>
                <w:b/>
                <w:color w:val="0B2545"/>
                <w:sz w:val="18"/>
              </w:rPr>
              <w:t xml:space="preserve"> 90 </w:t>
            </w:r>
            <w:r>
              <w:rPr>
                <w:b/>
                <w:color w:val="0B2545"/>
                <w:sz w:val="18"/>
              </w:rPr>
              <w:t>天目标</w:t>
            </w:r>
          </w:p>
        </w:tc>
      </w:tr>
      <w:tr w:rsidR="006D5139" w14:paraId="5EDBCFE0" w14:textId="77777777">
        <w:trPr>
          <w:cantSplit/>
        </w:trPr>
        <w:tc>
          <w:tcPr>
            <w:tcW w:w="2300" w:type="dxa"/>
            <w:tcMar>
              <w:top w:w="80" w:type="dxa"/>
              <w:left w:w="120" w:type="dxa"/>
              <w:bottom w:w="80" w:type="dxa"/>
              <w:right w:w="120" w:type="dxa"/>
            </w:tcMar>
            <w:vAlign w:val="center"/>
          </w:tcPr>
          <w:p w14:paraId="159385FB" w14:textId="77777777" w:rsidR="006D5139" w:rsidRDefault="00000000">
            <w:pPr>
              <w:spacing w:after="60" w:line="252" w:lineRule="auto"/>
            </w:pPr>
            <w:r>
              <w:rPr>
                <w:sz w:val="18"/>
              </w:rPr>
              <w:t>求职者激活</w:t>
            </w:r>
          </w:p>
        </w:tc>
        <w:tc>
          <w:tcPr>
            <w:tcW w:w="3530" w:type="dxa"/>
            <w:tcMar>
              <w:top w:w="80" w:type="dxa"/>
              <w:left w:w="120" w:type="dxa"/>
              <w:bottom w:w="80" w:type="dxa"/>
              <w:right w:w="120" w:type="dxa"/>
            </w:tcMar>
            <w:vAlign w:val="center"/>
          </w:tcPr>
          <w:p w14:paraId="57879BF7" w14:textId="77777777" w:rsidR="006D5139" w:rsidRDefault="00000000">
            <w:pPr>
              <w:spacing w:after="60" w:line="252" w:lineRule="auto"/>
              <w:rPr>
                <w:lang w:eastAsia="zh-CN"/>
              </w:rPr>
            </w:pPr>
            <w:r>
              <w:rPr>
                <w:sz w:val="18"/>
                <w:lang w:eastAsia="zh-CN"/>
              </w:rPr>
              <w:t>注册后</w:t>
            </w:r>
            <w:r>
              <w:rPr>
                <w:sz w:val="18"/>
                <w:lang w:eastAsia="zh-CN"/>
              </w:rPr>
              <w:t xml:space="preserve"> 24 </w:t>
            </w:r>
            <w:r>
              <w:rPr>
                <w:sz w:val="18"/>
                <w:lang w:eastAsia="zh-CN"/>
              </w:rPr>
              <w:t>小时内完成核心职业档案</w:t>
            </w:r>
          </w:p>
        </w:tc>
        <w:tc>
          <w:tcPr>
            <w:tcW w:w="3530" w:type="dxa"/>
            <w:tcMar>
              <w:top w:w="80" w:type="dxa"/>
              <w:left w:w="120" w:type="dxa"/>
              <w:bottom w:w="80" w:type="dxa"/>
              <w:right w:w="120" w:type="dxa"/>
            </w:tcMar>
            <w:vAlign w:val="center"/>
          </w:tcPr>
          <w:p w14:paraId="08772BE6" w14:textId="77777777" w:rsidR="006D5139" w:rsidRDefault="00000000">
            <w:pPr>
              <w:spacing w:after="60" w:line="252" w:lineRule="auto"/>
            </w:pPr>
            <w:r>
              <w:rPr>
                <w:sz w:val="18"/>
              </w:rPr>
              <w:t>≥ 45%</w:t>
            </w:r>
          </w:p>
        </w:tc>
      </w:tr>
      <w:tr w:rsidR="006D5139" w14:paraId="0A0F1604" w14:textId="77777777">
        <w:trPr>
          <w:cantSplit/>
        </w:trPr>
        <w:tc>
          <w:tcPr>
            <w:tcW w:w="2300" w:type="dxa"/>
            <w:tcMar>
              <w:top w:w="80" w:type="dxa"/>
              <w:left w:w="120" w:type="dxa"/>
              <w:bottom w:w="80" w:type="dxa"/>
              <w:right w:w="120" w:type="dxa"/>
            </w:tcMar>
            <w:vAlign w:val="center"/>
          </w:tcPr>
          <w:p w14:paraId="31C29C7E" w14:textId="77777777" w:rsidR="006D5139" w:rsidRDefault="00000000">
            <w:pPr>
              <w:spacing w:after="60" w:line="252" w:lineRule="auto"/>
            </w:pPr>
            <w:r>
              <w:rPr>
                <w:sz w:val="18"/>
              </w:rPr>
              <w:t>企业激活</w:t>
            </w:r>
          </w:p>
        </w:tc>
        <w:tc>
          <w:tcPr>
            <w:tcW w:w="3530" w:type="dxa"/>
            <w:tcMar>
              <w:top w:w="80" w:type="dxa"/>
              <w:left w:w="120" w:type="dxa"/>
              <w:bottom w:w="80" w:type="dxa"/>
              <w:right w:w="120" w:type="dxa"/>
            </w:tcMar>
            <w:vAlign w:val="center"/>
          </w:tcPr>
          <w:p w14:paraId="11FA58A1" w14:textId="77777777" w:rsidR="006D5139" w:rsidRDefault="00000000">
            <w:pPr>
              <w:spacing w:after="60" w:line="252" w:lineRule="auto"/>
              <w:rPr>
                <w:lang w:eastAsia="zh-CN"/>
              </w:rPr>
            </w:pPr>
            <w:r>
              <w:rPr>
                <w:sz w:val="18"/>
                <w:lang w:eastAsia="zh-CN"/>
              </w:rPr>
              <w:t>认证通过后</w:t>
            </w:r>
            <w:r>
              <w:rPr>
                <w:sz w:val="18"/>
                <w:lang w:eastAsia="zh-CN"/>
              </w:rPr>
              <w:t xml:space="preserve"> 7 </w:t>
            </w:r>
            <w:r>
              <w:rPr>
                <w:sz w:val="18"/>
                <w:lang w:eastAsia="zh-CN"/>
              </w:rPr>
              <w:t>天内发布至少</w:t>
            </w:r>
            <w:r>
              <w:rPr>
                <w:sz w:val="18"/>
                <w:lang w:eastAsia="zh-CN"/>
              </w:rPr>
              <w:t xml:space="preserve"> 1 </w:t>
            </w:r>
            <w:r>
              <w:rPr>
                <w:sz w:val="18"/>
                <w:lang w:eastAsia="zh-CN"/>
              </w:rPr>
              <w:t>个有效岗位</w:t>
            </w:r>
          </w:p>
        </w:tc>
        <w:tc>
          <w:tcPr>
            <w:tcW w:w="3530" w:type="dxa"/>
            <w:tcMar>
              <w:top w:w="80" w:type="dxa"/>
              <w:left w:w="120" w:type="dxa"/>
              <w:bottom w:w="80" w:type="dxa"/>
              <w:right w:w="120" w:type="dxa"/>
            </w:tcMar>
            <w:vAlign w:val="center"/>
          </w:tcPr>
          <w:p w14:paraId="4C26DD92" w14:textId="77777777" w:rsidR="006D5139" w:rsidRDefault="00000000">
            <w:pPr>
              <w:spacing w:after="60" w:line="252" w:lineRule="auto"/>
            </w:pPr>
            <w:r>
              <w:rPr>
                <w:sz w:val="18"/>
              </w:rPr>
              <w:t>≥ 60%</w:t>
            </w:r>
          </w:p>
        </w:tc>
      </w:tr>
      <w:tr w:rsidR="006D5139" w14:paraId="29D4778F" w14:textId="77777777">
        <w:trPr>
          <w:cantSplit/>
        </w:trPr>
        <w:tc>
          <w:tcPr>
            <w:tcW w:w="2300" w:type="dxa"/>
            <w:tcMar>
              <w:top w:w="80" w:type="dxa"/>
              <w:left w:w="120" w:type="dxa"/>
              <w:bottom w:w="80" w:type="dxa"/>
              <w:right w:w="120" w:type="dxa"/>
            </w:tcMar>
            <w:vAlign w:val="center"/>
          </w:tcPr>
          <w:p w14:paraId="7FCC411C" w14:textId="77777777" w:rsidR="006D5139" w:rsidRDefault="00000000">
            <w:pPr>
              <w:spacing w:after="60" w:line="252" w:lineRule="auto"/>
            </w:pPr>
            <w:r>
              <w:rPr>
                <w:sz w:val="18"/>
              </w:rPr>
              <w:t>沟通效率</w:t>
            </w:r>
          </w:p>
        </w:tc>
        <w:tc>
          <w:tcPr>
            <w:tcW w:w="3530" w:type="dxa"/>
            <w:tcMar>
              <w:top w:w="80" w:type="dxa"/>
              <w:left w:w="120" w:type="dxa"/>
              <w:bottom w:w="80" w:type="dxa"/>
              <w:right w:w="120" w:type="dxa"/>
            </w:tcMar>
            <w:vAlign w:val="center"/>
          </w:tcPr>
          <w:p w14:paraId="59EACF13" w14:textId="77777777" w:rsidR="006D5139" w:rsidRDefault="00000000">
            <w:pPr>
              <w:spacing w:after="60" w:line="252" w:lineRule="auto"/>
              <w:rPr>
                <w:lang w:eastAsia="zh-CN"/>
              </w:rPr>
            </w:pPr>
            <w:r>
              <w:rPr>
                <w:sz w:val="18"/>
                <w:lang w:eastAsia="zh-CN"/>
              </w:rPr>
              <w:t>求职者发起沟通后</w:t>
            </w:r>
            <w:r>
              <w:rPr>
                <w:sz w:val="18"/>
                <w:lang w:eastAsia="zh-CN"/>
              </w:rPr>
              <w:t xml:space="preserve"> 24 </w:t>
            </w:r>
            <w:r>
              <w:rPr>
                <w:sz w:val="18"/>
                <w:lang w:eastAsia="zh-CN"/>
              </w:rPr>
              <w:t>小时内获得招聘方回复</w:t>
            </w:r>
          </w:p>
        </w:tc>
        <w:tc>
          <w:tcPr>
            <w:tcW w:w="3530" w:type="dxa"/>
            <w:tcMar>
              <w:top w:w="80" w:type="dxa"/>
              <w:left w:w="120" w:type="dxa"/>
              <w:bottom w:w="80" w:type="dxa"/>
              <w:right w:w="120" w:type="dxa"/>
            </w:tcMar>
            <w:vAlign w:val="center"/>
          </w:tcPr>
          <w:p w14:paraId="2016E824" w14:textId="77777777" w:rsidR="006D5139" w:rsidRDefault="00000000">
            <w:pPr>
              <w:spacing w:after="60" w:line="252" w:lineRule="auto"/>
            </w:pPr>
            <w:r>
              <w:rPr>
                <w:sz w:val="18"/>
              </w:rPr>
              <w:t>≥ 40%</w:t>
            </w:r>
          </w:p>
        </w:tc>
      </w:tr>
      <w:tr w:rsidR="006D5139" w14:paraId="55328AE9" w14:textId="77777777">
        <w:trPr>
          <w:cantSplit/>
        </w:trPr>
        <w:tc>
          <w:tcPr>
            <w:tcW w:w="2300" w:type="dxa"/>
            <w:tcMar>
              <w:top w:w="80" w:type="dxa"/>
              <w:left w:w="120" w:type="dxa"/>
              <w:bottom w:w="80" w:type="dxa"/>
              <w:right w:w="120" w:type="dxa"/>
            </w:tcMar>
            <w:vAlign w:val="center"/>
          </w:tcPr>
          <w:p w14:paraId="56FB718E" w14:textId="77777777" w:rsidR="006D5139" w:rsidRDefault="00000000">
            <w:pPr>
              <w:spacing w:after="60" w:line="252" w:lineRule="auto"/>
            </w:pPr>
            <w:r>
              <w:rPr>
                <w:sz w:val="18"/>
              </w:rPr>
              <w:t>流程转化</w:t>
            </w:r>
          </w:p>
        </w:tc>
        <w:tc>
          <w:tcPr>
            <w:tcW w:w="3530" w:type="dxa"/>
            <w:tcMar>
              <w:top w:w="80" w:type="dxa"/>
              <w:left w:w="120" w:type="dxa"/>
              <w:bottom w:w="80" w:type="dxa"/>
              <w:right w:w="120" w:type="dxa"/>
            </w:tcMar>
            <w:vAlign w:val="center"/>
          </w:tcPr>
          <w:p w14:paraId="07402ECE" w14:textId="77777777" w:rsidR="006D5139" w:rsidRDefault="00000000">
            <w:pPr>
              <w:spacing w:after="60" w:line="252" w:lineRule="auto"/>
              <w:rPr>
                <w:lang w:eastAsia="zh-CN"/>
              </w:rPr>
            </w:pPr>
            <w:r>
              <w:rPr>
                <w:sz w:val="18"/>
                <w:lang w:eastAsia="zh-CN"/>
              </w:rPr>
              <w:t>有效双向沟通进入面试</w:t>
            </w:r>
          </w:p>
        </w:tc>
        <w:tc>
          <w:tcPr>
            <w:tcW w:w="3530" w:type="dxa"/>
            <w:tcMar>
              <w:top w:w="80" w:type="dxa"/>
              <w:left w:w="120" w:type="dxa"/>
              <w:bottom w:w="80" w:type="dxa"/>
              <w:right w:w="120" w:type="dxa"/>
            </w:tcMar>
            <w:vAlign w:val="center"/>
          </w:tcPr>
          <w:p w14:paraId="44503C9F" w14:textId="77777777" w:rsidR="006D5139" w:rsidRDefault="00000000">
            <w:pPr>
              <w:spacing w:after="60" w:line="252" w:lineRule="auto"/>
            </w:pPr>
            <w:r>
              <w:rPr>
                <w:sz w:val="18"/>
              </w:rPr>
              <w:t>≥ 12%</w:t>
            </w:r>
          </w:p>
        </w:tc>
      </w:tr>
      <w:tr w:rsidR="006D5139" w14:paraId="68D8E1A9" w14:textId="77777777">
        <w:trPr>
          <w:cantSplit/>
        </w:trPr>
        <w:tc>
          <w:tcPr>
            <w:tcW w:w="2300" w:type="dxa"/>
            <w:tcMar>
              <w:top w:w="80" w:type="dxa"/>
              <w:left w:w="120" w:type="dxa"/>
              <w:bottom w:w="80" w:type="dxa"/>
              <w:right w:w="120" w:type="dxa"/>
            </w:tcMar>
            <w:vAlign w:val="center"/>
          </w:tcPr>
          <w:p w14:paraId="0F07DCBF" w14:textId="77777777" w:rsidR="006D5139" w:rsidRDefault="00000000">
            <w:pPr>
              <w:spacing w:after="60" w:line="252" w:lineRule="auto"/>
            </w:pPr>
            <w:r>
              <w:rPr>
                <w:sz w:val="18"/>
              </w:rPr>
              <w:t xml:space="preserve">AI </w:t>
            </w:r>
            <w:r>
              <w:rPr>
                <w:sz w:val="18"/>
              </w:rPr>
              <w:t>价值</w:t>
            </w:r>
          </w:p>
        </w:tc>
        <w:tc>
          <w:tcPr>
            <w:tcW w:w="3530" w:type="dxa"/>
            <w:tcMar>
              <w:top w:w="80" w:type="dxa"/>
              <w:left w:w="120" w:type="dxa"/>
              <w:bottom w:w="80" w:type="dxa"/>
              <w:right w:w="120" w:type="dxa"/>
            </w:tcMar>
            <w:vAlign w:val="center"/>
          </w:tcPr>
          <w:p w14:paraId="3BAC4588" w14:textId="77777777" w:rsidR="006D5139" w:rsidRDefault="00000000">
            <w:pPr>
              <w:spacing w:after="60" w:line="252" w:lineRule="auto"/>
              <w:rPr>
                <w:lang w:eastAsia="zh-CN"/>
              </w:rPr>
            </w:pPr>
            <w:r>
              <w:rPr>
                <w:sz w:val="18"/>
                <w:lang w:eastAsia="zh-CN"/>
              </w:rPr>
              <w:t xml:space="preserve">AI </w:t>
            </w:r>
            <w:r>
              <w:rPr>
                <w:sz w:val="18"/>
                <w:lang w:eastAsia="zh-CN"/>
              </w:rPr>
              <w:t>报告完成后被用户采纳</w:t>
            </w:r>
            <w:r>
              <w:rPr>
                <w:sz w:val="18"/>
                <w:lang w:eastAsia="zh-CN"/>
              </w:rPr>
              <w:t>/</w:t>
            </w:r>
            <w:r>
              <w:rPr>
                <w:sz w:val="18"/>
                <w:lang w:eastAsia="zh-CN"/>
              </w:rPr>
              <w:t>保存</w:t>
            </w:r>
            <w:r>
              <w:rPr>
                <w:sz w:val="18"/>
                <w:lang w:eastAsia="zh-CN"/>
              </w:rPr>
              <w:t>/</w:t>
            </w:r>
            <w:r>
              <w:rPr>
                <w:sz w:val="18"/>
                <w:lang w:eastAsia="zh-CN"/>
              </w:rPr>
              <w:t>执行一个建议</w:t>
            </w:r>
          </w:p>
        </w:tc>
        <w:tc>
          <w:tcPr>
            <w:tcW w:w="3530" w:type="dxa"/>
            <w:tcMar>
              <w:top w:w="80" w:type="dxa"/>
              <w:left w:w="120" w:type="dxa"/>
              <w:bottom w:w="80" w:type="dxa"/>
              <w:right w:w="120" w:type="dxa"/>
            </w:tcMar>
            <w:vAlign w:val="center"/>
          </w:tcPr>
          <w:p w14:paraId="5AF44A72" w14:textId="77777777" w:rsidR="006D5139" w:rsidRDefault="00000000">
            <w:pPr>
              <w:spacing w:after="60" w:line="252" w:lineRule="auto"/>
            </w:pPr>
            <w:r>
              <w:rPr>
                <w:sz w:val="18"/>
              </w:rPr>
              <w:t>≥ 30%</w:t>
            </w:r>
          </w:p>
        </w:tc>
      </w:tr>
      <w:tr w:rsidR="006D5139" w14:paraId="01C089A7" w14:textId="77777777">
        <w:trPr>
          <w:cantSplit/>
        </w:trPr>
        <w:tc>
          <w:tcPr>
            <w:tcW w:w="2300" w:type="dxa"/>
            <w:tcMar>
              <w:top w:w="80" w:type="dxa"/>
              <w:left w:w="120" w:type="dxa"/>
              <w:bottom w:w="80" w:type="dxa"/>
              <w:right w:w="120" w:type="dxa"/>
            </w:tcMar>
            <w:vAlign w:val="center"/>
          </w:tcPr>
          <w:p w14:paraId="6355FFF6" w14:textId="77777777" w:rsidR="006D5139" w:rsidRDefault="00000000">
            <w:pPr>
              <w:spacing w:after="60" w:line="252" w:lineRule="auto"/>
            </w:pPr>
            <w:r>
              <w:rPr>
                <w:sz w:val="18"/>
              </w:rPr>
              <w:t>信息质量</w:t>
            </w:r>
          </w:p>
        </w:tc>
        <w:tc>
          <w:tcPr>
            <w:tcW w:w="3530" w:type="dxa"/>
            <w:tcMar>
              <w:top w:w="80" w:type="dxa"/>
              <w:left w:w="120" w:type="dxa"/>
              <w:bottom w:w="80" w:type="dxa"/>
              <w:right w:w="120" w:type="dxa"/>
            </w:tcMar>
            <w:vAlign w:val="center"/>
          </w:tcPr>
          <w:p w14:paraId="75496BF6" w14:textId="77777777" w:rsidR="006D5139" w:rsidRDefault="00000000">
            <w:pPr>
              <w:spacing w:after="60" w:line="252" w:lineRule="auto"/>
              <w:rPr>
                <w:lang w:eastAsia="zh-CN"/>
              </w:rPr>
            </w:pPr>
            <w:r>
              <w:rPr>
                <w:sz w:val="18"/>
                <w:lang w:eastAsia="zh-CN"/>
              </w:rPr>
              <w:t>有效岗位中字段完整率</w:t>
            </w:r>
          </w:p>
        </w:tc>
        <w:tc>
          <w:tcPr>
            <w:tcW w:w="3530" w:type="dxa"/>
            <w:tcMar>
              <w:top w:w="80" w:type="dxa"/>
              <w:left w:w="120" w:type="dxa"/>
              <w:bottom w:w="80" w:type="dxa"/>
              <w:right w:w="120" w:type="dxa"/>
            </w:tcMar>
            <w:vAlign w:val="center"/>
          </w:tcPr>
          <w:p w14:paraId="1CBFB647" w14:textId="77777777" w:rsidR="006D5139" w:rsidRDefault="00000000">
            <w:pPr>
              <w:spacing w:after="60" w:line="252" w:lineRule="auto"/>
            </w:pPr>
            <w:r>
              <w:rPr>
                <w:sz w:val="18"/>
              </w:rPr>
              <w:t>≥ 95%</w:t>
            </w:r>
          </w:p>
        </w:tc>
      </w:tr>
      <w:tr w:rsidR="006D5139" w14:paraId="4F1A1BB1" w14:textId="77777777">
        <w:trPr>
          <w:cantSplit/>
        </w:trPr>
        <w:tc>
          <w:tcPr>
            <w:tcW w:w="2300" w:type="dxa"/>
            <w:tcMar>
              <w:top w:w="80" w:type="dxa"/>
              <w:left w:w="120" w:type="dxa"/>
              <w:bottom w:w="80" w:type="dxa"/>
              <w:right w:w="120" w:type="dxa"/>
            </w:tcMar>
            <w:vAlign w:val="center"/>
          </w:tcPr>
          <w:p w14:paraId="526D8690" w14:textId="77777777" w:rsidR="006D5139" w:rsidRDefault="00000000">
            <w:pPr>
              <w:spacing w:after="60" w:line="252" w:lineRule="auto"/>
            </w:pPr>
            <w:r>
              <w:rPr>
                <w:sz w:val="18"/>
              </w:rPr>
              <w:t>风险控制</w:t>
            </w:r>
          </w:p>
        </w:tc>
        <w:tc>
          <w:tcPr>
            <w:tcW w:w="3530" w:type="dxa"/>
            <w:tcMar>
              <w:top w:w="80" w:type="dxa"/>
              <w:left w:w="120" w:type="dxa"/>
              <w:bottom w:w="80" w:type="dxa"/>
              <w:right w:w="120" w:type="dxa"/>
            </w:tcMar>
            <w:vAlign w:val="center"/>
          </w:tcPr>
          <w:p w14:paraId="4ED01350" w14:textId="77777777" w:rsidR="006D5139" w:rsidRDefault="00000000">
            <w:pPr>
              <w:spacing w:after="60" w:line="252" w:lineRule="auto"/>
              <w:rPr>
                <w:lang w:eastAsia="zh-CN"/>
              </w:rPr>
            </w:pPr>
            <w:r>
              <w:rPr>
                <w:sz w:val="18"/>
                <w:lang w:eastAsia="zh-CN"/>
              </w:rPr>
              <w:t>经核实的虚假</w:t>
            </w:r>
            <w:r>
              <w:rPr>
                <w:sz w:val="18"/>
                <w:lang w:eastAsia="zh-CN"/>
              </w:rPr>
              <w:t>/</w:t>
            </w:r>
            <w:r>
              <w:rPr>
                <w:sz w:val="18"/>
                <w:lang w:eastAsia="zh-CN"/>
              </w:rPr>
              <w:t>诈骗岗位占发布岗位</w:t>
            </w:r>
          </w:p>
        </w:tc>
        <w:tc>
          <w:tcPr>
            <w:tcW w:w="3530" w:type="dxa"/>
            <w:tcMar>
              <w:top w:w="80" w:type="dxa"/>
              <w:left w:w="120" w:type="dxa"/>
              <w:bottom w:w="80" w:type="dxa"/>
              <w:right w:w="120" w:type="dxa"/>
            </w:tcMar>
            <w:vAlign w:val="center"/>
          </w:tcPr>
          <w:p w14:paraId="1F81BC1B" w14:textId="77777777" w:rsidR="006D5139" w:rsidRDefault="00000000">
            <w:pPr>
              <w:spacing w:after="60" w:line="252" w:lineRule="auto"/>
            </w:pPr>
            <w:r>
              <w:rPr>
                <w:sz w:val="18"/>
              </w:rPr>
              <w:t>&lt; 0.2%</w:t>
            </w:r>
          </w:p>
        </w:tc>
      </w:tr>
      <w:tr w:rsidR="006D5139" w14:paraId="405A221B" w14:textId="77777777">
        <w:trPr>
          <w:cantSplit/>
        </w:trPr>
        <w:tc>
          <w:tcPr>
            <w:tcW w:w="2300" w:type="dxa"/>
            <w:tcMar>
              <w:top w:w="80" w:type="dxa"/>
              <w:left w:w="120" w:type="dxa"/>
              <w:bottom w:w="80" w:type="dxa"/>
              <w:right w:w="120" w:type="dxa"/>
            </w:tcMar>
            <w:vAlign w:val="center"/>
          </w:tcPr>
          <w:p w14:paraId="37A544DF" w14:textId="77777777" w:rsidR="006D5139" w:rsidRDefault="00000000">
            <w:pPr>
              <w:spacing w:after="60" w:line="252" w:lineRule="auto"/>
            </w:pPr>
            <w:r>
              <w:rPr>
                <w:sz w:val="18"/>
              </w:rPr>
              <w:t>稳定性</w:t>
            </w:r>
          </w:p>
        </w:tc>
        <w:tc>
          <w:tcPr>
            <w:tcW w:w="3530" w:type="dxa"/>
            <w:tcMar>
              <w:top w:w="80" w:type="dxa"/>
              <w:left w:w="120" w:type="dxa"/>
              <w:bottom w:w="80" w:type="dxa"/>
              <w:right w:w="120" w:type="dxa"/>
            </w:tcMar>
            <w:vAlign w:val="center"/>
          </w:tcPr>
          <w:p w14:paraId="5A4FE43F" w14:textId="77777777" w:rsidR="006D5139" w:rsidRDefault="00000000">
            <w:pPr>
              <w:spacing w:after="60" w:line="252" w:lineRule="auto"/>
            </w:pPr>
            <w:r>
              <w:rPr>
                <w:sz w:val="18"/>
              </w:rPr>
              <w:t>公测期可用性</w:t>
            </w:r>
          </w:p>
        </w:tc>
        <w:tc>
          <w:tcPr>
            <w:tcW w:w="3530" w:type="dxa"/>
            <w:tcMar>
              <w:top w:w="80" w:type="dxa"/>
              <w:left w:w="120" w:type="dxa"/>
              <w:bottom w:w="80" w:type="dxa"/>
              <w:right w:w="120" w:type="dxa"/>
            </w:tcMar>
            <w:vAlign w:val="center"/>
          </w:tcPr>
          <w:p w14:paraId="45F4186F" w14:textId="77777777" w:rsidR="006D5139" w:rsidRDefault="00000000">
            <w:pPr>
              <w:spacing w:after="60" w:line="252" w:lineRule="auto"/>
            </w:pPr>
            <w:r>
              <w:rPr>
                <w:sz w:val="18"/>
              </w:rPr>
              <w:t>≥ 99.5%</w:t>
            </w:r>
          </w:p>
        </w:tc>
      </w:tr>
      <w:tr w:rsidR="006D5139" w14:paraId="41CB0B0F" w14:textId="77777777">
        <w:trPr>
          <w:cantSplit/>
        </w:trPr>
        <w:tc>
          <w:tcPr>
            <w:tcW w:w="2300" w:type="dxa"/>
            <w:tcMar>
              <w:top w:w="80" w:type="dxa"/>
              <w:left w:w="120" w:type="dxa"/>
              <w:bottom w:w="80" w:type="dxa"/>
              <w:right w:w="120" w:type="dxa"/>
            </w:tcMar>
            <w:vAlign w:val="center"/>
          </w:tcPr>
          <w:p w14:paraId="5CDB4019" w14:textId="77777777" w:rsidR="006D5139" w:rsidRDefault="00000000">
            <w:pPr>
              <w:spacing w:after="60" w:line="252" w:lineRule="auto"/>
            </w:pPr>
            <w:r>
              <w:rPr>
                <w:sz w:val="18"/>
              </w:rPr>
              <w:t>质量门槛</w:t>
            </w:r>
          </w:p>
        </w:tc>
        <w:tc>
          <w:tcPr>
            <w:tcW w:w="3530" w:type="dxa"/>
            <w:tcMar>
              <w:top w:w="80" w:type="dxa"/>
              <w:left w:w="120" w:type="dxa"/>
              <w:bottom w:w="80" w:type="dxa"/>
              <w:right w:w="120" w:type="dxa"/>
            </w:tcMar>
            <w:vAlign w:val="center"/>
          </w:tcPr>
          <w:p w14:paraId="6236D433" w14:textId="77777777" w:rsidR="006D5139" w:rsidRDefault="00000000">
            <w:pPr>
              <w:spacing w:after="60" w:line="252" w:lineRule="auto"/>
            </w:pPr>
            <w:r>
              <w:rPr>
                <w:sz w:val="18"/>
              </w:rPr>
              <w:t xml:space="preserve">P0/P1 </w:t>
            </w:r>
            <w:r>
              <w:rPr>
                <w:sz w:val="18"/>
              </w:rPr>
              <w:t>未解决缺陷</w:t>
            </w:r>
          </w:p>
        </w:tc>
        <w:tc>
          <w:tcPr>
            <w:tcW w:w="3530" w:type="dxa"/>
            <w:tcMar>
              <w:top w:w="80" w:type="dxa"/>
              <w:left w:w="120" w:type="dxa"/>
              <w:bottom w:w="80" w:type="dxa"/>
              <w:right w:w="120" w:type="dxa"/>
            </w:tcMar>
            <w:vAlign w:val="center"/>
          </w:tcPr>
          <w:p w14:paraId="6C778F8D" w14:textId="77777777" w:rsidR="006D5139" w:rsidRDefault="00000000">
            <w:pPr>
              <w:spacing w:after="60" w:line="252" w:lineRule="auto"/>
            </w:pPr>
            <w:r>
              <w:rPr>
                <w:sz w:val="18"/>
              </w:rPr>
              <w:t>0 / ≤ 5</w:t>
            </w:r>
          </w:p>
        </w:tc>
      </w:tr>
    </w:tbl>
    <w:p w14:paraId="25741B96" w14:textId="77777777" w:rsidR="006D5139" w:rsidRDefault="006D5139">
      <w:pPr>
        <w:spacing w:after="40"/>
      </w:pPr>
    </w:p>
    <w:p w14:paraId="72531ADD" w14:textId="77777777" w:rsidR="006D5139" w:rsidRDefault="00000000">
      <w:pPr>
        <w:pStyle w:val="21"/>
      </w:pPr>
      <w:r>
        <w:rPr>
          <w:rFonts w:ascii="Calibri" w:eastAsia="微软雅黑" w:hAnsi="Calibri"/>
        </w:rPr>
        <w:lastRenderedPageBreak/>
        <w:t xml:space="preserve">3. </w:t>
      </w:r>
      <w:r>
        <w:rPr>
          <w:rFonts w:ascii="Calibri" w:eastAsia="微软雅黑" w:hAnsi="Calibri"/>
        </w:rPr>
        <w:t>用户角色与权限边界</w:t>
      </w:r>
    </w:p>
    <w:p w14:paraId="793A7429" w14:textId="77777777" w:rsidR="006D5139" w:rsidRDefault="00000000">
      <w:pPr>
        <w:pStyle w:val="31"/>
      </w:pPr>
      <w:r>
        <w:rPr>
          <w:rFonts w:ascii="Calibri" w:eastAsia="微软雅黑" w:hAnsi="Calibri"/>
        </w:rPr>
        <w:t xml:space="preserve">3.1 </w:t>
      </w:r>
      <w:r>
        <w:rPr>
          <w:rFonts w:ascii="Calibri" w:eastAsia="微软雅黑" w:hAnsi="Calibri"/>
        </w:rPr>
        <w:t>核心角色</w:t>
      </w:r>
    </w:p>
    <w:tbl>
      <w:tblPr>
        <w:tblStyle w:val="aff1"/>
        <w:tblW w:w="9360" w:type="dxa"/>
        <w:tblInd w:w="120" w:type="dxa"/>
        <w:tblLayout w:type="fixed"/>
        <w:tblLook w:val="04A0" w:firstRow="1" w:lastRow="0" w:firstColumn="1" w:lastColumn="0" w:noHBand="0" w:noVBand="1"/>
      </w:tblPr>
      <w:tblGrid>
        <w:gridCol w:w="2300"/>
        <w:gridCol w:w="3530"/>
        <w:gridCol w:w="3530"/>
      </w:tblGrid>
      <w:tr w:rsidR="006D5139" w14:paraId="577B485C" w14:textId="77777777">
        <w:trPr>
          <w:cantSplit/>
          <w:tblHeader/>
        </w:trPr>
        <w:tc>
          <w:tcPr>
            <w:tcW w:w="2300" w:type="dxa"/>
            <w:shd w:val="clear" w:color="auto" w:fill="F2F4F7"/>
            <w:tcMar>
              <w:top w:w="80" w:type="dxa"/>
              <w:left w:w="120" w:type="dxa"/>
              <w:bottom w:w="80" w:type="dxa"/>
              <w:right w:w="120" w:type="dxa"/>
            </w:tcMar>
            <w:vAlign w:val="center"/>
          </w:tcPr>
          <w:p w14:paraId="52874E0B" w14:textId="77777777" w:rsidR="006D5139" w:rsidRDefault="00000000">
            <w:pPr>
              <w:spacing w:after="40" w:line="252" w:lineRule="auto"/>
            </w:pPr>
            <w:r>
              <w:rPr>
                <w:b/>
                <w:color w:val="0B2545"/>
                <w:sz w:val="18"/>
              </w:rPr>
              <w:t>角色</w:t>
            </w:r>
          </w:p>
        </w:tc>
        <w:tc>
          <w:tcPr>
            <w:tcW w:w="3530" w:type="dxa"/>
            <w:shd w:val="clear" w:color="auto" w:fill="F2F4F7"/>
            <w:tcMar>
              <w:top w:w="80" w:type="dxa"/>
              <w:left w:w="120" w:type="dxa"/>
              <w:bottom w:w="80" w:type="dxa"/>
              <w:right w:w="120" w:type="dxa"/>
            </w:tcMar>
            <w:vAlign w:val="center"/>
          </w:tcPr>
          <w:p w14:paraId="2BC9CD4B" w14:textId="77777777" w:rsidR="006D5139" w:rsidRDefault="00000000">
            <w:pPr>
              <w:spacing w:after="40" w:line="252" w:lineRule="auto"/>
            </w:pPr>
            <w:r>
              <w:rPr>
                <w:b/>
                <w:color w:val="0B2545"/>
                <w:sz w:val="18"/>
              </w:rPr>
              <w:t>目标</w:t>
            </w:r>
          </w:p>
        </w:tc>
        <w:tc>
          <w:tcPr>
            <w:tcW w:w="3530" w:type="dxa"/>
            <w:shd w:val="clear" w:color="auto" w:fill="F2F4F7"/>
            <w:tcMar>
              <w:top w:w="80" w:type="dxa"/>
              <w:left w:w="120" w:type="dxa"/>
              <w:bottom w:w="80" w:type="dxa"/>
              <w:right w:w="120" w:type="dxa"/>
            </w:tcMar>
            <w:vAlign w:val="center"/>
          </w:tcPr>
          <w:p w14:paraId="77D59327" w14:textId="77777777" w:rsidR="006D5139" w:rsidRDefault="00000000">
            <w:pPr>
              <w:spacing w:after="40" w:line="252" w:lineRule="auto"/>
            </w:pPr>
            <w:r>
              <w:rPr>
                <w:b/>
                <w:color w:val="0B2545"/>
                <w:sz w:val="18"/>
              </w:rPr>
              <w:t>核心权限</w:t>
            </w:r>
          </w:p>
        </w:tc>
      </w:tr>
      <w:tr w:rsidR="006D5139" w14:paraId="448388BD" w14:textId="77777777">
        <w:trPr>
          <w:cantSplit/>
        </w:trPr>
        <w:tc>
          <w:tcPr>
            <w:tcW w:w="2300" w:type="dxa"/>
            <w:tcMar>
              <w:top w:w="80" w:type="dxa"/>
              <w:left w:w="120" w:type="dxa"/>
              <w:bottom w:w="80" w:type="dxa"/>
              <w:right w:w="120" w:type="dxa"/>
            </w:tcMar>
            <w:vAlign w:val="center"/>
          </w:tcPr>
          <w:p w14:paraId="2F93E1BE" w14:textId="77777777" w:rsidR="006D5139" w:rsidRDefault="00000000">
            <w:pPr>
              <w:spacing w:after="60" w:line="252" w:lineRule="auto"/>
            </w:pPr>
            <w:r>
              <w:rPr>
                <w:sz w:val="18"/>
              </w:rPr>
              <w:t>求职者</w:t>
            </w:r>
          </w:p>
        </w:tc>
        <w:tc>
          <w:tcPr>
            <w:tcW w:w="3530" w:type="dxa"/>
            <w:tcMar>
              <w:top w:w="80" w:type="dxa"/>
              <w:left w:w="120" w:type="dxa"/>
              <w:bottom w:w="80" w:type="dxa"/>
              <w:right w:w="120" w:type="dxa"/>
            </w:tcMar>
            <w:vAlign w:val="center"/>
          </w:tcPr>
          <w:p w14:paraId="5747F436" w14:textId="77777777" w:rsidR="006D5139" w:rsidRDefault="00000000">
            <w:pPr>
              <w:spacing w:after="60" w:line="252" w:lineRule="auto"/>
              <w:rPr>
                <w:lang w:eastAsia="zh-CN"/>
              </w:rPr>
            </w:pPr>
            <w:r>
              <w:rPr>
                <w:sz w:val="18"/>
                <w:lang w:eastAsia="zh-CN"/>
              </w:rPr>
              <w:t>找到可信岗位并提高求职效率</w:t>
            </w:r>
          </w:p>
        </w:tc>
        <w:tc>
          <w:tcPr>
            <w:tcW w:w="3530" w:type="dxa"/>
            <w:tcMar>
              <w:top w:w="80" w:type="dxa"/>
              <w:left w:w="120" w:type="dxa"/>
              <w:bottom w:w="80" w:type="dxa"/>
              <w:right w:w="120" w:type="dxa"/>
            </w:tcMar>
            <w:vAlign w:val="center"/>
          </w:tcPr>
          <w:p w14:paraId="7E70B2AD" w14:textId="77777777" w:rsidR="006D5139" w:rsidRDefault="00000000">
            <w:pPr>
              <w:spacing w:after="60" w:line="252" w:lineRule="auto"/>
              <w:rPr>
                <w:lang w:eastAsia="zh-CN"/>
              </w:rPr>
            </w:pPr>
            <w:r>
              <w:rPr>
                <w:sz w:val="18"/>
                <w:lang w:eastAsia="zh-CN"/>
              </w:rPr>
              <w:t>管理本人档案、控制可见范围、搜索</w:t>
            </w:r>
            <w:r>
              <w:rPr>
                <w:sz w:val="18"/>
                <w:lang w:eastAsia="zh-CN"/>
              </w:rPr>
              <w:t>/</w:t>
            </w:r>
            <w:r>
              <w:rPr>
                <w:sz w:val="18"/>
                <w:lang w:eastAsia="zh-CN"/>
              </w:rPr>
              <w:t>收藏</w:t>
            </w:r>
            <w:r>
              <w:rPr>
                <w:sz w:val="18"/>
                <w:lang w:eastAsia="zh-CN"/>
              </w:rPr>
              <w:t>/</w:t>
            </w:r>
            <w:r>
              <w:rPr>
                <w:sz w:val="18"/>
                <w:lang w:eastAsia="zh-CN"/>
              </w:rPr>
              <w:t>投递、发起沟通、使用</w:t>
            </w:r>
            <w:r>
              <w:rPr>
                <w:sz w:val="18"/>
                <w:lang w:eastAsia="zh-CN"/>
              </w:rPr>
              <w:t xml:space="preserve"> AI</w:t>
            </w:r>
            <w:r>
              <w:rPr>
                <w:sz w:val="18"/>
                <w:lang w:eastAsia="zh-CN"/>
              </w:rPr>
              <w:t>、处理面试和</w:t>
            </w:r>
            <w:r>
              <w:rPr>
                <w:sz w:val="18"/>
                <w:lang w:eastAsia="zh-CN"/>
              </w:rPr>
              <w:t xml:space="preserve"> Offer</w:t>
            </w:r>
          </w:p>
        </w:tc>
      </w:tr>
      <w:tr w:rsidR="006D5139" w14:paraId="2FA82BE9" w14:textId="77777777">
        <w:trPr>
          <w:cantSplit/>
        </w:trPr>
        <w:tc>
          <w:tcPr>
            <w:tcW w:w="2300" w:type="dxa"/>
            <w:tcMar>
              <w:top w:w="80" w:type="dxa"/>
              <w:left w:w="120" w:type="dxa"/>
              <w:bottom w:w="80" w:type="dxa"/>
              <w:right w:w="120" w:type="dxa"/>
            </w:tcMar>
            <w:vAlign w:val="center"/>
          </w:tcPr>
          <w:p w14:paraId="0521981A" w14:textId="77777777" w:rsidR="006D5139" w:rsidRDefault="00000000">
            <w:pPr>
              <w:spacing w:after="60" w:line="252" w:lineRule="auto"/>
            </w:pPr>
            <w:r>
              <w:rPr>
                <w:sz w:val="18"/>
              </w:rPr>
              <w:t>招聘者</w:t>
            </w:r>
          </w:p>
        </w:tc>
        <w:tc>
          <w:tcPr>
            <w:tcW w:w="3530" w:type="dxa"/>
            <w:tcMar>
              <w:top w:w="80" w:type="dxa"/>
              <w:left w:w="120" w:type="dxa"/>
              <w:bottom w:w="80" w:type="dxa"/>
              <w:right w:w="120" w:type="dxa"/>
            </w:tcMar>
            <w:vAlign w:val="center"/>
          </w:tcPr>
          <w:p w14:paraId="74D4BDF6" w14:textId="77777777" w:rsidR="006D5139" w:rsidRDefault="00000000">
            <w:pPr>
              <w:spacing w:after="60" w:line="252" w:lineRule="auto"/>
              <w:rPr>
                <w:lang w:eastAsia="zh-CN"/>
              </w:rPr>
            </w:pPr>
            <w:r>
              <w:rPr>
                <w:sz w:val="18"/>
                <w:lang w:eastAsia="zh-CN"/>
              </w:rPr>
              <w:t>发布岗位并推进候选人</w:t>
            </w:r>
          </w:p>
        </w:tc>
        <w:tc>
          <w:tcPr>
            <w:tcW w:w="3530" w:type="dxa"/>
            <w:tcMar>
              <w:top w:w="80" w:type="dxa"/>
              <w:left w:w="120" w:type="dxa"/>
              <w:bottom w:w="80" w:type="dxa"/>
              <w:right w:w="120" w:type="dxa"/>
            </w:tcMar>
            <w:vAlign w:val="center"/>
          </w:tcPr>
          <w:p w14:paraId="20888021" w14:textId="77777777" w:rsidR="006D5139" w:rsidRDefault="00000000">
            <w:pPr>
              <w:spacing w:after="60" w:line="252" w:lineRule="auto"/>
              <w:rPr>
                <w:lang w:eastAsia="zh-CN"/>
              </w:rPr>
            </w:pPr>
            <w:r>
              <w:rPr>
                <w:sz w:val="18"/>
                <w:lang w:eastAsia="zh-CN"/>
              </w:rPr>
              <w:t>仅管理所属企业岗位、查看已授权候选人、沟通、调整申请阶段、创建面试和</w:t>
            </w:r>
            <w:r>
              <w:rPr>
                <w:sz w:val="18"/>
                <w:lang w:eastAsia="zh-CN"/>
              </w:rPr>
              <w:t xml:space="preserve"> Offer</w:t>
            </w:r>
          </w:p>
        </w:tc>
      </w:tr>
      <w:tr w:rsidR="006D5139" w14:paraId="7C161F95" w14:textId="77777777">
        <w:trPr>
          <w:cantSplit/>
        </w:trPr>
        <w:tc>
          <w:tcPr>
            <w:tcW w:w="2300" w:type="dxa"/>
            <w:tcMar>
              <w:top w:w="80" w:type="dxa"/>
              <w:left w:w="120" w:type="dxa"/>
              <w:bottom w:w="80" w:type="dxa"/>
              <w:right w:w="120" w:type="dxa"/>
            </w:tcMar>
            <w:vAlign w:val="center"/>
          </w:tcPr>
          <w:p w14:paraId="61A94CC7" w14:textId="77777777" w:rsidR="006D5139" w:rsidRDefault="00000000">
            <w:pPr>
              <w:spacing w:after="60" w:line="252" w:lineRule="auto"/>
            </w:pPr>
            <w:r>
              <w:rPr>
                <w:sz w:val="18"/>
              </w:rPr>
              <w:t>企业管理员</w:t>
            </w:r>
          </w:p>
        </w:tc>
        <w:tc>
          <w:tcPr>
            <w:tcW w:w="3530" w:type="dxa"/>
            <w:tcMar>
              <w:top w:w="80" w:type="dxa"/>
              <w:left w:w="120" w:type="dxa"/>
              <w:bottom w:w="80" w:type="dxa"/>
              <w:right w:w="120" w:type="dxa"/>
            </w:tcMar>
            <w:vAlign w:val="center"/>
          </w:tcPr>
          <w:p w14:paraId="36F364E8" w14:textId="77777777" w:rsidR="006D5139" w:rsidRDefault="00000000">
            <w:pPr>
              <w:spacing w:after="60" w:line="252" w:lineRule="auto"/>
              <w:rPr>
                <w:lang w:eastAsia="zh-CN"/>
              </w:rPr>
            </w:pPr>
            <w:r>
              <w:rPr>
                <w:sz w:val="18"/>
                <w:lang w:eastAsia="zh-CN"/>
              </w:rPr>
              <w:t>管理企业主体和招聘团队</w:t>
            </w:r>
          </w:p>
        </w:tc>
        <w:tc>
          <w:tcPr>
            <w:tcW w:w="3530" w:type="dxa"/>
            <w:tcMar>
              <w:top w:w="80" w:type="dxa"/>
              <w:left w:w="120" w:type="dxa"/>
              <w:bottom w:w="80" w:type="dxa"/>
              <w:right w:w="120" w:type="dxa"/>
            </w:tcMar>
            <w:vAlign w:val="center"/>
          </w:tcPr>
          <w:p w14:paraId="3272E05D" w14:textId="77777777" w:rsidR="006D5139" w:rsidRDefault="00000000">
            <w:pPr>
              <w:spacing w:after="60" w:line="252" w:lineRule="auto"/>
              <w:rPr>
                <w:lang w:eastAsia="zh-CN"/>
              </w:rPr>
            </w:pPr>
            <w:r>
              <w:rPr>
                <w:sz w:val="18"/>
                <w:lang w:eastAsia="zh-CN"/>
              </w:rPr>
              <w:t>维护企业资料、邀请</w:t>
            </w:r>
            <w:r>
              <w:rPr>
                <w:sz w:val="18"/>
                <w:lang w:eastAsia="zh-CN"/>
              </w:rPr>
              <w:t>/</w:t>
            </w:r>
            <w:r>
              <w:rPr>
                <w:sz w:val="18"/>
                <w:lang w:eastAsia="zh-CN"/>
              </w:rPr>
              <w:t>移除招聘者、查看本企业数据和审计记录</w:t>
            </w:r>
          </w:p>
        </w:tc>
      </w:tr>
      <w:tr w:rsidR="006D5139" w14:paraId="64FDCEBF" w14:textId="77777777">
        <w:trPr>
          <w:cantSplit/>
        </w:trPr>
        <w:tc>
          <w:tcPr>
            <w:tcW w:w="2300" w:type="dxa"/>
            <w:tcMar>
              <w:top w:w="80" w:type="dxa"/>
              <w:left w:w="120" w:type="dxa"/>
              <w:bottom w:w="80" w:type="dxa"/>
              <w:right w:w="120" w:type="dxa"/>
            </w:tcMar>
            <w:vAlign w:val="center"/>
          </w:tcPr>
          <w:p w14:paraId="77C68220" w14:textId="77777777" w:rsidR="006D5139" w:rsidRDefault="00000000">
            <w:pPr>
              <w:spacing w:after="60" w:line="252" w:lineRule="auto"/>
            </w:pPr>
            <w:r>
              <w:rPr>
                <w:sz w:val="18"/>
              </w:rPr>
              <w:t>平台审核员</w:t>
            </w:r>
          </w:p>
        </w:tc>
        <w:tc>
          <w:tcPr>
            <w:tcW w:w="3530" w:type="dxa"/>
            <w:tcMar>
              <w:top w:w="80" w:type="dxa"/>
              <w:left w:w="120" w:type="dxa"/>
              <w:bottom w:w="80" w:type="dxa"/>
              <w:right w:w="120" w:type="dxa"/>
            </w:tcMar>
            <w:vAlign w:val="center"/>
          </w:tcPr>
          <w:p w14:paraId="157AEE27" w14:textId="77777777" w:rsidR="006D5139" w:rsidRDefault="00000000">
            <w:pPr>
              <w:spacing w:after="60" w:line="252" w:lineRule="auto"/>
              <w:rPr>
                <w:lang w:eastAsia="zh-CN"/>
              </w:rPr>
            </w:pPr>
            <w:r>
              <w:rPr>
                <w:sz w:val="18"/>
                <w:lang w:eastAsia="zh-CN"/>
              </w:rPr>
              <w:t>维护岗位和企业真实性</w:t>
            </w:r>
          </w:p>
        </w:tc>
        <w:tc>
          <w:tcPr>
            <w:tcW w:w="3530" w:type="dxa"/>
            <w:tcMar>
              <w:top w:w="80" w:type="dxa"/>
              <w:left w:w="120" w:type="dxa"/>
              <w:bottom w:w="80" w:type="dxa"/>
              <w:right w:w="120" w:type="dxa"/>
            </w:tcMar>
            <w:vAlign w:val="center"/>
          </w:tcPr>
          <w:p w14:paraId="280F10A2" w14:textId="77777777" w:rsidR="006D5139" w:rsidRDefault="00000000">
            <w:pPr>
              <w:spacing w:after="60" w:line="252" w:lineRule="auto"/>
              <w:rPr>
                <w:lang w:eastAsia="zh-CN"/>
              </w:rPr>
            </w:pPr>
            <w:r>
              <w:rPr>
                <w:sz w:val="18"/>
                <w:lang w:eastAsia="zh-CN"/>
              </w:rPr>
              <w:t>审核企业</w:t>
            </w:r>
            <w:r>
              <w:rPr>
                <w:sz w:val="18"/>
                <w:lang w:eastAsia="zh-CN"/>
              </w:rPr>
              <w:t>/</w:t>
            </w:r>
            <w:r>
              <w:rPr>
                <w:sz w:val="18"/>
                <w:lang w:eastAsia="zh-CN"/>
              </w:rPr>
              <w:t>岗位、限制分发、下架、处理申诉</w:t>
            </w:r>
          </w:p>
        </w:tc>
      </w:tr>
      <w:tr w:rsidR="006D5139" w14:paraId="0B7FEC0D" w14:textId="77777777">
        <w:trPr>
          <w:cantSplit/>
        </w:trPr>
        <w:tc>
          <w:tcPr>
            <w:tcW w:w="2300" w:type="dxa"/>
            <w:tcMar>
              <w:top w:w="80" w:type="dxa"/>
              <w:left w:w="120" w:type="dxa"/>
              <w:bottom w:w="80" w:type="dxa"/>
              <w:right w:w="120" w:type="dxa"/>
            </w:tcMar>
            <w:vAlign w:val="center"/>
          </w:tcPr>
          <w:p w14:paraId="77F1628E" w14:textId="77777777" w:rsidR="006D5139" w:rsidRDefault="00000000">
            <w:pPr>
              <w:spacing w:after="60" w:line="252" w:lineRule="auto"/>
            </w:pPr>
            <w:r>
              <w:rPr>
                <w:sz w:val="18"/>
              </w:rPr>
              <w:t>平台运营管理员</w:t>
            </w:r>
          </w:p>
        </w:tc>
        <w:tc>
          <w:tcPr>
            <w:tcW w:w="3530" w:type="dxa"/>
            <w:tcMar>
              <w:top w:w="80" w:type="dxa"/>
              <w:left w:w="120" w:type="dxa"/>
              <w:bottom w:w="80" w:type="dxa"/>
              <w:right w:w="120" w:type="dxa"/>
            </w:tcMar>
            <w:vAlign w:val="center"/>
          </w:tcPr>
          <w:p w14:paraId="025ED461" w14:textId="77777777" w:rsidR="006D5139" w:rsidRDefault="00000000">
            <w:pPr>
              <w:spacing w:after="60" w:line="252" w:lineRule="auto"/>
            </w:pPr>
            <w:r>
              <w:rPr>
                <w:sz w:val="18"/>
              </w:rPr>
              <w:t>运营与风控</w:t>
            </w:r>
          </w:p>
        </w:tc>
        <w:tc>
          <w:tcPr>
            <w:tcW w:w="3530" w:type="dxa"/>
            <w:tcMar>
              <w:top w:w="80" w:type="dxa"/>
              <w:left w:w="120" w:type="dxa"/>
              <w:bottom w:w="80" w:type="dxa"/>
              <w:right w:w="120" w:type="dxa"/>
            </w:tcMar>
            <w:vAlign w:val="center"/>
          </w:tcPr>
          <w:p w14:paraId="0B064B35" w14:textId="77777777" w:rsidR="006D5139" w:rsidRDefault="00000000">
            <w:pPr>
              <w:spacing w:after="60" w:line="252" w:lineRule="auto"/>
              <w:rPr>
                <w:lang w:eastAsia="zh-CN"/>
              </w:rPr>
            </w:pPr>
            <w:r>
              <w:rPr>
                <w:sz w:val="18"/>
                <w:lang w:eastAsia="zh-CN"/>
              </w:rPr>
              <w:t>处理投诉、查看看板、配置规则和功能开关，不得默认查看完整简历正文</w:t>
            </w:r>
          </w:p>
        </w:tc>
      </w:tr>
      <w:tr w:rsidR="006D5139" w14:paraId="5915D988" w14:textId="77777777">
        <w:trPr>
          <w:cantSplit/>
        </w:trPr>
        <w:tc>
          <w:tcPr>
            <w:tcW w:w="2300" w:type="dxa"/>
            <w:tcMar>
              <w:top w:w="80" w:type="dxa"/>
              <w:left w:w="120" w:type="dxa"/>
              <w:bottom w:w="80" w:type="dxa"/>
              <w:right w:w="120" w:type="dxa"/>
            </w:tcMar>
            <w:vAlign w:val="center"/>
          </w:tcPr>
          <w:p w14:paraId="458F773E" w14:textId="77777777" w:rsidR="006D5139" w:rsidRDefault="00000000">
            <w:pPr>
              <w:spacing w:after="60" w:line="252" w:lineRule="auto"/>
            </w:pPr>
            <w:r>
              <w:rPr>
                <w:sz w:val="18"/>
              </w:rPr>
              <w:t>系统管理员</w:t>
            </w:r>
          </w:p>
        </w:tc>
        <w:tc>
          <w:tcPr>
            <w:tcW w:w="3530" w:type="dxa"/>
            <w:tcMar>
              <w:top w:w="80" w:type="dxa"/>
              <w:left w:w="120" w:type="dxa"/>
              <w:bottom w:w="80" w:type="dxa"/>
              <w:right w:w="120" w:type="dxa"/>
            </w:tcMar>
            <w:vAlign w:val="center"/>
          </w:tcPr>
          <w:p w14:paraId="2BDE6FE0" w14:textId="77777777" w:rsidR="006D5139" w:rsidRDefault="00000000">
            <w:pPr>
              <w:spacing w:after="60" w:line="252" w:lineRule="auto"/>
            </w:pPr>
            <w:r>
              <w:rPr>
                <w:sz w:val="18"/>
              </w:rPr>
              <w:t>系统维护</w:t>
            </w:r>
          </w:p>
        </w:tc>
        <w:tc>
          <w:tcPr>
            <w:tcW w:w="3530" w:type="dxa"/>
            <w:tcMar>
              <w:top w:w="80" w:type="dxa"/>
              <w:left w:w="120" w:type="dxa"/>
              <w:bottom w:w="80" w:type="dxa"/>
              <w:right w:w="120" w:type="dxa"/>
            </w:tcMar>
            <w:vAlign w:val="center"/>
          </w:tcPr>
          <w:p w14:paraId="0F76BBF8" w14:textId="77777777" w:rsidR="006D5139" w:rsidRDefault="00000000">
            <w:pPr>
              <w:spacing w:after="60" w:line="252" w:lineRule="auto"/>
              <w:rPr>
                <w:lang w:eastAsia="zh-CN"/>
              </w:rPr>
            </w:pPr>
            <w:r>
              <w:rPr>
                <w:sz w:val="18"/>
                <w:lang w:eastAsia="zh-CN"/>
              </w:rPr>
              <w:t>配置、部署、备份、故障处理；高敏感操作须记录审计日志</w:t>
            </w:r>
          </w:p>
        </w:tc>
      </w:tr>
    </w:tbl>
    <w:p w14:paraId="36471857" w14:textId="77777777" w:rsidR="006D5139" w:rsidRDefault="006D5139">
      <w:pPr>
        <w:spacing w:after="40"/>
        <w:rPr>
          <w:lang w:eastAsia="zh-CN"/>
        </w:rPr>
      </w:pPr>
    </w:p>
    <w:p w14:paraId="607D8497" w14:textId="77777777" w:rsidR="006D5139" w:rsidRDefault="00000000">
      <w:pPr>
        <w:pStyle w:val="31"/>
      </w:pPr>
      <w:r>
        <w:rPr>
          <w:rFonts w:ascii="Calibri" w:eastAsia="微软雅黑" w:hAnsi="Calibri"/>
        </w:rPr>
        <w:t xml:space="preserve">3.2 </w:t>
      </w:r>
      <w:r>
        <w:rPr>
          <w:rFonts w:ascii="Calibri" w:eastAsia="微软雅黑" w:hAnsi="Calibri"/>
        </w:rPr>
        <w:t>权限原则</w:t>
      </w:r>
    </w:p>
    <w:p w14:paraId="4A547D88" w14:textId="77777777" w:rsidR="006D5139" w:rsidRDefault="00000000">
      <w:pPr>
        <w:pStyle w:val="a0"/>
        <w:keepLines/>
        <w:numPr>
          <w:ilvl w:val="0"/>
          <w:numId w:val="15"/>
        </w:numPr>
        <w:rPr>
          <w:lang w:eastAsia="zh-CN"/>
        </w:rPr>
      </w:pPr>
      <w:r>
        <w:rPr>
          <w:lang w:eastAsia="zh-CN"/>
        </w:rPr>
        <w:t>默认拒绝：未明确授权的数据不可见；</w:t>
      </w:r>
    </w:p>
    <w:p w14:paraId="26609ABB" w14:textId="77777777" w:rsidR="006D5139" w:rsidRDefault="00000000">
      <w:pPr>
        <w:pStyle w:val="a0"/>
        <w:keepLines/>
        <w:numPr>
          <w:ilvl w:val="0"/>
          <w:numId w:val="15"/>
        </w:numPr>
        <w:rPr>
          <w:lang w:eastAsia="zh-CN"/>
        </w:rPr>
      </w:pPr>
      <w:r>
        <w:rPr>
          <w:lang w:eastAsia="zh-CN"/>
        </w:rPr>
        <w:t>最小必要：招聘者只有在求职者主动投递或授权后，才能查看投递版本的简历；</w:t>
      </w:r>
    </w:p>
    <w:p w14:paraId="631CC6FB" w14:textId="77777777" w:rsidR="006D5139" w:rsidRDefault="00000000">
      <w:pPr>
        <w:pStyle w:val="a0"/>
        <w:keepLines/>
        <w:numPr>
          <w:ilvl w:val="0"/>
          <w:numId w:val="15"/>
        </w:numPr>
        <w:rPr>
          <w:lang w:eastAsia="zh-CN"/>
        </w:rPr>
      </w:pPr>
      <w:r>
        <w:rPr>
          <w:lang w:eastAsia="zh-CN"/>
        </w:rPr>
        <w:t>企业隔离：企业</w:t>
      </w:r>
      <w:r>
        <w:rPr>
          <w:lang w:eastAsia="zh-CN"/>
        </w:rPr>
        <w:t xml:space="preserve"> A </w:t>
      </w:r>
      <w:r>
        <w:rPr>
          <w:lang w:eastAsia="zh-CN"/>
        </w:rPr>
        <w:t>不能读取企业</w:t>
      </w:r>
      <w:r>
        <w:rPr>
          <w:lang w:eastAsia="zh-CN"/>
        </w:rPr>
        <w:t xml:space="preserve"> B </w:t>
      </w:r>
      <w:r>
        <w:rPr>
          <w:lang w:eastAsia="zh-CN"/>
        </w:rPr>
        <w:t>的岗位、候选人、消息和运营数据；</w:t>
      </w:r>
    </w:p>
    <w:p w14:paraId="620A7D39" w14:textId="77777777" w:rsidR="006D5139" w:rsidRDefault="00000000">
      <w:pPr>
        <w:pStyle w:val="a0"/>
        <w:keepLines/>
        <w:numPr>
          <w:ilvl w:val="0"/>
          <w:numId w:val="15"/>
        </w:numPr>
        <w:rPr>
          <w:lang w:eastAsia="zh-CN"/>
        </w:rPr>
      </w:pPr>
      <w:r>
        <w:rPr>
          <w:lang w:eastAsia="zh-CN"/>
        </w:rPr>
        <w:t>目的限制：简历正文、联系方式、</w:t>
      </w:r>
      <w:r>
        <w:rPr>
          <w:lang w:eastAsia="zh-CN"/>
        </w:rPr>
        <w:t xml:space="preserve">AI </w:t>
      </w:r>
      <w:r>
        <w:rPr>
          <w:lang w:eastAsia="zh-CN"/>
        </w:rPr>
        <w:t>对话不得用于广告定向；</w:t>
      </w:r>
    </w:p>
    <w:p w14:paraId="4772DF14" w14:textId="77777777" w:rsidR="006D5139" w:rsidRDefault="00000000">
      <w:pPr>
        <w:pStyle w:val="a0"/>
        <w:keepLines/>
        <w:numPr>
          <w:ilvl w:val="0"/>
          <w:numId w:val="15"/>
        </w:numPr>
        <w:rPr>
          <w:lang w:eastAsia="zh-CN"/>
        </w:rPr>
      </w:pPr>
      <w:r>
        <w:rPr>
          <w:lang w:eastAsia="zh-CN"/>
        </w:rPr>
        <w:t>敏感操作审计：查看完整简历、导出、下载附件、下架、封禁、权限变更均记录操作者、时间、对象、原因和来源</w:t>
      </w:r>
      <w:r>
        <w:rPr>
          <w:lang w:eastAsia="zh-CN"/>
        </w:rPr>
        <w:t xml:space="preserve"> IP</w:t>
      </w:r>
      <w:r>
        <w:rPr>
          <w:lang w:eastAsia="zh-CN"/>
        </w:rPr>
        <w:t>；</w:t>
      </w:r>
    </w:p>
    <w:p w14:paraId="1CE4E745" w14:textId="77777777" w:rsidR="006D5139" w:rsidRDefault="00000000">
      <w:pPr>
        <w:pStyle w:val="a0"/>
        <w:keepLines/>
        <w:numPr>
          <w:ilvl w:val="0"/>
          <w:numId w:val="15"/>
        </w:numPr>
        <w:rPr>
          <w:lang w:eastAsia="zh-CN"/>
        </w:rPr>
      </w:pPr>
      <w:r>
        <w:rPr>
          <w:lang w:eastAsia="zh-CN"/>
        </w:rPr>
        <w:t>运营脱敏：列表默认隐藏手机号、邮箱、证件信息；按工单申请临时查看；</w:t>
      </w:r>
    </w:p>
    <w:p w14:paraId="14891637" w14:textId="77777777" w:rsidR="006D5139" w:rsidRDefault="00000000">
      <w:pPr>
        <w:pStyle w:val="a0"/>
        <w:keepLines/>
        <w:numPr>
          <w:ilvl w:val="0"/>
          <w:numId w:val="15"/>
        </w:numPr>
        <w:rPr>
          <w:lang w:eastAsia="zh-CN"/>
        </w:rPr>
      </w:pPr>
      <w:r>
        <w:rPr>
          <w:lang w:eastAsia="zh-CN"/>
        </w:rPr>
        <w:t xml:space="preserve">AI </w:t>
      </w:r>
      <w:r>
        <w:rPr>
          <w:lang w:eastAsia="zh-CN"/>
        </w:rPr>
        <w:t>无最终决策权：</w:t>
      </w:r>
      <w:r>
        <w:rPr>
          <w:lang w:eastAsia="zh-CN"/>
        </w:rPr>
        <w:t xml:space="preserve">AI </w:t>
      </w:r>
      <w:r>
        <w:rPr>
          <w:lang w:eastAsia="zh-CN"/>
        </w:rPr>
        <w:t>匹配分只作为解释和排序线索，不作为自动淘汰条件。</w:t>
      </w:r>
    </w:p>
    <w:p w14:paraId="6A25EEC8" w14:textId="77777777" w:rsidR="006D5139" w:rsidRDefault="00000000">
      <w:pPr>
        <w:pStyle w:val="21"/>
        <w:rPr>
          <w:lang w:eastAsia="zh-CN"/>
        </w:rPr>
      </w:pPr>
      <w:r>
        <w:rPr>
          <w:rFonts w:ascii="Calibri" w:eastAsia="微软雅黑" w:hAnsi="Calibri"/>
          <w:lang w:eastAsia="zh-CN"/>
        </w:rPr>
        <w:lastRenderedPageBreak/>
        <w:t xml:space="preserve">4. </w:t>
      </w:r>
      <w:r>
        <w:rPr>
          <w:rFonts w:ascii="Calibri" w:eastAsia="微软雅黑" w:hAnsi="Calibri"/>
          <w:lang w:eastAsia="zh-CN"/>
        </w:rPr>
        <w:t>核心用户旅程</w:t>
      </w:r>
    </w:p>
    <w:p w14:paraId="4C464E57" w14:textId="77777777" w:rsidR="006D5139" w:rsidRDefault="00000000">
      <w:pPr>
        <w:pStyle w:val="31"/>
        <w:rPr>
          <w:lang w:eastAsia="zh-CN"/>
        </w:rPr>
      </w:pPr>
      <w:r>
        <w:rPr>
          <w:rFonts w:ascii="Calibri" w:eastAsia="微软雅黑" w:hAnsi="Calibri"/>
          <w:lang w:eastAsia="zh-CN"/>
        </w:rPr>
        <w:t xml:space="preserve">4.1 </w:t>
      </w:r>
      <w:r>
        <w:rPr>
          <w:rFonts w:ascii="Calibri" w:eastAsia="微软雅黑" w:hAnsi="Calibri"/>
          <w:lang w:eastAsia="zh-CN"/>
        </w:rPr>
        <w:t>求职者旅程</w:t>
      </w:r>
    </w:p>
    <w:p w14:paraId="403837B9" w14:textId="77777777" w:rsidR="006D5139" w:rsidRDefault="00000000">
      <w:pPr>
        <w:pStyle w:val="a"/>
        <w:keepLines/>
        <w:numPr>
          <w:ilvl w:val="0"/>
          <w:numId w:val="16"/>
        </w:numPr>
        <w:rPr>
          <w:lang w:eastAsia="zh-CN"/>
        </w:rPr>
      </w:pPr>
      <w:r>
        <w:rPr>
          <w:lang w:eastAsia="zh-CN"/>
        </w:rPr>
        <w:t>手机号</w:t>
      </w:r>
      <w:r>
        <w:rPr>
          <w:lang w:eastAsia="zh-CN"/>
        </w:rPr>
        <w:t>/</w:t>
      </w:r>
      <w:r>
        <w:rPr>
          <w:lang w:eastAsia="zh-CN"/>
        </w:rPr>
        <w:t>邮箱注册并完成隐私告知与必要同意；</w:t>
      </w:r>
    </w:p>
    <w:p w14:paraId="47BE7F0F" w14:textId="77777777" w:rsidR="006D5139" w:rsidRDefault="00000000">
      <w:pPr>
        <w:pStyle w:val="a"/>
        <w:keepLines/>
        <w:numPr>
          <w:ilvl w:val="0"/>
          <w:numId w:val="16"/>
        </w:numPr>
        <w:rPr>
          <w:lang w:eastAsia="zh-CN"/>
        </w:rPr>
      </w:pPr>
      <w:r>
        <w:rPr>
          <w:lang w:eastAsia="zh-CN"/>
        </w:rPr>
        <w:t>创建职业档案，上传或填写简历，选择目标城市、行业和职位；</w:t>
      </w:r>
    </w:p>
    <w:p w14:paraId="721D4DE5" w14:textId="77777777" w:rsidR="006D5139" w:rsidRDefault="00000000">
      <w:pPr>
        <w:pStyle w:val="a"/>
        <w:keepLines/>
        <w:numPr>
          <w:ilvl w:val="0"/>
          <w:numId w:val="16"/>
        </w:numPr>
        <w:rPr>
          <w:lang w:eastAsia="zh-CN"/>
        </w:rPr>
      </w:pPr>
      <w:r>
        <w:rPr>
          <w:lang w:eastAsia="zh-CN"/>
        </w:rPr>
        <w:t>系统解析简历，用户逐项确认后入库；</w:t>
      </w:r>
    </w:p>
    <w:p w14:paraId="69423629" w14:textId="77777777" w:rsidR="006D5139" w:rsidRDefault="00000000">
      <w:pPr>
        <w:pStyle w:val="a"/>
        <w:keepLines/>
        <w:numPr>
          <w:ilvl w:val="0"/>
          <w:numId w:val="16"/>
        </w:numPr>
        <w:rPr>
          <w:lang w:eastAsia="zh-CN"/>
        </w:rPr>
      </w:pPr>
      <w:r>
        <w:rPr>
          <w:lang w:eastAsia="zh-CN"/>
        </w:rPr>
        <w:t>浏览、搜索和筛选经审核岗位，查看来源、更新时间、企业认证和风险提示；</w:t>
      </w:r>
    </w:p>
    <w:p w14:paraId="2C24B95C" w14:textId="77777777" w:rsidR="006D5139" w:rsidRDefault="00000000">
      <w:pPr>
        <w:pStyle w:val="a"/>
        <w:keepLines/>
        <w:numPr>
          <w:ilvl w:val="0"/>
          <w:numId w:val="16"/>
        </w:numPr>
        <w:rPr>
          <w:lang w:eastAsia="zh-CN"/>
        </w:rPr>
      </w:pPr>
      <w:r>
        <w:rPr>
          <w:lang w:eastAsia="zh-CN"/>
        </w:rPr>
        <w:t>查看</w:t>
      </w:r>
      <w:r>
        <w:rPr>
          <w:lang w:eastAsia="zh-CN"/>
        </w:rPr>
        <w:t>“</w:t>
      </w:r>
      <w:r>
        <w:rPr>
          <w:lang w:eastAsia="zh-CN"/>
        </w:rPr>
        <w:t>匹配依据</w:t>
      </w:r>
      <w:r>
        <w:rPr>
          <w:lang w:eastAsia="zh-CN"/>
        </w:rPr>
        <w:t>”</w:t>
      </w:r>
      <w:r>
        <w:rPr>
          <w:lang w:eastAsia="zh-CN"/>
        </w:rPr>
        <w:t>：匹配项、缺口、未知项和需要确认的问题；</w:t>
      </w:r>
    </w:p>
    <w:p w14:paraId="17E7B892" w14:textId="77777777" w:rsidR="006D5139" w:rsidRDefault="00000000">
      <w:pPr>
        <w:pStyle w:val="a"/>
        <w:keepLines/>
        <w:numPr>
          <w:ilvl w:val="0"/>
          <w:numId w:val="16"/>
        </w:numPr>
        <w:rPr>
          <w:lang w:eastAsia="zh-CN"/>
        </w:rPr>
      </w:pPr>
      <w:r>
        <w:rPr>
          <w:lang w:eastAsia="zh-CN"/>
        </w:rPr>
        <w:t>主动投递或发起打招呼，选择共享的简历版本；</w:t>
      </w:r>
    </w:p>
    <w:p w14:paraId="2FA06AB8" w14:textId="77777777" w:rsidR="006D5139" w:rsidRDefault="00000000">
      <w:pPr>
        <w:pStyle w:val="a"/>
        <w:keepLines/>
        <w:numPr>
          <w:ilvl w:val="0"/>
          <w:numId w:val="16"/>
        </w:numPr>
        <w:rPr>
          <w:lang w:eastAsia="zh-CN"/>
        </w:rPr>
      </w:pPr>
      <w:r>
        <w:rPr>
          <w:lang w:eastAsia="zh-CN"/>
        </w:rPr>
        <w:t>与招聘方沟通，收到面试安排并确认；</w:t>
      </w:r>
    </w:p>
    <w:p w14:paraId="382AD8BB" w14:textId="77777777" w:rsidR="006D5139" w:rsidRDefault="00000000">
      <w:pPr>
        <w:pStyle w:val="a"/>
        <w:keepLines/>
        <w:numPr>
          <w:ilvl w:val="0"/>
          <w:numId w:val="16"/>
        </w:numPr>
        <w:rPr>
          <w:lang w:eastAsia="zh-CN"/>
        </w:rPr>
      </w:pPr>
      <w:r>
        <w:rPr>
          <w:lang w:eastAsia="zh-CN"/>
        </w:rPr>
        <w:t>查看申请时间线、面试反馈提示和</w:t>
      </w:r>
      <w:r>
        <w:rPr>
          <w:lang w:eastAsia="zh-CN"/>
        </w:rPr>
        <w:t xml:space="preserve"> Offer</w:t>
      </w:r>
      <w:r>
        <w:rPr>
          <w:lang w:eastAsia="zh-CN"/>
        </w:rPr>
        <w:t>；</w:t>
      </w:r>
    </w:p>
    <w:p w14:paraId="5EC94723" w14:textId="77777777" w:rsidR="006D5139" w:rsidRDefault="00000000">
      <w:pPr>
        <w:pStyle w:val="a"/>
        <w:keepLines/>
        <w:numPr>
          <w:ilvl w:val="0"/>
          <w:numId w:val="16"/>
        </w:numPr>
        <w:rPr>
          <w:lang w:eastAsia="zh-CN"/>
        </w:rPr>
      </w:pPr>
      <w:r>
        <w:rPr>
          <w:lang w:eastAsia="zh-CN"/>
        </w:rPr>
        <w:t>使用</w:t>
      </w:r>
      <w:r>
        <w:rPr>
          <w:lang w:eastAsia="zh-CN"/>
        </w:rPr>
        <w:t xml:space="preserve"> AI </w:t>
      </w:r>
      <w:r>
        <w:rPr>
          <w:lang w:eastAsia="zh-CN"/>
        </w:rPr>
        <w:t>优化简历、准备沟通和模拟面试；</w:t>
      </w:r>
    </w:p>
    <w:p w14:paraId="6ABAF54F" w14:textId="77777777" w:rsidR="006D5139" w:rsidRDefault="00000000">
      <w:pPr>
        <w:pStyle w:val="a"/>
        <w:keepLines/>
        <w:numPr>
          <w:ilvl w:val="0"/>
          <w:numId w:val="16"/>
        </w:numPr>
        <w:rPr>
          <w:lang w:eastAsia="zh-CN"/>
        </w:rPr>
      </w:pPr>
      <w:r>
        <w:rPr>
          <w:lang w:eastAsia="zh-CN"/>
        </w:rPr>
        <w:t>随时撤回可见授权、下载数据、删除档案或注销账号。</w:t>
      </w:r>
    </w:p>
    <w:p w14:paraId="2161D19C" w14:textId="77777777" w:rsidR="006D5139" w:rsidRDefault="00000000">
      <w:pPr>
        <w:pStyle w:val="31"/>
      </w:pPr>
      <w:r>
        <w:rPr>
          <w:rFonts w:ascii="Calibri" w:eastAsia="微软雅黑" w:hAnsi="Calibri"/>
        </w:rPr>
        <w:t xml:space="preserve">4.2 </w:t>
      </w:r>
      <w:r>
        <w:rPr>
          <w:rFonts w:ascii="Calibri" w:eastAsia="微软雅黑" w:hAnsi="Calibri"/>
        </w:rPr>
        <w:t>招聘者旅程</w:t>
      </w:r>
    </w:p>
    <w:p w14:paraId="40B31574" w14:textId="77777777" w:rsidR="006D5139" w:rsidRDefault="00000000">
      <w:pPr>
        <w:pStyle w:val="a"/>
        <w:keepLines/>
        <w:numPr>
          <w:ilvl w:val="0"/>
          <w:numId w:val="17"/>
        </w:numPr>
        <w:rPr>
          <w:lang w:eastAsia="zh-CN"/>
        </w:rPr>
      </w:pPr>
      <w:r>
        <w:rPr>
          <w:lang w:eastAsia="zh-CN"/>
        </w:rPr>
        <w:t>注册招聘者身份，创建</w:t>
      </w:r>
      <w:r>
        <w:rPr>
          <w:lang w:eastAsia="zh-CN"/>
        </w:rPr>
        <w:t>/</w:t>
      </w:r>
      <w:r>
        <w:rPr>
          <w:lang w:eastAsia="zh-CN"/>
        </w:rPr>
        <w:t>加入企业；</w:t>
      </w:r>
    </w:p>
    <w:p w14:paraId="314ADD6E" w14:textId="77777777" w:rsidR="006D5139" w:rsidRDefault="00000000">
      <w:pPr>
        <w:pStyle w:val="a"/>
        <w:keepLines/>
        <w:numPr>
          <w:ilvl w:val="0"/>
          <w:numId w:val="17"/>
        </w:numPr>
        <w:rPr>
          <w:lang w:eastAsia="zh-CN"/>
        </w:rPr>
      </w:pPr>
      <w:r>
        <w:rPr>
          <w:lang w:eastAsia="zh-CN"/>
        </w:rPr>
        <w:t>提交企业主体和本人招聘关系证明；</w:t>
      </w:r>
    </w:p>
    <w:p w14:paraId="201D9A15" w14:textId="77777777" w:rsidR="006D5139" w:rsidRDefault="00000000">
      <w:pPr>
        <w:pStyle w:val="a"/>
        <w:keepLines/>
        <w:numPr>
          <w:ilvl w:val="0"/>
          <w:numId w:val="17"/>
        </w:numPr>
        <w:rPr>
          <w:lang w:eastAsia="zh-CN"/>
        </w:rPr>
      </w:pPr>
      <w:r>
        <w:rPr>
          <w:lang w:eastAsia="zh-CN"/>
        </w:rPr>
        <w:t>创建岗位草稿，填写薪资、地点、职责、要求、用工类型和有效期；</w:t>
      </w:r>
    </w:p>
    <w:p w14:paraId="2AACD84B" w14:textId="77777777" w:rsidR="006D5139" w:rsidRDefault="00000000">
      <w:pPr>
        <w:pStyle w:val="a"/>
        <w:keepLines/>
        <w:numPr>
          <w:ilvl w:val="0"/>
          <w:numId w:val="17"/>
        </w:numPr>
        <w:rPr>
          <w:lang w:eastAsia="zh-CN"/>
        </w:rPr>
      </w:pPr>
      <w:r>
        <w:rPr>
          <w:lang w:eastAsia="zh-CN"/>
        </w:rPr>
        <w:t>岗位通过平台审核后发布；</w:t>
      </w:r>
    </w:p>
    <w:p w14:paraId="43F285B8" w14:textId="77777777" w:rsidR="006D5139" w:rsidRDefault="00000000">
      <w:pPr>
        <w:pStyle w:val="a"/>
        <w:keepLines/>
        <w:numPr>
          <w:ilvl w:val="0"/>
          <w:numId w:val="17"/>
        </w:numPr>
        <w:rPr>
          <w:lang w:eastAsia="zh-CN"/>
        </w:rPr>
      </w:pPr>
      <w:r>
        <w:rPr>
          <w:lang w:eastAsia="zh-CN"/>
        </w:rPr>
        <w:t>查看主动投递和已授权候选人，按统一阶段推进；</w:t>
      </w:r>
    </w:p>
    <w:p w14:paraId="4A00C0D4" w14:textId="77777777" w:rsidR="006D5139" w:rsidRDefault="00000000">
      <w:pPr>
        <w:pStyle w:val="a"/>
        <w:keepLines/>
        <w:numPr>
          <w:ilvl w:val="0"/>
          <w:numId w:val="17"/>
        </w:numPr>
        <w:rPr>
          <w:lang w:eastAsia="zh-CN"/>
        </w:rPr>
      </w:pPr>
      <w:r>
        <w:rPr>
          <w:lang w:eastAsia="zh-CN"/>
        </w:rPr>
        <w:t>在合规频控下回复沟通，不能绕过授权批量获取联系方式；</w:t>
      </w:r>
    </w:p>
    <w:p w14:paraId="19F26ED1" w14:textId="77777777" w:rsidR="006D5139" w:rsidRDefault="00000000">
      <w:pPr>
        <w:pStyle w:val="a"/>
        <w:keepLines/>
        <w:numPr>
          <w:ilvl w:val="0"/>
          <w:numId w:val="17"/>
        </w:numPr>
        <w:rPr>
          <w:lang w:eastAsia="zh-CN"/>
        </w:rPr>
      </w:pPr>
      <w:r>
        <w:rPr>
          <w:lang w:eastAsia="zh-CN"/>
        </w:rPr>
        <w:t>发起面试、记录结构化反馈；</w:t>
      </w:r>
    </w:p>
    <w:p w14:paraId="04920DB0" w14:textId="77777777" w:rsidR="006D5139" w:rsidRDefault="00000000">
      <w:pPr>
        <w:pStyle w:val="a"/>
        <w:keepLines/>
        <w:numPr>
          <w:ilvl w:val="0"/>
          <w:numId w:val="17"/>
        </w:numPr>
        <w:rPr>
          <w:lang w:eastAsia="zh-CN"/>
        </w:rPr>
      </w:pPr>
      <w:r>
        <w:rPr>
          <w:lang w:eastAsia="zh-CN"/>
        </w:rPr>
        <w:t>创建</w:t>
      </w:r>
      <w:r>
        <w:rPr>
          <w:lang w:eastAsia="zh-CN"/>
        </w:rPr>
        <w:t xml:space="preserve"> Offer</w:t>
      </w:r>
      <w:r>
        <w:rPr>
          <w:lang w:eastAsia="zh-CN"/>
        </w:rPr>
        <w:t>，记录接受、拒绝或过期；</w:t>
      </w:r>
    </w:p>
    <w:p w14:paraId="7223D088" w14:textId="77777777" w:rsidR="006D5139" w:rsidRDefault="00000000">
      <w:pPr>
        <w:pStyle w:val="a"/>
        <w:keepLines/>
        <w:numPr>
          <w:ilvl w:val="0"/>
          <w:numId w:val="17"/>
        </w:numPr>
        <w:rPr>
          <w:lang w:eastAsia="zh-CN"/>
        </w:rPr>
      </w:pPr>
      <w:r>
        <w:rPr>
          <w:lang w:eastAsia="zh-CN"/>
        </w:rPr>
        <w:t>查看招聘漏斗和处理超时任务。</w:t>
      </w:r>
    </w:p>
    <w:p w14:paraId="6303E911" w14:textId="77777777" w:rsidR="006D5139" w:rsidRDefault="00000000">
      <w:pPr>
        <w:pStyle w:val="31"/>
      </w:pPr>
      <w:r>
        <w:rPr>
          <w:rFonts w:ascii="Calibri" w:eastAsia="微软雅黑" w:hAnsi="Calibri"/>
        </w:rPr>
        <w:t xml:space="preserve">4.3 </w:t>
      </w:r>
      <w:r>
        <w:rPr>
          <w:rFonts w:ascii="Calibri" w:eastAsia="微软雅黑" w:hAnsi="Calibri"/>
        </w:rPr>
        <w:t>平台运营旅程</w:t>
      </w:r>
    </w:p>
    <w:p w14:paraId="28110E2A" w14:textId="77777777" w:rsidR="006D5139" w:rsidRDefault="00000000">
      <w:pPr>
        <w:pStyle w:val="a"/>
        <w:keepLines/>
        <w:numPr>
          <w:ilvl w:val="0"/>
          <w:numId w:val="18"/>
        </w:numPr>
        <w:rPr>
          <w:lang w:eastAsia="zh-CN"/>
        </w:rPr>
      </w:pPr>
      <w:r>
        <w:rPr>
          <w:lang w:eastAsia="zh-CN"/>
        </w:rPr>
        <w:t>审核企业主体和招聘者关系；</w:t>
      </w:r>
    </w:p>
    <w:p w14:paraId="315924B2" w14:textId="77777777" w:rsidR="006D5139" w:rsidRDefault="00000000">
      <w:pPr>
        <w:pStyle w:val="a"/>
        <w:keepLines/>
        <w:numPr>
          <w:ilvl w:val="0"/>
          <w:numId w:val="18"/>
        </w:numPr>
        <w:rPr>
          <w:lang w:eastAsia="zh-CN"/>
        </w:rPr>
      </w:pPr>
      <w:r>
        <w:rPr>
          <w:lang w:eastAsia="zh-CN"/>
        </w:rPr>
        <w:t>审核岗位真实性、合法性、字段完整度和风险项；</w:t>
      </w:r>
    </w:p>
    <w:p w14:paraId="43E1866C" w14:textId="77777777" w:rsidR="006D5139" w:rsidRDefault="00000000">
      <w:pPr>
        <w:pStyle w:val="a"/>
        <w:keepLines/>
        <w:numPr>
          <w:ilvl w:val="0"/>
          <w:numId w:val="18"/>
        </w:numPr>
        <w:rPr>
          <w:lang w:eastAsia="zh-CN"/>
        </w:rPr>
      </w:pPr>
      <w:r>
        <w:rPr>
          <w:lang w:eastAsia="zh-CN"/>
        </w:rPr>
        <w:t>处理投诉举报，必要时先限制分发再复核；</w:t>
      </w:r>
    </w:p>
    <w:p w14:paraId="3DEEBB32" w14:textId="77777777" w:rsidR="006D5139" w:rsidRDefault="00000000">
      <w:pPr>
        <w:pStyle w:val="a"/>
        <w:keepLines/>
        <w:numPr>
          <w:ilvl w:val="0"/>
          <w:numId w:val="18"/>
        </w:numPr>
        <w:rPr>
          <w:lang w:eastAsia="zh-CN"/>
        </w:rPr>
      </w:pPr>
      <w:r>
        <w:rPr>
          <w:lang w:eastAsia="zh-CN"/>
        </w:rPr>
        <w:t>查看岗位、消息、</w:t>
      </w:r>
      <w:r>
        <w:rPr>
          <w:lang w:eastAsia="zh-CN"/>
        </w:rPr>
        <w:t xml:space="preserve">AI </w:t>
      </w:r>
      <w:r>
        <w:rPr>
          <w:lang w:eastAsia="zh-CN"/>
        </w:rPr>
        <w:t>和账号风险告警；</w:t>
      </w:r>
    </w:p>
    <w:p w14:paraId="0A903E77" w14:textId="77777777" w:rsidR="006D5139" w:rsidRDefault="00000000">
      <w:pPr>
        <w:pStyle w:val="a"/>
        <w:keepLines/>
        <w:numPr>
          <w:ilvl w:val="0"/>
          <w:numId w:val="18"/>
        </w:numPr>
        <w:rPr>
          <w:lang w:eastAsia="zh-CN"/>
        </w:rPr>
      </w:pPr>
      <w:r>
        <w:rPr>
          <w:lang w:eastAsia="zh-CN"/>
        </w:rPr>
        <w:lastRenderedPageBreak/>
        <w:t>下架内容、限制账号、处理申诉并保留证据链；</w:t>
      </w:r>
    </w:p>
    <w:p w14:paraId="5AB911C7" w14:textId="77777777" w:rsidR="006D5139" w:rsidRDefault="00000000">
      <w:pPr>
        <w:pStyle w:val="a"/>
        <w:keepLines/>
        <w:numPr>
          <w:ilvl w:val="0"/>
          <w:numId w:val="18"/>
        </w:numPr>
        <w:rPr>
          <w:lang w:eastAsia="zh-CN"/>
        </w:rPr>
      </w:pPr>
      <w:r>
        <w:rPr>
          <w:lang w:eastAsia="zh-CN"/>
        </w:rPr>
        <w:t>监控系统、业务指标和数据删除任务；</w:t>
      </w:r>
    </w:p>
    <w:p w14:paraId="08EBE221" w14:textId="77777777" w:rsidR="006D5139" w:rsidRDefault="00000000">
      <w:pPr>
        <w:pStyle w:val="a"/>
        <w:keepLines/>
        <w:numPr>
          <w:ilvl w:val="0"/>
          <w:numId w:val="18"/>
        </w:numPr>
        <w:rPr>
          <w:lang w:eastAsia="zh-CN"/>
        </w:rPr>
      </w:pPr>
      <w:r>
        <w:rPr>
          <w:lang w:eastAsia="zh-CN"/>
        </w:rPr>
        <w:t>通过功能开关关闭高风险模块或回滚版本。</w:t>
      </w:r>
    </w:p>
    <w:p w14:paraId="5C4EAF81" w14:textId="77777777" w:rsidR="006D5139" w:rsidRDefault="00000000">
      <w:pPr>
        <w:pStyle w:val="21"/>
        <w:rPr>
          <w:lang w:eastAsia="zh-CN"/>
        </w:rPr>
      </w:pPr>
      <w:r>
        <w:rPr>
          <w:rFonts w:ascii="Calibri" w:eastAsia="微软雅黑" w:hAnsi="Calibri"/>
          <w:lang w:eastAsia="zh-CN"/>
        </w:rPr>
        <w:t xml:space="preserve">5. </w:t>
      </w:r>
      <w:r>
        <w:rPr>
          <w:rFonts w:ascii="Calibri" w:eastAsia="微软雅黑" w:hAnsi="Calibri"/>
          <w:lang w:eastAsia="zh-CN"/>
        </w:rPr>
        <w:t>产品功能路线图</w:t>
      </w:r>
    </w:p>
    <w:p w14:paraId="51AFC573" w14:textId="77777777" w:rsidR="006D5139" w:rsidRDefault="00000000">
      <w:pPr>
        <w:pStyle w:val="31"/>
        <w:rPr>
          <w:lang w:eastAsia="zh-CN"/>
        </w:rPr>
      </w:pPr>
      <w:r>
        <w:rPr>
          <w:rFonts w:ascii="Calibri" w:eastAsia="微软雅黑" w:hAnsi="Calibri"/>
          <w:lang w:eastAsia="zh-CN"/>
        </w:rPr>
        <w:t>5.1 P0</w:t>
      </w:r>
      <w:r>
        <w:rPr>
          <w:rFonts w:ascii="Calibri" w:eastAsia="微软雅黑" w:hAnsi="Calibri"/>
          <w:lang w:eastAsia="zh-CN"/>
        </w:rPr>
        <w:t>：</w:t>
      </w:r>
      <w:r>
        <w:rPr>
          <w:rFonts w:ascii="Calibri" w:eastAsia="微软雅黑" w:hAnsi="Calibri"/>
          <w:lang w:eastAsia="zh-CN"/>
        </w:rPr>
        <w:t>MVP</w:t>
      </w:r>
      <w:r>
        <w:rPr>
          <w:rFonts w:ascii="Calibri" w:eastAsia="微软雅黑" w:hAnsi="Calibri"/>
          <w:lang w:eastAsia="zh-CN"/>
        </w:rPr>
        <w:t>（立项后</w:t>
      </w:r>
      <w:r>
        <w:rPr>
          <w:rFonts w:ascii="Calibri" w:eastAsia="微软雅黑" w:hAnsi="Calibri"/>
          <w:lang w:eastAsia="zh-CN"/>
        </w:rPr>
        <w:t xml:space="preserve"> 0—4 </w:t>
      </w:r>
      <w:r>
        <w:rPr>
          <w:rFonts w:ascii="Calibri" w:eastAsia="微软雅黑" w:hAnsi="Calibri"/>
          <w:lang w:eastAsia="zh-CN"/>
        </w:rPr>
        <w:t>个月）</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0FA38A0C" w14:textId="77777777">
        <w:trPr>
          <w:cantSplit/>
          <w:tblHeader/>
        </w:trPr>
        <w:tc>
          <w:tcPr>
            <w:tcW w:w="1800" w:type="dxa"/>
            <w:shd w:val="clear" w:color="auto" w:fill="F2F4F7"/>
            <w:tcMar>
              <w:top w:w="80" w:type="dxa"/>
              <w:left w:w="120" w:type="dxa"/>
              <w:bottom w:w="80" w:type="dxa"/>
              <w:right w:w="120" w:type="dxa"/>
            </w:tcMar>
            <w:vAlign w:val="center"/>
          </w:tcPr>
          <w:p w14:paraId="5F36A198" w14:textId="77777777" w:rsidR="006D5139" w:rsidRDefault="00000000">
            <w:pPr>
              <w:spacing w:after="40" w:line="252" w:lineRule="auto"/>
            </w:pPr>
            <w:r>
              <w:rPr>
                <w:b/>
                <w:color w:val="0B2545"/>
                <w:sz w:val="17"/>
              </w:rPr>
              <w:t>模块</w:t>
            </w:r>
          </w:p>
        </w:tc>
        <w:tc>
          <w:tcPr>
            <w:tcW w:w="2700" w:type="dxa"/>
            <w:shd w:val="clear" w:color="auto" w:fill="F2F4F7"/>
            <w:tcMar>
              <w:top w:w="80" w:type="dxa"/>
              <w:left w:w="120" w:type="dxa"/>
              <w:bottom w:w="80" w:type="dxa"/>
              <w:right w:w="120" w:type="dxa"/>
            </w:tcMar>
            <w:vAlign w:val="center"/>
          </w:tcPr>
          <w:p w14:paraId="4DE235BC" w14:textId="77777777" w:rsidR="006D5139" w:rsidRDefault="00000000">
            <w:pPr>
              <w:spacing w:after="40" w:line="252" w:lineRule="auto"/>
            </w:pPr>
            <w:r>
              <w:rPr>
                <w:b/>
                <w:color w:val="0B2545"/>
                <w:sz w:val="17"/>
              </w:rPr>
              <w:t>核心能力</w:t>
            </w:r>
          </w:p>
        </w:tc>
        <w:tc>
          <w:tcPr>
            <w:tcW w:w="3060" w:type="dxa"/>
            <w:shd w:val="clear" w:color="auto" w:fill="F2F4F7"/>
            <w:tcMar>
              <w:top w:w="80" w:type="dxa"/>
              <w:left w:w="120" w:type="dxa"/>
              <w:bottom w:w="80" w:type="dxa"/>
              <w:right w:w="120" w:type="dxa"/>
            </w:tcMar>
            <w:vAlign w:val="center"/>
          </w:tcPr>
          <w:p w14:paraId="7A344E40" w14:textId="77777777" w:rsidR="006D5139" w:rsidRDefault="00000000">
            <w:pPr>
              <w:spacing w:after="40" w:line="252" w:lineRule="auto"/>
            </w:pPr>
            <w:r>
              <w:rPr>
                <w:b/>
                <w:color w:val="0B2545"/>
                <w:sz w:val="17"/>
              </w:rPr>
              <w:t>主要验收标准</w:t>
            </w:r>
          </w:p>
        </w:tc>
        <w:tc>
          <w:tcPr>
            <w:tcW w:w="1800" w:type="dxa"/>
            <w:shd w:val="clear" w:color="auto" w:fill="F2F4F7"/>
            <w:tcMar>
              <w:top w:w="80" w:type="dxa"/>
              <w:left w:w="120" w:type="dxa"/>
              <w:bottom w:w="80" w:type="dxa"/>
              <w:right w:w="120" w:type="dxa"/>
            </w:tcMar>
            <w:vAlign w:val="center"/>
          </w:tcPr>
          <w:p w14:paraId="43AAEF1A" w14:textId="77777777" w:rsidR="006D5139" w:rsidRDefault="00000000">
            <w:pPr>
              <w:spacing w:after="40" w:line="252" w:lineRule="auto"/>
            </w:pPr>
            <w:r>
              <w:rPr>
                <w:b/>
                <w:color w:val="0B2545"/>
                <w:sz w:val="17"/>
              </w:rPr>
              <w:t>负责人</w:t>
            </w:r>
          </w:p>
        </w:tc>
      </w:tr>
      <w:tr w:rsidR="006D5139" w14:paraId="51E53EE1" w14:textId="77777777">
        <w:trPr>
          <w:cantSplit/>
        </w:trPr>
        <w:tc>
          <w:tcPr>
            <w:tcW w:w="1800" w:type="dxa"/>
            <w:tcMar>
              <w:top w:w="80" w:type="dxa"/>
              <w:left w:w="120" w:type="dxa"/>
              <w:bottom w:w="80" w:type="dxa"/>
              <w:right w:w="120" w:type="dxa"/>
            </w:tcMar>
            <w:vAlign w:val="center"/>
          </w:tcPr>
          <w:p w14:paraId="0FF39A6C" w14:textId="77777777" w:rsidR="006D5139" w:rsidRDefault="00000000">
            <w:pPr>
              <w:spacing w:after="60" w:line="252" w:lineRule="auto"/>
            </w:pPr>
            <w:r>
              <w:rPr>
                <w:sz w:val="17"/>
              </w:rPr>
              <w:t>账号与身份</w:t>
            </w:r>
          </w:p>
        </w:tc>
        <w:tc>
          <w:tcPr>
            <w:tcW w:w="2700" w:type="dxa"/>
            <w:tcMar>
              <w:top w:w="80" w:type="dxa"/>
              <w:left w:w="120" w:type="dxa"/>
              <w:bottom w:w="80" w:type="dxa"/>
              <w:right w:w="120" w:type="dxa"/>
            </w:tcMar>
            <w:vAlign w:val="center"/>
          </w:tcPr>
          <w:p w14:paraId="0F77CD38" w14:textId="77777777" w:rsidR="006D5139" w:rsidRDefault="00000000">
            <w:pPr>
              <w:spacing w:after="60" w:line="252" w:lineRule="auto"/>
              <w:rPr>
                <w:lang w:eastAsia="zh-CN"/>
              </w:rPr>
            </w:pPr>
            <w:r>
              <w:rPr>
                <w:sz w:val="17"/>
                <w:lang w:eastAsia="zh-CN"/>
              </w:rPr>
              <w:t>注册登录、找回、求职者</w:t>
            </w:r>
            <w:r>
              <w:rPr>
                <w:sz w:val="17"/>
                <w:lang w:eastAsia="zh-CN"/>
              </w:rPr>
              <w:t>/</w:t>
            </w:r>
            <w:r>
              <w:rPr>
                <w:sz w:val="17"/>
                <w:lang w:eastAsia="zh-CN"/>
              </w:rPr>
              <w:t>招聘者角色、同意记录</w:t>
            </w:r>
          </w:p>
        </w:tc>
        <w:tc>
          <w:tcPr>
            <w:tcW w:w="3060" w:type="dxa"/>
            <w:tcMar>
              <w:top w:w="80" w:type="dxa"/>
              <w:left w:w="120" w:type="dxa"/>
              <w:bottom w:w="80" w:type="dxa"/>
              <w:right w:w="120" w:type="dxa"/>
            </w:tcMar>
            <w:vAlign w:val="center"/>
          </w:tcPr>
          <w:p w14:paraId="0208A8BA" w14:textId="77777777" w:rsidR="006D5139" w:rsidRDefault="00000000">
            <w:pPr>
              <w:spacing w:after="60" w:line="252" w:lineRule="auto"/>
              <w:rPr>
                <w:lang w:eastAsia="zh-CN"/>
              </w:rPr>
            </w:pPr>
            <w:r>
              <w:rPr>
                <w:sz w:val="17"/>
                <w:lang w:eastAsia="zh-CN"/>
              </w:rPr>
              <w:t>越权测试通过；同意可撤回；账号可注销</w:t>
            </w:r>
          </w:p>
        </w:tc>
        <w:tc>
          <w:tcPr>
            <w:tcW w:w="1800" w:type="dxa"/>
            <w:tcMar>
              <w:top w:w="80" w:type="dxa"/>
              <w:left w:w="120" w:type="dxa"/>
              <w:bottom w:w="80" w:type="dxa"/>
              <w:right w:w="120" w:type="dxa"/>
            </w:tcMar>
            <w:vAlign w:val="center"/>
          </w:tcPr>
          <w:p w14:paraId="213D90B5" w14:textId="77777777" w:rsidR="006D5139" w:rsidRDefault="00000000">
            <w:pPr>
              <w:spacing w:after="60" w:line="252" w:lineRule="auto"/>
              <w:rPr>
                <w:lang w:eastAsia="zh-CN"/>
              </w:rPr>
            </w:pPr>
            <w:r>
              <w:rPr>
                <w:sz w:val="17"/>
                <w:lang w:eastAsia="zh-CN"/>
              </w:rPr>
              <w:t>张顺后端，杨幸幸前端</w:t>
            </w:r>
          </w:p>
        </w:tc>
      </w:tr>
      <w:tr w:rsidR="006D5139" w14:paraId="2FBF9D63" w14:textId="77777777">
        <w:trPr>
          <w:cantSplit/>
        </w:trPr>
        <w:tc>
          <w:tcPr>
            <w:tcW w:w="1800" w:type="dxa"/>
            <w:tcMar>
              <w:top w:w="80" w:type="dxa"/>
              <w:left w:w="120" w:type="dxa"/>
              <w:bottom w:w="80" w:type="dxa"/>
              <w:right w:w="120" w:type="dxa"/>
            </w:tcMar>
            <w:vAlign w:val="center"/>
          </w:tcPr>
          <w:p w14:paraId="62AA2763" w14:textId="77777777" w:rsidR="006D5139" w:rsidRDefault="00000000">
            <w:pPr>
              <w:spacing w:after="60" w:line="252" w:lineRule="auto"/>
            </w:pPr>
            <w:r>
              <w:rPr>
                <w:sz w:val="17"/>
              </w:rPr>
              <w:t>职业档案</w:t>
            </w:r>
          </w:p>
        </w:tc>
        <w:tc>
          <w:tcPr>
            <w:tcW w:w="2700" w:type="dxa"/>
            <w:tcMar>
              <w:top w:w="80" w:type="dxa"/>
              <w:left w:w="120" w:type="dxa"/>
              <w:bottom w:w="80" w:type="dxa"/>
              <w:right w:w="120" w:type="dxa"/>
            </w:tcMar>
            <w:vAlign w:val="center"/>
          </w:tcPr>
          <w:p w14:paraId="34B5DF27" w14:textId="77777777" w:rsidR="006D5139" w:rsidRDefault="00000000">
            <w:pPr>
              <w:spacing w:after="60" w:line="252" w:lineRule="auto"/>
              <w:rPr>
                <w:lang w:eastAsia="zh-CN"/>
              </w:rPr>
            </w:pPr>
            <w:r>
              <w:rPr>
                <w:sz w:val="17"/>
                <w:lang w:eastAsia="zh-CN"/>
              </w:rPr>
              <w:t>教育、经历、技能、偏好、简历版本、可见范围</w:t>
            </w:r>
          </w:p>
        </w:tc>
        <w:tc>
          <w:tcPr>
            <w:tcW w:w="3060" w:type="dxa"/>
            <w:tcMar>
              <w:top w:w="80" w:type="dxa"/>
              <w:left w:w="120" w:type="dxa"/>
              <w:bottom w:w="80" w:type="dxa"/>
              <w:right w:w="120" w:type="dxa"/>
            </w:tcMar>
            <w:vAlign w:val="center"/>
          </w:tcPr>
          <w:p w14:paraId="403E9B02" w14:textId="77777777" w:rsidR="006D5139" w:rsidRDefault="00000000">
            <w:pPr>
              <w:spacing w:after="60" w:line="252" w:lineRule="auto"/>
              <w:rPr>
                <w:lang w:eastAsia="zh-CN"/>
              </w:rPr>
            </w:pPr>
            <w:r>
              <w:rPr>
                <w:sz w:val="17"/>
                <w:lang w:eastAsia="zh-CN"/>
              </w:rPr>
              <w:t xml:space="preserve">5 </w:t>
            </w:r>
            <w:r>
              <w:rPr>
                <w:sz w:val="17"/>
                <w:lang w:eastAsia="zh-CN"/>
              </w:rPr>
              <w:t>分钟可完成核心档案；默认仅本人可见</w:t>
            </w:r>
          </w:p>
        </w:tc>
        <w:tc>
          <w:tcPr>
            <w:tcW w:w="1800" w:type="dxa"/>
            <w:tcMar>
              <w:top w:w="80" w:type="dxa"/>
              <w:left w:w="120" w:type="dxa"/>
              <w:bottom w:w="80" w:type="dxa"/>
              <w:right w:w="120" w:type="dxa"/>
            </w:tcMar>
            <w:vAlign w:val="center"/>
          </w:tcPr>
          <w:p w14:paraId="3CCD6C46" w14:textId="77777777" w:rsidR="006D5139" w:rsidRDefault="00000000">
            <w:pPr>
              <w:spacing w:after="60" w:line="252" w:lineRule="auto"/>
            </w:pPr>
            <w:r>
              <w:rPr>
                <w:sz w:val="17"/>
              </w:rPr>
              <w:t>杨幸幸主责</w:t>
            </w:r>
          </w:p>
        </w:tc>
      </w:tr>
      <w:tr w:rsidR="006D5139" w14:paraId="0DB14042" w14:textId="77777777">
        <w:trPr>
          <w:cantSplit/>
        </w:trPr>
        <w:tc>
          <w:tcPr>
            <w:tcW w:w="1800" w:type="dxa"/>
            <w:tcMar>
              <w:top w:w="80" w:type="dxa"/>
              <w:left w:w="120" w:type="dxa"/>
              <w:bottom w:w="80" w:type="dxa"/>
              <w:right w:w="120" w:type="dxa"/>
            </w:tcMar>
            <w:vAlign w:val="center"/>
          </w:tcPr>
          <w:p w14:paraId="65059E47" w14:textId="77777777" w:rsidR="006D5139" w:rsidRDefault="00000000">
            <w:pPr>
              <w:spacing w:after="60" w:line="252" w:lineRule="auto"/>
            </w:pPr>
            <w:r>
              <w:rPr>
                <w:sz w:val="17"/>
              </w:rPr>
              <w:t>企业与认证</w:t>
            </w:r>
          </w:p>
        </w:tc>
        <w:tc>
          <w:tcPr>
            <w:tcW w:w="2700" w:type="dxa"/>
            <w:tcMar>
              <w:top w:w="80" w:type="dxa"/>
              <w:left w:w="120" w:type="dxa"/>
              <w:bottom w:w="80" w:type="dxa"/>
              <w:right w:w="120" w:type="dxa"/>
            </w:tcMar>
            <w:vAlign w:val="center"/>
          </w:tcPr>
          <w:p w14:paraId="2395F64B" w14:textId="77777777" w:rsidR="006D5139" w:rsidRDefault="00000000">
            <w:pPr>
              <w:spacing w:after="60" w:line="252" w:lineRule="auto"/>
              <w:rPr>
                <w:lang w:eastAsia="zh-CN"/>
              </w:rPr>
            </w:pPr>
            <w:r>
              <w:rPr>
                <w:sz w:val="17"/>
                <w:lang w:eastAsia="zh-CN"/>
              </w:rPr>
              <w:t>企业主体、招聘者关系、审核</w:t>
            </w:r>
            <w:r>
              <w:rPr>
                <w:sz w:val="17"/>
                <w:lang w:eastAsia="zh-CN"/>
              </w:rPr>
              <w:t>/</w:t>
            </w:r>
            <w:r>
              <w:rPr>
                <w:sz w:val="17"/>
                <w:lang w:eastAsia="zh-CN"/>
              </w:rPr>
              <w:t>驳回</w:t>
            </w:r>
            <w:r>
              <w:rPr>
                <w:sz w:val="17"/>
                <w:lang w:eastAsia="zh-CN"/>
              </w:rPr>
              <w:t>/</w:t>
            </w:r>
            <w:r>
              <w:rPr>
                <w:sz w:val="17"/>
                <w:lang w:eastAsia="zh-CN"/>
              </w:rPr>
              <w:t>申诉</w:t>
            </w:r>
          </w:p>
        </w:tc>
        <w:tc>
          <w:tcPr>
            <w:tcW w:w="3060" w:type="dxa"/>
            <w:tcMar>
              <w:top w:w="80" w:type="dxa"/>
              <w:left w:w="120" w:type="dxa"/>
              <w:bottom w:w="80" w:type="dxa"/>
              <w:right w:w="120" w:type="dxa"/>
            </w:tcMar>
            <w:vAlign w:val="center"/>
          </w:tcPr>
          <w:p w14:paraId="4B164F52" w14:textId="77777777" w:rsidR="006D5139" w:rsidRDefault="00000000">
            <w:pPr>
              <w:spacing w:after="60" w:line="252" w:lineRule="auto"/>
              <w:rPr>
                <w:lang w:eastAsia="zh-CN"/>
              </w:rPr>
            </w:pPr>
            <w:r>
              <w:rPr>
                <w:sz w:val="17"/>
                <w:lang w:eastAsia="zh-CN"/>
              </w:rPr>
              <w:t>未认证企业不能发布；全状态留痕</w:t>
            </w:r>
          </w:p>
        </w:tc>
        <w:tc>
          <w:tcPr>
            <w:tcW w:w="1800" w:type="dxa"/>
            <w:tcMar>
              <w:top w:w="80" w:type="dxa"/>
              <w:left w:w="120" w:type="dxa"/>
              <w:bottom w:w="80" w:type="dxa"/>
              <w:right w:w="120" w:type="dxa"/>
            </w:tcMar>
            <w:vAlign w:val="center"/>
          </w:tcPr>
          <w:p w14:paraId="31EDDFD8" w14:textId="77777777" w:rsidR="006D5139" w:rsidRDefault="00000000">
            <w:pPr>
              <w:spacing w:after="60" w:line="252" w:lineRule="auto"/>
            </w:pPr>
            <w:r>
              <w:rPr>
                <w:sz w:val="17"/>
              </w:rPr>
              <w:t>张顺主责</w:t>
            </w:r>
          </w:p>
        </w:tc>
      </w:tr>
      <w:tr w:rsidR="006D5139" w14:paraId="3B0D20F8" w14:textId="77777777">
        <w:trPr>
          <w:cantSplit/>
        </w:trPr>
        <w:tc>
          <w:tcPr>
            <w:tcW w:w="1800" w:type="dxa"/>
            <w:tcMar>
              <w:top w:w="80" w:type="dxa"/>
              <w:left w:w="120" w:type="dxa"/>
              <w:bottom w:w="80" w:type="dxa"/>
              <w:right w:w="120" w:type="dxa"/>
            </w:tcMar>
            <w:vAlign w:val="center"/>
          </w:tcPr>
          <w:p w14:paraId="63FACED5" w14:textId="77777777" w:rsidR="006D5139" w:rsidRDefault="00000000">
            <w:pPr>
              <w:spacing w:after="60" w:line="252" w:lineRule="auto"/>
            </w:pPr>
            <w:r>
              <w:rPr>
                <w:sz w:val="17"/>
              </w:rPr>
              <w:t>岗位中心</w:t>
            </w:r>
          </w:p>
        </w:tc>
        <w:tc>
          <w:tcPr>
            <w:tcW w:w="2700" w:type="dxa"/>
            <w:tcMar>
              <w:top w:w="80" w:type="dxa"/>
              <w:left w:w="120" w:type="dxa"/>
              <w:bottom w:w="80" w:type="dxa"/>
              <w:right w:w="120" w:type="dxa"/>
            </w:tcMar>
            <w:vAlign w:val="center"/>
          </w:tcPr>
          <w:p w14:paraId="27DDBDB0" w14:textId="77777777" w:rsidR="006D5139" w:rsidRDefault="00000000">
            <w:pPr>
              <w:spacing w:after="60" w:line="252" w:lineRule="auto"/>
              <w:rPr>
                <w:lang w:eastAsia="zh-CN"/>
              </w:rPr>
            </w:pPr>
            <w:r>
              <w:rPr>
                <w:sz w:val="17"/>
                <w:lang w:eastAsia="zh-CN"/>
              </w:rPr>
              <w:t>草稿、提交、审核、发布、暂停、过期、搜索筛选</w:t>
            </w:r>
          </w:p>
        </w:tc>
        <w:tc>
          <w:tcPr>
            <w:tcW w:w="3060" w:type="dxa"/>
            <w:tcMar>
              <w:top w:w="80" w:type="dxa"/>
              <w:left w:w="120" w:type="dxa"/>
              <w:bottom w:w="80" w:type="dxa"/>
              <w:right w:w="120" w:type="dxa"/>
            </w:tcMar>
            <w:vAlign w:val="center"/>
          </w:tcPr>
          <w:p w14:paraId="00C2C988" w14:textId="77777777" w:rsidR="006D5139" w:rsidRDefault="00000000">
            <w:pPr>
              <w:spacing w:after="60" w:line="252" w:lineRule="auto"/>
              <w:rPr>
                <w:lang w:eastAsia="zh-CN"/>
              </w:rPr>
            </w:pPr>
            <w:r>
              <w:rPr>
                <w:sz w:val="17"/>
                <w:lang w:eastAsia="zh-CN"/>
              </w:rPr>
              <w:t>仅已审核有效岗位可被搜索；下架实时生效</w:t>
            </w:r>
          </w:p>
        </w:tc>
        <w:tc>
          <w:tcPr>
            <w:tcW w:w="1800" w:type="dxa"/>
            <w:tcMar>
              <w:top w:w="80" w:type="dxa"/>
              <w:left w:w="120" w:type="dxa"/>
              <w:bottom w:w="80" w:type="dxa"/>
              <w:right w:w="120" w:type="dxa"/>
            </w:tcMar>
            <w:vAlign w:val="center"/>
          </w:tcPr>
          <w:p w14:paraId="4BBA098C" w14:textId="77777777" w:rsidR="006D5139" w:rsidRDefault="00000000">
            <w:pPr>
              <w:spacing w:after="60" w:line="252" w:lineRule="auto"/>
              <w:rPr>
                <w:lang w:eastAsia="zh-CN"/>
              </w:rPr>
            </w:pPr>
            <w:r>
              <w:rPr>
                <w:sz w:val="17"/>
                <w:lang w:eastAsia="zh-CN"/>
              </w:rPr>
              <w:t>张顺后端，杨幸幸前端</w:t>
            </w:r>
          </w:p>
        </w:tc>
      </w:tr>
      <w:tr w:rsidR="006D5139" w14:paraId="7A58BD65" w14:textId="77777777">
        <w:trPr>
          <w:cantSplit/>
        </w:trPr>
        <w:tc>
          <w:tcPr>
            <w:tcW w:w="1800" w:type="dxa"/>
            <w:tcMar>
              <w:top w:w="80" w:type="dxa"/>
              <w:left w:w="120" w:type="dxa"/>
              <w:bottom w:w="80" w:type="dxa"/>
              <w:right w:w="120" w:type="dxa"/>
            </w:tcMar>
            <w:vAlign w:val="center"/>
          </w:tcPr>
          <w:p w14:paraId="01B6989F" w14:textId="77777777" w:rsidR="006D5139" w:rsidRDefault="00000000">
            <w:pPr>
              <w:spacing w:after="60" w:line="252" w:lineRule="auto"/>
            </w:pPr>
            <w:r>
              <w:rPr>
                <w:sz w:val="17"/>
              </w:rPr>
              <w:t>投递与管道</w:t>
            </w:r>
          </w:p>
        </w:tc>
        <w:tc>
          <w:tcPr>
            <w:tcW w:w="2700" w:type="dxa"/>
            <w:tcMar>
              <w:top w:w="80" w:type="dxa"/>
              <w:left w:w="120" w:type="dxa"/>
              <w:bottom w:w="80" w:type="dxa"/>
              <w:right w:w="120" w:type="dxa"/>
            </w:tcMar>
            <w:vAlign w:val="center"/>
          </w:tcPr>
          <w:p w14:paraId="5509CD06" w14:textId="77777777" w:rsidR="006D5139" w:rsidRDefault="00000000">
            <w:pPr>
              <w:spacing w:after="60" w:line="252" w:lineRule="auto"/>
              <w:rPr>
                <w:lang w:eastAsia="zh-CN"/>
              </w:rPr>
            </w:pPr>
            <w:r>
              <w:rPr>
                <w:sz w:val="17"/>
                <w:lang w:eastAsia="zh-CN"/>
              </w:rPr>
              <w:t>投递、阶段流转、时间线、拒绝原因、重复投递控制</w:t>
            </w:r>
          </w:p>
        </w:tc>
        <w:tc>
          <w:tcPr>
            <w:tcW w:w="3060" w:type="dxa"/>
            <w:tcMar>
              <w:top w:w="80" w:type="dxa"/>
              <w:left w:w="120" w:type="dxa"/>
              <w:bottom w:w="80" w:type="dxa"/>
              <w:right w:w="120" w:type="dxa"/>
            </w:tcMar>
            <w:vAlign w:val="center"/>
          </w:tcPr>
          <w:p w14:paraId="740B4109" w14:textId="77777777" w:rsidR="006D5139" w:rsidRDefault="00000000">
            <w:pPr>
              <w:spacing w:after="60" w:line="252" w:lineRule="auto"/>
              <w:rPr>
                <w:lang w:eastAsia="zh-CN"/>
              </w:rPr>
            </w:pPr>
            <w:r>
              <w:rPr>
                <w:sz w:val="17"/>
                <w:lang w:eastAsia="zh-CN"/>
              </w:rPr>
              <w:t>每次流转可追溯；非法状态迁移被拒绝</w:t>
            </w:r>
          </w:p>
        </w:tc>
        <w:tc>
          <w:tcPr>
            <w:tcW w:w="1800" w:type="dxa"/>
            <w:tcMar>
              <w:top w:w="80" w:type="dxa"/>
              <w:left w:w="120" w:type="dxa"/>
              <w:bottom w:w="80" w:type="dxa"/>
              <w:right w:w="120" w:type="dxa"/>
            </w:tcMar>
            <w:vAlign w:val="center"/>
          </w:tcPr>
          <w:p w14:paraId="6ECAEFA7" w14:textId="77777777" w:rsidR="006D5139" w:rsidRDefault="00000000">
            <w:pPr>
              <w:spacing w:after="60" w:line="252" w:lineRule="auto"/>
            </w:pPr>
            <w:r>
              <w:rPr>
                <w:sz w:val="17"/>
              </w:rPr>
              <w:t>张顺主责</w:t>
            </w:r>
          </w:p>
        </w:tc>
      </w:tr>
      <w:tr w:rsidR="006D5139" w14:paraId="28514394" w14:textId="77777777">
        <w:trPr>
          <w:cantSplit/>
        </w:trPr>
        <w:tc>
          <w:tcPr>
            <w:tcW w:w="1800" w:type="dxa"/>
            <w:tcMar>
              <w:top w:w="80" w:type="dxa"/>
              <w:left w:w="120" w:type="dxa"/>
              <w:bottom w:w="80" w:type="dxa"/>
              <w:right w:w="120" w:type="dxa"/>
            </w:tcMar>
            <w:vAlign w:val="center"/>
          </w:tcPr>
          <w:p w14:paraId="3966C2E7" w14:textId="77777777" w:rsidR="006D5139" w:rsidRDefault="00000000">
            <w:pPr>
              <w:spacing w:after="60" w:line="252" w:lineRule="auto"/>
            </w:pPr>
            <w:r>
              <w:rPr>
                <w:sz w:val="17"/>
              </w:rPr>
              <w:t>有意向沟通</w:t>
            </w:r>
          </w:p>
        </w:tc>
        <w:tc>
          <w:tcPr>
            <w:tcW w:w="2700" w:type="dxa"/>
            <w:tcMar>
              <w:top w:w="80" w:type="dxa"/>
              <w:left w:w="120" w:type="dxa"/>
              <w:bottom w:w="80" w:type="dxa"/>
              <w:right w:w="120" w:type="dxa"/>
            </w:tcMar>
            <w:vAlign w:val="center"/>
          </w:tcPr>
          <w:p w14:paraId="364FF175" w14:textId="77777777" w:rsidR="006D5139" w:rsidRDefault="00000000">
            <w:pPr>
              <w:spacing w:after="60" w:line="252" w:lineRule="auto"/>
              <w:rPr>
                <w:lang w:eastAsia="zh-CN"/>
              </w:rPr>
            </w:pPr>
            <w:r>
              <w:rPr>
                <w:sz w:val="17"/>
                <w:lang w:eastAsia="zh-CN"/>
              </w:rPr>
              <w:t>建立会话、消息、已读、举报、频控、通知</w:t>
            </w:r>
          </w:p>
        </w:tc>
        <w:tc>
          <w:tcPr>
            <w:tcW w:w="3060" w:type="dxa"/>
            <w:tcMar>
              <w:top w:w="80" w:type="dxa"/>
              <w:left w:w="120" w:type="dxa"/>
              <w:bottom w:w="80" w:type="dxa"/>
              <w:right w:w="120" w:type="dxa"/>
            </w:tcMar>
            <w:vAlign w:val="center"/>
          </w:tcPr>
          <w:p w14:paraId="33EEF1AB" w14:textId="77777777" w:rsidR="006D5139" w:rsidRDefault="00000000">
            <w:pPr>
              <w:spacing w:after="60" w:line="252" w:lineRule="auto"/>
              <w:rPr>
                <w:lang w:eastAsia="zh-CN"/>
              </w:rPr>
            </w:pPr>
            <w:r>
              <w:rPr>
                <w:sz w:val="17"/>
                <w:lang w:eastAsia="zh-CN"/>
              </w:rPr>
              <w:t>无授权不能建会话；消息不丢失；可屏蔽举报</w:t>
            </w:r>
          </w:p>
        </w:tc>
        <w:tc>
          <w:tcPr>
            <w:tcW w:w="1800" w:type="dxa"/>
            <w:tcMar>
              <w:top w:w="80" w:type="dxa"/>
              <w:left w:w="120" w:type="dxa"/>
              <w:bottom w:w="80" w:type="dxa"/>
              <w:right w:w="120" w:type="dxa"/>
            </w:tcMar>
            <w:vAlign w:val="center"/>
          </w:tcPr>
          <w:p w14:paraId="70B9F0A1" w14:textId="77777777" w:rsidR="006D5139" w:rsidRDefault="00000000">
            <w:pPr>
              <w:spacing w:after="60" w:line="252" w:lineRule="auto"/>
            </w:pPr>
            <w:r>
              <w:rPr>
                <w:sz w:val="17"/>
              </w:rPr>
              <w:t>两人共同</w:t>
            </w:r>
          </w:p>
        </w:tc>
      </w:tr>
      <w:tr w:rsidR="006D5139" w14:paraId="334BE83E" w14:textId="77777777">
        <w:trPr>
          <w:cantSplit/>
        </w:trPr>
        <w:tc>
          <w:tcPr>
            <w:tcW w:w="1800" w:type="dxa"/>
            <w:tcMar>
              <w:top w:w="80" w:type="dxa"/>
              <w:left w:w="120" w:type="dxa"/>
              <w:bottom w:w="80" w:type="dxa"/>
              <w:right w:w="120" w:type="dxa"/>
            </w:tcMar>
            <w:vAlign w:val="center"/>
          </w:tcPr>
          <w:p w14:paraId="509A5E9B" w14:textId="77777777" w:rsidR="006D5139" w:rsidRDefault="00000000">
            <w:pPr>
              <w:spacing w:after="60" w:line="252" w:lineRule="auto"/>
            </w:pPr>
            <w:r>
              <w:rPr>
                <w:sz w:val="17"/>
              </w:rPr>
              <w:t>面试与</w:t>
            </w:r>
            <w:r>
              <w:rPr>
                <w:sz w:val="17"/>
              </w:rPr>
              <w:t xml:space="preserve"> Offer</w:t>
            </w:r>
          </w:p>
        </w:tc>
        <w:tc>
          <w:tcPr>
            <w:tcW w:w="2700" w:type="dxa"/>
            <w:tcMar>
              <w:top w:w="80" w:type="dxa"/>
              <w:left w:w="120" w:type="dxa"/>
              <w:bottom w:w="80" w:type="dxa"/>
              <w:right w:w="120" w:type="dxa"/>
            </w:tcMar>
            <w:vAlign w:val="center"/>
          </w:tcPr>
          <w:p w14:paraId="4D2C31FB" w14:textId="77777777" w:rsidR="006D5139" w:rsidRDefault="00000000">
            <w:pPr>
              <w:spacing w:after="60" w:line="252" w:lineRule="auto"/>
              <w:rPr>
                <w:lang w:eastAsia="zh-CN"/>
              </w:rPr>
            </w:pPr>
            <w:r>
              <w:rPr>
                <w:sz w:val="17"/>
                <w:lang w:eastAsia="zh-CN"/>
              </w:rPr>
              <w:t>面试轮次、邀请、确认、反馈、</w:t>
            </w:r>
            <w:r>
              <w:rPr>
                <w:sz w:val="17"/>
                <w:lang w:eastAsia="zh-CN"/>
              </w:rPr>
              <w:t xml:space="preserve">Offer </w:t>
            </w:r>
            <w:r>
              <w:rPr>
                <w:sz w:val="17"/>
                <w:lang w:eastAsia="zh-CN"/>
              </w:rPr>
              <w:t>状态</w:t>
            </w:r>
          </w:p>
        </w:tc>
        <w:tc>
          <w:tcPr>
            <w:tcW w:w="3060" w:type="dxa"/>
            <w:tcMar>
              <w:top w:w="80" w:type="dxa"/>
              <w:left w:w="120" w:type="dxa"/>
              <w:bottom w:w="80" w:type="dxa"/>
              <w:right w:w="120" w:type="dxa"/>
            </w:tcMar>
            <w:vAlign w:val="center"/>
          </w:tcPr>
          <w:p w14:paraId="33864393" w14:textId="77777777" w:rsidR="006D5139" w:rsidRDefault="00000000">
            <w:pPr>
              <w:spacing w:after="60" w:line="252" w:lineRule="auto"/>
              <w:rPr>
                <w:lang w:eastAsia="zh-CN"/>
              </w:rPr>
            </w:pPr>
            <w:r>
              <w:rPr>
                <w:sz w:val="17"/>
                <w:lang w:eastAsia="zh-CN"/>
              </w:rPr>
              <w:t>时间冲突提示；反馈权限正确；状态闭环</w:t>
            </w:r>
          </w:p>
        </w:tc>
        <w:tc>
          <w:tcPr>
            <w:tcW w:w="1800" w:type="dxa"/>
            <w:tcMar>
              <w:top w:w="80" w:type="dxa"/>
              <w:left w:w="120" w:type="dxa"/>
              <w:bottom w:w="80" w:type="dxa"/>
              <w:right w:w="120" w:type="dxa"/>
            </w:tcMar>
            <w:vAlign w:val="center"/>
          </w:tcPr>
          <w:p w14:paraId="40DB2CA1" w14:textId="77777777" w:rsidR="006D5139" w:rsidRDefault="00000000">
            <w:pPr>
              <w:spacing w:after="60" w:line="252" w:lineRule="auto"/>
              <w:rPr>
                <w:lang w:eastAsia="zh-CN"/>
              </w:rPr>
            </w:pPr>
            <w:r>
              <w:rPr>
                <w:sz w:val="17"/>
                <w:lang w:eastAsia="zh-CN"/>
              </w:rPr>
              <w:t>张顺后端，杨幸幸前端</w:t>
            </w:r>
          </w:p>
        </w:tc>
      </w:tr>
      <w:tr w:rsidR="006D5139" w14:paraId="3D0606A8" w14:textId="77777777">
        <w:trPr>
          <w:cantSplit/>
        </w:trPr>
        <w:tc>
          <w:tcPr>
            <w:tcW w:w="1800" w:type="dxa"/>
            <w:tcMar>
              <w:top w:w="80" w:type="dxa"/>
              <w:left w:w="120" w:type="dxa"/>
              <w:bottom w:w="80" w:type="dxa"/>
              <w:right w:w="120" w:type="dxa"/>
            </w:tcMar>
            <w:vAlign w:val="center"/>
          </w:tcPr>
          <w:p w14:paraId="02195E81" w14:textId="77777777" w:rsidR="006D5139" w:rsidRDefault="00000000">
            <w:pPr>
              <w:spacing w:after="60" w:line="252" w:lineRule="auto"/>
            </w:pPr>
            <w:r>
              <w:rPr>
                <w:sz w:val="17"/>
              </w:rPr>
              <w:t>阿布</w:t>
            </w:r>
            <w:r>
              <w:rPr>
                <w:sz w:val="17"/>
              </w:rPr>
              <w:t xml:space="preserve"> AI </w:t>
            </w:r>
            <w:r>
              <w:rPr>
                <w:sz w:val="17"/>
              </w:rPr>
              <w:t>助手</w:t>
            </w:r>
          </w:p>
        </w:tc>
        <w:tc>
          <w:tcPr>
            <w:tcW w:w="2700" w:type="dxa"/>
            <w:tcMar>
              <w:top w:w="80" w:type="dxa"/>
              <w:left w:w="120" w:type="dxa"/>
              <w:bottom w:w="80" w:type="dxa"/>
              <w:right w:w="120" w:type="dxa"/>
            </w:tcMar>
            <w:vAlign w:val="center"/>
          </w:tcPr>
          <w:p w14:paraId="224B3562" w14:textId="77777777" w:rsidR="006D5139" w:rsidRDefault="00000000">
            <w:pPr>
              <w:spacing w:after="60" w:line="252" w:lineRule="auto"/>
              <w:rPr>
                <w:lang w:eastAsia="zh-CN"/>
              </w:rPr>
            </w:pPr>
            <w:r>
              <w:rPr>
                <w:sz w:val="17"/>
                <w:lang w:eastAsia="zh-CN"/>
              </w:rPr>
              <w:t>简历解析</w:t>
            </w:r>
            <w:r>
              <w:rPr>
                <w:sz w:val="17"/>
                <w:lang w:eastAsia="zh-CN"/>
              </w:rPr>
              <w:t>/</w:t>
            </w:r>
            <w:r>
              <w:rPr>
                <w:sz w:val="17"/>
                <w:lang w:eastAsia="zh-CN"/>
              </w:rPr>
              <w:t>诊断、匹配解释、沟通建议、面试训练</w:t>
            </w:r>
          </w:p>
        </w:tc>
        <w:tc>
          <w:tcPr>
            <w:tcW w:w="3060" w:type="dxa"/>
            <w:tcMar>
              <w:top w:w="80" w:type="dxa"/>
              <w:left w:w="120" w:type="dxa"/>
              <w:bottom w:w="80" w:type="dxa"/>
              <w:right w:w="120" w:type="dxa"/>
            </w:tcMar>
            <w:vAlign w:val="center"/>
          </w:tcPr>
          <w:p w14:paraId="3A4BC520" w14:textId="77777777" w:rsidR="006D5139" w:rsidRDefault="00000000">
            <w:pPr>
              <w:spacing w:after="60" w:line="252" w:lineRule="auto"/>
              <w:rPr>
                <w:lang w:eastAsia="zh-CN"/>
              </w:rPr>
            </w:pPr>
            <w:r>
              <w:rPr>
                <w:sz w:val="17"/>
                <w:lang w:eastAsia="zh-CN"/>
              </w:rPr>
              <w:t>异步可重试；有边界提示；结果可删除</w:t>
            </w:r>
          </w:p>
        </w:tc>
        <w:tc>
          <w:tcPr>
            <w:tcW w:w="1800" w:type="dxa"/>
            <w:tcMar>
              <w:top w:w="80" w:type="dxa"/>
              <w:left w:w="120" w:type="dxa"/>
              <w:bottom w:w="80" w:type="dxa"/>
              <w:right w:w="120" w:type="dxa"/>
            </w:tcMar>
            <w:vAlign w:val="center"/>
          </w:tcPr>
          <w:p w14:paraId="07D622E9" w14:textId="77777777" w:rsidR="006D5139" w:rsidRDefault="00000000">
            <w:pPr>
              <w:spacing w:after="60" w:line="252" w:lineRule="auto"/>
              <w:rPr>
                <w:lang w:eastAsia="zh-CN"/>
              </w:rPr>
            </w:pPr>
            <w:r>
              <w:rPr>
                <w:sz w:val="17"/>
                <w:lang w:eastAsia="zh-CN"/>
              </w:rPr>
              <w:t>张顺</w:t>
            </w:r>
            <w:r>
              <w:rPr>
                <w:sz w:val="17"/>
                <w:lang w:eastAsia="zh-CN"/>
              </w:rPr>
              <w:t xml:space="preserve"> AI/</w:t>
            </w:r>
            <w:r>
              <w:rPr>
                <w:sz w:val="17"/>
                <w:lang w:eastAsia="zh-CN"/>
              </w:rPr>
              <w:t>后端，杨幸幸交互</w:t>
            </w:r>
          </w:p>
        </w:tc>
      </w:tr>
      <w:tr w:rsidR="006D5139" w14:paraId="1FAFE14C" w14:textId="77777777">
        <w:trPr>
          <w:cantSplit/>
        </w:trPr>
        <w:tc>
          <w:tcPr>
            <w:tcW w:w="1800" w:type="dxa"/>
            <w:tcMar>
              <w:top w:w="80" w:type="dxa"/>
              <w:left w:w="120" w:type="dxa"/>
              <w:bottom w:w="80" w:type="dxa"/>
              <w:right w:w="120" w:type="dxa"/>
            </w:tcMar>
            <w:vAlign w:val="center"/>
          </w:tcPr>
          <w:p w14:paraId="2B3A35D9" w14:textId="77777777" w:rsidR="006D5139" w:rsidRDefault="00000000">
            <w:pPr>
              <w:spacing w:after="60" w:line="252" w:lineRule="auto"/>
            </w:pPr>
            <w:r>
              <w:rPr>
                <w:sz w:val="17"/>
              </w:rPr>
              <w:t>运营后台</w:t>
            </w:r>
          </w:p>
        </w:tc>
        <w:tc>
          <w:tcPr>
            <w:tcW w:w="2700" w:type="dxa"/>
            <w:tcMar>
              <w:top w:w="80" w:type="dxa"/>
              <w:left w:w="120" w:type="dxa"/>
              <w:bottom w:w="80" w:type="dxa"/>
              <w:right w:w="120" w:type="dxa"/>
            </w:tcMar>
            <w:vAlign w:val="center"/>
          </w:tcPr>
          <w:p w14:paraId="73307F00" w14:textId="77777777" w:rsidR="006D5139" w:rsidRDefault="00000000">
            <w:pPr>
              <w:spacing w:after="60" w:line="252" w:lineRule="auto"/>
              <w:rPr>
                <w:lang w:eastAsia="zh-CN"/>
              </w:rPr>
            </w:pPr>
            <w:r>
              <w:rPr>
                <w:sz w:val="17"/>
                <w:lang w:eastAsia="zh-CN"/>
              </w:rPr>
              <w:t>企业</w:t>
            </w:r>
            <w:r>
              <w:rPr>
                <w:sz w:val="17"/>
                <w:lang w:eastAsia="zh-CN"/>
              </w:rPr>
              <w:t>/</w:t>
            </w:r>
            <w:r>
              <w:rPr>
                <w:sz w:val="17"/>
                <w:lang w:eastAsia="zh-CN"/>
              </w:rPr>
              <w:t>岗位审核、投诉、下架、封禁、规则配置、看板</w:t>
            </w:r>
          </w:p>
        </w:tc>
        <w:tc>
          <w:tcPr>
            <w:tcW w:w="3060" w:type="dxa"/>
            <w:tcMar>
              <w:top w:w="80" w:type="dxa"/>
              <w:left w:w="120" w:type="dxa"/>
              <w:bottom w:w="80" w:type="dxa"/>
              <w:right w:w="120" w:type="dxa"/>
            </w:tcMar>
            <w:vAlign w:val="center"/>
          </w:tcPr>
          <w:p w14:paraId="2685138B" w14:textId="77777777" w:rsidR="006D5139" w:rsidRDefault="00000000">
            <w:pPr>
              <w:spacing w:after="60" w:line="252" w:lineRule="auto"/>
              <w:rPr>
                <w:lang w:eastAsia="zh-CN"/>
              </w:rPr>
            </w:pPr>
            <w:r>
              <w:rPr>
                <w:sz w:val="17"/>
                <w:lang w:eastAsia="zh-CN"/>
              </w:rPr>
              <w:t>审核、申诉、处置有完整证据链</w:t>
            </w:r>
          </w:p>
        </w:tc>
        <w:tc>
          <w:tcPr>
            <w:tcW w:w="1800" w:type="dxa"/>
            <w:tcMar>
              <w:top w:w="80" w:type="dxa"/>
              <w:left w:w="120" w:type="dxa"/>
              <w:bottom w:w="80" w:type="dxa"/>
              <w:right w:w="120" w:type="dxa"/>
            </w:tcMar>
            <w:vAlign w:val="center"/>
          </w:tcPr>
          <w:p w14:paraId="5A4B8EBD" w14:textId="77777777" w:rsidR="006D5139" w:rsidRDefault="00000000">
            <w:pPr>
              <w:spacing w:after="60" w:line="252" w:lineRule="auto"/>
            </w:pPr>
            <w:r>
              <w:rPr>
                <w:sz w:val="17"/>
              </w:rPr>
              <w:t>张顺主责</w:t>
            </w:r>
          </w:p>
        </w:tc>
      </w:tr>
      <w:tr w:rsidR="006D5139" w14:paraId="3516700E" w14:textId="77777777">
        <w:trPr>
          <w:cantSplit/>
        </w:trPr>
        <w:tc>
          <w:tcPr>
            <w:tcW w:w="1800" w:type="dxa"/>
            <w:tcMar>
              <w:top w:w="80" w:type="dxa"/>
              <w:left w:w="120" w:type="dxa"/>
              <w:bottom w:w="80" w:type="dxa"/>
              <w:right w:w="120" w:type="dxa"/>
            </w:tcMar>
            <w:vAlign w:val="center"/>
          </w:tcPr>
          <w:p w14:paraId="3962E505" w14:textId="77777777" w:rsidR="006D5139" w:rsidRDefault="00000000">
            <w:pPr>
              <w:spacing w:after="60" w:line="252" w:lineRule="auto"/>
            </w:pPr>
            <w:r>
              <w:rPr>
                <w:sz w:val="17"/>
              </w:rPr>
              <w:t>通知与可观测性</w:t>
            </w:r>
          </w:p>
        </w:tc>
        <w:tc>
          <w:tcPr>
            <w:tcW w:w="2700" w:type="dxa"/>
            <w:tcMar>
              <w:top w:w="80" w:type="dxa"/>
              <w:left w:w="120" w:type="dxa"/>
              <w:bottom w:w="80" w:type="dxa"/>
              <w:right w:w="120" w:type="dxa"/>
            </w:tcMar>
            <w:vAlign w:val="center"/>
          </w:tcPr>
          <w:p w14:paraId="21F8C470" w14:textId="77777777" w:rsidR="006D5139" w:rsidRDefault="00000000">
            <w:pPr>
              <w:spacing w:after="60" w:line="252" w:lineRule="auto"/>
              <w:rPr>
                <w:lang w:eastAsia="zh-CN"/>
              </w:rPr>
            </w:pPr>
            <w:r>
              <w:rPr>
                <w:sz w:val="17"/>
                <w:lang w:eastAsia="zh-CN"/>
              </w:rPr>
              <w:t>站内通知、邮件</w:t>
            </w:r>
            <w:r>
              <w:rPr>
                <w:sz w:val="17"/>
                <w:lang w:eastAsia="zh-CN"/>
              </w:rPr>
              <w:t>/</w:t>
            </w:r>
            <w:r>
              <w:rPr>
                <w:sz w:val="17"/>
                <w:lang w:eastAsia="zh-CN"/>
              </w:rPr>
              <w:t>短信适配、日志、监控、告警</w:t>
            </w:r>
          </w:p>
        </w:tc>
        <w:tc>
          <w:tcPr>
            <w:tcW w:w="3060" w:type="dxa"/>
            <w:tcMar>
              <w:top w:w="80" w:type="dxa"/>
              <w:left w:w="120" w:type="dxa"/>
              <w:bottom w:w="80" w:type="dxa"/>
              <w:right w:w="120" w:type="dxa"/>
            </w:tcMar>
            <w:vAlign w:val="center"/>
          </w:tcPr>
          <w:p w14:paraId="5F94CB6F" w14:textId="77777777" w:rsidR="006D5139" w:rsidRDefault="00000000">
            <w:pPr>
              <w:spacing w:after="60" w:line="252" w:lineRule="auto"/>
              <w:rPr>
                <w:lang w:eastAsia="zh-CN"/>
              </w:rPr>
            </w:pPr>
            <w:r>
              <w:rPr>
                <w:sz w:val="17"/>
                <w:lang w:eastAsia="zh-CN"/>
              </w:rPr>
              <w:t>关键失败有告警；通知可追踪、可重试</w:t>
            </w:r>
          </w:p>
        </w:tc>
        <w:tc>
          <w:tcPr>
            <w:tcW w:w="1800" w:type="dxa"/>
            <w:tcMar>
              <w:top w:w="80" w:type="dxa"/>
              <w:left w:w="120" w:type="dxa"/>
              <w:bottom w:w="80" w:type="dxa"/>
              <w:right w:w="120" w:type="dxa"/>
            </w:tcMar>
            <w:vAlign w:val="center"/>
          </w:tcPr>
          <w:p w14:paraId="6A4D5DDA" w14:textId="77777777" w:rsidR="006D5139" w:rsidRDefault="00000000">
            <w:pPr>
              <w:spacing w:after="60" w:line="252" w:lineRule="auto"/>
            </w:pPr>
            <w:r>
              <w:rPr>
                <w:sz w:val="17"/>
              </w:rPr>
              <w:t>张顺主责</w:t>
            </w:r>
          </w:p>
        </w:tc>
      </w:tr>
    </w:tbl>
    <w:p w14:paraId="38D5863A" w14:textId="77777777" w:rsidR="006D5139" w:rsidRDefault="006D5139">
      <w:pPr>
        <w:spacing w:after="40"/>
      </w:pPr>
    </w:p>
    <w:p w14:paraId="728B414C" w14:textId="77777777" w:rsidR="006D5139" w:rsidRDefault="00000000">
      <w:pPr>
        <w:pStyle w:val="31"/>
        <w:rPr>
          <w:lang w:eastAsia="zh-CN"/>
        </w:rPr>
      </w:pPr>
      <w:r>
        <w:rPr>
          <w:rFonts w:ascii="Calibri" w:eastAsia="微软雅黑" w:hAnsi="Calibri"/>
          <w:lang w:eastAsia="zh-CN"/>
        </w:rPr>
        <w:lastRenderedPageBreak/>
        <w:t>5.2 P1</w:t>
      </w:r>
      <w:r>
        <w:rPr>
          <w:rFonts w:ascii="Calibri" w:eastAsia="微软雅黑" w:hAnsi="Calibri"/>
          <w:lang w:eastAsia="zh-CN"/>
        </w:rPr>
        <w:t>：增长与商业化（公测后</w:t>
      </w:r>
      <w:r>
        <w:rPr>
          <w:rFonts w:ascii="Calibri" w:eastAsia="微软雅黑" w:hAnsi="Calibri"/>
          <w:lang w:eastAsia="zh-CN"/>
        </w:rPr>
        <w:t xml:space="preserve"> 4—8 </w:t>
      </w:r>
      <w:r>
        <w:rPr>
          <w:rFonts w:ascii="Calibri" w:eastAsia="微软雅黑" w:hAnsi="Calibri"/>
          <w:lang w:eastAsia="zh-CN"/>
        </w:rPr>
        <w:t>个月）</w:t>
      </w:r>
    </w:p>
    <w:p w14:paraId="635505D4" w14:textId="77777777" w:rsidR="006D5139" w:rsidRDefault="00000000">
      <w:pPr>
        <w:rPr>
          <w:lang w:eastAsia="zh-CN"/>
        </w:rPr>
      </w:pPr>
      <w:r>
        <w:rPr>
          <w:lang w:eastAsia="zh-CN"/>
        </w:rPr>
        <w:t>按数据和用户反馈选择，不默认全部启动：</w:t>
      </w:r>
    </w:p>
    <w:p w14:paraId="4FCD94B8" w14:textId="77777777" w:rsidR="006D5139" w:rsidRDefault="00000000">
      <w:pPr>
        <w:pStyle w:val="a0"/>
        <w:keepLines/>
        <w:numPr>
          <w:ilvl w:val="0"/>
          <w:numId w:val="19"/>
        </w:numPr>
        <w:rPr>
          <w:lang w:eastAsia="zh-CN"/>
        </w:rPr>
      </w:pPr>
      <w:r>
        <w:rPr>
          <w:lang w:eastAsia="zh-CN"/>
        </w:rPr>
        <w:t>基于行为和职业档案的可解释岗位推荐；</w:t>
      </w:r>
    </w:p>
    <w:p w14:paraId="1CCF369B" w14:textId="77777777" w:rsidR="006D5139" w:rsidRDefault="00000000">
      <w:pPr>
        <w:pStyle w:val="a0"/>
        <w:keepLines/>
        <w:numPr>
          <w:ilvl w:val="0"/>
          <w:numId w:val="19"/>
        </w:numPr>
        <w:rPr>
          <w:lang w:eastAsia="zh-CN"/>
        </w:rPr>
      </w:pPr>
      <w:r>
        <w:rPr>
          <w:lang w:eastAsia="zh-CN"/>
        </w:rPr>
        <w:t>招聘者人才搜索、候选人订阅和授权邀请；</w:t>
      </w:r>
    </w:p>
    <w:p w14:paraId="546E9107" w14:textId="77777777" w:rsidR="006D5139" w:rsidRDefault="00000000">
      <w:pPr>
        <w:pStyle w:val="a0"/>
        <w:keepLines/>
        <w:numPr>
          <w:ilvl w:val="0"/>
          <w:numId w:val="19"/>
        </w:numPr>
        <w:rPr>
          <w:lang w:eastAsia="zh-CN"/>
        </w:rPr>
      </w:pPr>
      <w:r>
        <w:rPr>
          <w:lang w:eastAsia="zh-CN"/>
        </w:rPr>
        <w:t>求职者岗位订阅、搜索保存和进度提醒；</w:t>
      </w:r>
    </w:p>
    <w:p w14:paraId="30BEA6A4" w14:textId="77777777" w:rsidR="006D5139" w:rsidRDefault="00000000">
      <w:pPr>
        <w:pStyle w:val="a0"/>
        <w:keepLines/>
        <w:numPr>
          <w:ilvl w:val="0"/>
          <w:numId w:val="19"/>
        </w:numPr>
        <w:rPr>
          <w:lang w:eastAsia="zh-CN"/>
        </w:rPr>
      </w:pPr>
      <w:r>
        <w:rPr>
          <w:lang w:eastAsia="zh-CN"/>
        </w:rPr>
        <w:t>多简历版本、作品集、职业能力成长地图；</w:t>
      </w:r>
    </w:p>
    <w:p w14:paraId="1D0BA70A" w14:textId="77777777" w:rsidR="006D5139" w:rsidRDefault="00000000">
      <w:pPr>
        <w:pStyle w:val="a0"/>
        <w:keepLines/>
        <w:numPr>
          <w:ilvl w:val="0"/>
          <w:numId w:val="19"/>
        </w:numPr>
        <w:rPr>
          <w:lang w:eastAsia="zh-CN"/>
        </w:rPr>
      </w:pPr>
      <w:r>
        <w:rPr>
          <w:lang w:eastAsia="zh-CN"/>
        </w:rPr>
        <w:t xml:space="preserve">AI </w:t>
      </w:r>
      <w:r>
        <w:rPr>
          <w:lang w:eastAsia="zh-CN"/>
        </w:rPr>
        <w:t>多轮面试、岗位定制题库、沟通复盘；</w:t>
      </w:r>
    </w:p>
    <w:p w14:paraId="6313ECB8" w14:textId="77777777" w:rsidR="006D5139" w:rsidRDefault="00000000">
      <w:pPr>
        <w:pStyle w:val="a0"/>
        <w:keepLines/>
        <w:numPr>
          <w:ilvl w:val="0"/>
          <w:numId w:val="19"/>
        </w:numPr>
        <w:rPr>
          <w:lang w:eastAsia="zh-CN"/>
        </w:rPr>
      </w:pPr>
      <w:r>
        <w:rPr>
          <w:lang w:eastAsia="zh-CN"/>
        </w:rPr>
        <w:t>企业席位、付费套餐、发票和订单；</w:t>
      </w:r>
    </w:p>
    <w:p w14:paraId="0E6D30A1" w14:textId="77777777" w:rsidR="006D5139" w:rsidRDefault="00000000">
      <w:pPr>
        <w:pStyle w:val="a0"/>
        <w:keepLines/>
        <w:numPr>
          <w:ilvl w:val="0"/>
          <w:numId w:val="19"/>
        </w:numPr>
        <w:rPr>
          <w:lang w:eastAsia="zh-CN"/>
        </w:rPr>
      </w:pPr>
      <w:r>
        <w:rPr>
          <w:lang w:eastAsia="zh-CN"/>
        </w:rPr>
        <w:t>合作推荐</w:t>
      </w:r>
      <w:r>
        <w:rPr>
          <w:lang w:eastAsia="zh-CN"/>
        </w:rPr>
        <w:t>/</w:t>
      </w:r>
      <w:r>
        <w:rPr>
          <w:lang w:eastAsia="zh-CN"/>
        </w:rPr>
        <w:t>广告，但必须显著标识、可关闭、可解释；</w:t>
      </w:r>
    </w:p>
    <w:p w14:paraId="0DEF458A" w14:textId="77777777" w:rsidR="006D5139" w:rsidRDefault="00000000">
      <w:pPr>
        <w:pStyle w:val="a0"/>
        <w:keepLines/>
        <w:numPr>
          <w:ilvl w:val="0"/>
          <w:numId w:val="19"/>
        </w:numPr>
      </w:pPr>
      <w:r>
        <w:t>更完善的数据看板、漏斗分析和</w:t>
      </w:r>
      <w:r>
        <w:t xml:space="preserve"> A/B </w:t>
      </w:r>
      <w:r>
        <w:t>实验；</w:t>
      </w:r>
    </w:p>
    <w:p w14:paraId="2F4B89B0" w14:textId="77777777" w:rsidR="006D5139" w:rsidRDefault="00000000">
      <w:pPr>
        <w:pStyle w:val="a0"/>
        <w:keepLines/>
        <w:numPr>
          <w:ilvl w:val="0"/>
          <w:numId w:val="19"/>
        </w:numPr>
        <w:rPr>
          <w:lang w:eastAsia="zh-CN"/>
        </w:rPr>
      </w:pPr>
      <w:r>
        <w:rPr>
          <w:lang w:eastAsia="zh-CN"/>
        </w:rPr>
        <w:t xml:space="preserve">PWA </w:t>
      </w:r>
      <w:r>
        <w:rPr>
          <w:lang w:eastAsia="zh-CN"/>
        </w:rPr>
        <w:t>离线缓存、消息推送和桌面安装；</w:t>
      </w:r>
    </w:p>
    <w:p w14:paraId="7FEDF482" w14:textId="77777777" w:rsidR="006D5139" w:rsidRDefault="00000000">
      <w:pPr>
        <w:pStyle w:val="a0"/>
        <w:keepLines/>
        <w:numPr>
          <w:ilvl w:val="0"/>
          <w:numId w:val="19"/>
        </w:numPr>
        <w:rPr>
          <w:lang w:eastAsia="zh-CN"/>
        </w:rPr>
      </w:pPr>
      <w:r>
        <w:rPr>
          <w:lang w:eastAsia="zh-CN"/>
        </w:rPr>
        <w:t>与日历、邮件、视频会议的合规集成；</w:t>
      </w:r>
    </w:p>
    <w:p w14:paraId="66CA1BAE" w14:textId="77777777" w:rsidR="006D5139" w:rsidRDefault="00000000">
      <w:pPr>
        <w:pStyle w:val="a0"/>
        <w:keepLines/>
        <w:numPr>
          <w:ilvl w:val="0"/>
          <w:numId w:val="19"/>
        </w:numPr>
        <w:rPr>
          <w:lang w:eastAsia="zh-CN"/>
        </w:rPr>
      </w:pPr>
      <w:r>
        <w:rPr>
          <w:lang w:eastAsia="zh-CN"/>
        </w:rPr>
        <w:t>独立搜索引擎和</w:t>
      </w:r>
      <w:r>
        <w:rPr>
          <w:lang w:eastAsia="zh-CN"/>
        </w:rPr>
        <w:t xml:space="preserve"> AI </w:t>
      </w:r>
      <w:r>
        <w:rPr>
          <w:lang w:eastAsia="zh-CN"/>
        </w:rPr>
        <w:t>服务拆分。</w:t>
      </w:r>
    </w:p>
    <w:p w14:paraId="7294D72C" w14:textId="77777777" w:rsidR="006D5139" w:rsidRDefault="00000000">
      <w:r>
        <w:t xml:space="preserve">P1 </w:t>
      </w:r>
      <w:r>
        <w:t>启动门槛：</w:t>
      </w:r>
    </w:p>
    <w:p w14:paraId="530FA194" w14:textId="77777777" w:rsidR="006D5139" w:rsidRDefault="00000000">
      <w:pPr>
        <w:pStyle w:val="a0"/>
        <w:keepLines/>
        <w:numPr>
          <w:ilvl w:val="0"/>
          <w:numId w:val="20"/>
        </w:numPr>
        <w:rPr>
          <w:lang w:eastAsia="zh-CN"/>
        </w:rPr>
      </w:pPr>
      <w:r>
        <w:rPr>
          <w:lang w:eastAsia="zh-CN"/>
        </w:rPr>
        <w:t xml:space="preserve">MVP </w:t>
      </w:r>
      <w:r>
        <w:rPr>
          <w:lang w:eastAsia="zh-CN"/>
        </w:rPr>
        <w:t>连续</w:t>
      </w:r>
      <w:r>
        <w:rPr>
          <w:lang w:eastAsia="zh-CN"/>
        </w:rPr>
        <w:t xml:space="preserve"> 4 </w:t>
      </w:r>
      <w:r>
        <w:rPr>
          <w:lang w:eastAsia="zh-CN"/>
        </w:rPr>
        <w:t>周无重大安全事故；</w:t>
      </w:r>
    </w:p>
    <w:p w14:paraId="19B68881" w14:textId="77777777" w:rsidR="006D5139" w:rsidRDefault="00000000">
      <w:pPr>
        <w:pStyle w:val="a0"/>
        <w:keepLines/>
        <w:numPr>
          <w:ilvl w:val="0"/>
          <w:numId w:val="20"/>
        </w:numPr>
        <w:rPr>
          <w:lang w:eastAsia="zh-CN"/>
        </w:rPr>
      </w:pPr>
      <w:r>
        <w:rPr>
          <w:lang w:eastAsia="zh-CN"/>
        </w:rPr>
        <w:t>周有效双向沟通求职者</w:t>
      </w:r>
      <w:r>
        <w:rPr>
          <w:lang w:eastAsia="zh-CN"/>
        </w:rPr>
        <w:t xml:space="preserve"> ≥ 300</w:t>
      </w:r>
      <w:r>
        <w:rPr>
          <w:lang w:eastAsia="zh-CN"/>
        </w:rPr>
        <w:t>；</w:t>
      </w:r>
    </w:p>
    <w:p w14:paraId="0A9F7942" w14:textId="77777777" w:rsidR="006D5139" w:rsidRDefault="00000000">
      <w:pPr>
        <w:pStyle w:val="a0"/>
        <w:keepLines/>
        <w:numPr>
          <w:ilvl w:val="0"/>
          <w:numId w:val="20"/>
        </w:numPr>
      </w:pPr>
      <w:r>
        <w:t>企业</w:t>
      </w:r>
      <w:r>
        <w:t xml:space="preserve"> 7 </w:t>
      </w:r>
      <w:r>
        <w:t>日激活率</w:t>
      </w:r>
      <w:r>
        <w:t xml:space="preserve"> ≥ 40%</w:t>
      </w:r>
      <w:r>
        <w:t>；</w:t>
      </w:r>
    </w:p>
    <w:p w14:paraId="22FB9BE4" w14:textId="77777777" w:rsidR="006D5139" w:rsidRDefault="00000000">
      <w:pPr>
        <w:pStyle w:val="a0"/>
        <w:keepLines/>
        <w:numPr>
          <w:ilvl w:val="0"/>
          <w:numId w:val="20"/>
        </w:numPr>
        <w:rPr>
          <w:lang w:eastAsia="zh-CN"/>
        </w:rPr>
      </w:pPr>
      <w:r>
        <w:rPr>
          <w:lang w:eastAsia="zh-CN"/>
        </w:rPr>
        <w:t>运营审核积压不超过</w:t>
      </w:r>
      <w:r>
        <w:rPr>
          <w:lang w:eastAsia="zh-CN"/>
        </w:rPr>
        <w:t xml:space="preserve"> 1 </w:t>
      </w:r>
      <w:r>
        <w:rPr>
          <w:lang w:eastAsia="zh-CN"/>
        </w:rPr>
        <w:t>个工作日；</w:t>
      </w:r>
    </w:p>
    <w:p w14:paraId="2998352C" w14:textId="77777777" w:rsidR="006D5139" w:rsidRDefault="00000000">
      <w:pPr>
        <w:pStyle w:val="a0"/>
        <w:keepLines/>
        <w:numPr>
          <w:ilvl w:val="0"/>
          <w:numId w:val="20"/>
        </w:numPr>
      </w:pPr>
      <w:r>
        <w:t>核心业务数据质量</w:t>
      </w:r>
      <w:r>
        <w:t xml:space="preserve"> ≥ 95%</w:t>
      </w:r>
      <w:r>
        <w:t>。</w:t>
      </w:r>
    </w:p>
    <w:p w14:paraId="4F3CAD6E" w14:textId="77777777" w:rsidR="006D5139" w:rsidRDefault="00000000">
      <w:pPr>
        <w:pStyle w:val="31"/>
        <w:rPr>
          <w:lang w:eastAsia="zh-CN"/>
        </w:rPr>
      </w:pPr>
      <w:r>
        <w:rPr>
          <w:rFonts w:ascii="Calibri" w:eastAsia="微软雅黑" w:hAnsi="Calibri"/>
          <w:lang w:eastAsia="zh-CN"/>
        </w:rPr>
        <w:t>5.3 P2</w:t>
      </w:r>
      <w:r>
        <w:rPr>
          <w:rFonts w:ascii="Calibri" w:eastAsia="微软雅黑" w:hAnsi="Calibri"/>
          <w:lang w:eastAsia="zh-CN"/>
        </w:rPr>
        <w:t>：平台化（公测后</w:t>
      </w:r>
      <w:r>
        <w:rPr>
          <w:rFonts w:ascii="Calibri" w:eastAsia="微软雅黑" w:hAnsi="Calibri"/>
          <w:lang w:eastAsia="zh-CN"/>
        </w:rPr>
        <w:t xml:space="preserve"> 9—18 </w:t>
      </w:r>
      <w:r>
        <w:rPr>
          <w:rFonts w:ascii="Calibri" w:eastAsia="微软雅黑" w:hAnsi="Calibri"/>
          <w:lang w:eastAsia="zh-CN"/>
        </w:rPr>
        <w:t>个月）</w:t>
      </w:r>
    </w:p>
    <w:p w14:paraId="65D623A2" w14:textId="77777777" w:rsidR="006D5139" w:rsidRDefault="00000000">
      <w:pPr>
        <w:pStyle w:val="a0"/>
        <w:keepLines/>
        <w:numPr>
          <w:ilvl w:val="0"/>
          <w:numId w:val="21"/>
        </w:numPr>
      </w:pPr>
      <w:r>
        <w:t>原生</w:t>
      </w:r>
      <w:r>
        <w:t xml:space="preserve"> iOS/Android </w:t>
      </w:r>
      <w:r>
        <w:t>或跨端</w:t>
      </w:r>
      <w:r>
        <w:t xml:space="preserve"> App</w:t>
      </w:r>
      <w:r>
        <w:t>；</w:t>
      </w:r>
    </w:p>
    <w:p w14:paraId="6321F36A" w14:textId="77777777" w:rsidR="006D5139" w:rsidRDefault="00000000">
      <w:pPr>
        <w:pStyle w:val="a0"/>
        <w:keepLines/>
        <w:numPr>
          <w:ilvl w:val="0"/>
          <w:numId w:val="21"/>
        </w:numPr>
        <w:rPr>
          <w:lang w:eastAsia="zh-CN"/>
        </w:rPr>
      </w:pPr>
      <w:r>
        <w:rPr>
          <w:lang w:eastAsia="zh-CN"/>
        </w:rPr>
        <w:t>企业</w:t>
      </w:r>
      <w:r>
        <w:rPr>
          <w:lang w:eastAsia="zh-CN"/>
        </w:rPr>
        <w:t xml:space="preserve"> ATS</w:t>
      </w:r>
      <w:r>
        <w:rPr>
          <w:lang w:eastAsia="zh-CN"/>
        </w:rPr>
        <w:t>、审批、招聘需求和编制管理；</w:t>
      </w:r>
    </w:p>
    <w:p w14:paraId="28840320" w14:textId="77777777" w:rsidR="006D5139" w:rsidRDefault="00000000">
      <w:pPr>
        <w:pStyle w:val="a0"/>
        <w:keepLines/>
        <w:numPr>
          <w:ilvl w:val="0"/>
          <w:numId w:val="21"/>
        </w:numPr>
        <w:rPr>
          <w:lang w:eastAsia="zh-CN"/>
        </w:rPr>
      </w:pPr>
      <w:r>
        <w:rPr>
          <w:lang w:eastAsia="zh-CN"/>
        </w:rPr>
        <w:t>SSO</w:t>
      </w:r>
      <w:r>
        <w:rPr>
          <w:lang w:eastAsia="zh-CN"/>
        </w:rPr>
        <w:t>、组织分级、客户独立空间和高级权限；</w:t>
      </w:r>
    </w:p>
    <w:p w14:paraId="6B789F64" w14:textId="77777777" w:rsidR="006D5139" w:rsidRDefault="00000000">
      <w:pPr>
        <w:pStyle w:val="a0"/>
        <w:keepLines/>
        <w:numPr>
          <w:ilvl w:val="0"/>
          <w:numId w:val="21"/>
        </w:numPr>
        <w:rPr>
          <w:lang w:eastAsia="zh-CN"/>
        </w:rPr>
      </w:pPr>
      <w:r>
        <w:rPr>
          <w:lang w:eastAsia="zh-CN"/>
        </w:rPr>
        <w:t>校园招聘、宣讲会、双选会和校友内推；</w:t>
      </w:r>
    </w:p>
    <w:p w14:paraId="0D87A516" w14:textId="77777777" w:rsidR="006D5139" w:rsidRDefault="00000000">
      <w:pPr>
        <w:pStyle w:val="a0"/>
        <w:keepLines/>
        <w:numPr>
          <w:ilvl w:val="0"/>
          <w:numId w:val="21"/>
        </w:numPr>
        <w:rPr>
          <w:lang w:eastAsia="zh-CN"/>
        </w:rPr>
      </w:pPr>
      <w:r>
        <w:rPr>
          <w:lang w:eastAsia="zh-CN"/>
        </w:rPr>
        <w:t>视频面试、面试录音转写（单独同意）；</w:t>
      </w:r>
    </w:p>
    <w:p w14:paraId="27D4E3E2" w14:textId="77777777" w:rsidR="006D5139" w:rsidRDefault="00000000">
      <w:pPr>
        <w:pStyle w:val="a0"/>
        <w:keepLines/>
        <w:numPr>
          <w:ilvl w:val="0"/>
          <w:numId w:val="21"/>
        </w:numPr>
        <w:rPr>
          <w:lang w:eastAsia="zh-CN"/>
        </w:rPr>
      </w:pPr>
      <w:r>
        <w:rPr>
          <w:lang w:eastAsia="zh-CN"/>
        </w:rPr>
        <w:t>背调、测评、电子签约等第三方服务市场；</w:t>
      </w:r>
    </w:p>
    <w:p w14:paraId="2D3712FE" w14:textId="77777777" w:rsidR="006D5139" w:rsidRDefault="00000000">
      <w:pPr>
        <w:pStyle w:val="a0"/>
        <w:keepLines/>
        <w:numPr>
          <w:ilvl w:val="0"/>
          <w:numId w:val="21"/>
        </w:numPr>
        <w:rPr>
          <w:lang w:eastAsia="zh-CN"/>
        </w:rPr>
      </w:pPr>
      <w:r>
        <w:rPr>
          <w:lang w:eastAsia="zh-CN"/>
        </w:rPr>
        <w:t>多模型路由、企业知识库和</w:t>
      </w:r>
      <w:r>
        <w:rPr>
          <w:lang w:eastAsia="zh-CN"/>
        </w:rPr>
        <w:t xml:space="preserve"> AI </w:t>
      </w:r>
      <w:r>
        <w:rPr>
          <w:lang w:eastAsia="zh-CN"/>
        </w:rPr>
        <w:t>招聘助理；</w:t>
      </w:r>
    </w:p>
    <w:p w14:paraId="34E07576" w14:textId="77777777" w:rsidR="006D5139" w:rsidRDefault="00000000">
      <w:pPr>
        <w:pStyle w:val="a0"/>
        <w:keepLines/>
        <w:numPr>
          <w:ilvl w:val="0"/>
          <w:numId w:val="21"/>
        </w:numPr>
        <w:rPr>
          <w:lang w:eastAsia="zh-CN"/>
        </w:rPr>
      </w:pPr>
      <w:r>
        <w:rPr>
          <w:lang w:eastAsia="zh-CN"/>
        </w:rPr>
        <w:lastRenderedPageBreak/>
        <w:t>城市</w:t>
      </w:r>
      <w:r>
        <w:rPr>
          <w:lang w:eastAsia="zh-CN"/>
        </w:rPr>
        <w:t>/</w:t>
      </w:r>
      <w:r>
        <w:rPr>
          <w:lang w:eastAsia="zh-CN"/>
        </w:rPr>
        <w:t>高校</w:t>
      </w:r>
      <w:r>
        <w:rPr>
          <w:lang w:eastAsia="zh-CN"/>
        </w:rPr>
        <w:t>/</w:t>
      </w:r>
      <w:r>
        <w:rPr>
          <w:lang w:eastAsia="zh-CN"/>
        </w:rPr>
        <w:t>行业运营平台；</w:t>
      </w:r>
    </w:p>
    <w:p w14:paraId="22070BE2" w14:textId="77777777" w:rsidR="006D5139" w:rsidRDefault="00000000">
      <w:pPr>
        <w:pStyle w:val="a0"/>
        <w:keepLines/>
        <w:numPr>
          <w:ilvl w:val="0"/>
          <w:numId w:val="21"/>
        </w:numPr>
        <w:rPr>
          <w:lang w:eastAsia="zh-CN"/>
        </w:rPr>
      </w:pPr>
      <w:r>
        <w:rPr>
          <w:lang w:eastAsia="zh-CN"/>
        </w:rPr>
        <w:t>多区域容灾和规模化数据平台。</w:t>
      </w:r>
    </w:p>
    <w:p w14:paraId="035F92AE" w14:textId="77777777" w:rsidR="006D5139" w:rsidRDefault="00000000">
      <w:pPr>
        <w:rPr>
          <w:lang w:eastAsia="zh-CN"/>
        </w:rPr>
      </w:pPr>
      <w:r>
        <w:rPr>
          <w:lang w:eastAsia="zh-CN"/>
        </w:rPr>
        <w:t xml:space="preserve">P2 </w:t>
      </w:r>
      <w:r>
        <w:rPr>
          <w:lang w:eastAsia="zh-CN"/>
        </w:rPr>
        <w:t>不以时间自动触发，必须以合规、运营能力、收入和用户规模为前提。</w:t>
      </w:r>
    </w:p>
    <w:p w14:paraId="048ACBD2" w14:textId="77777777" w:rsidR="006D5139" w:rsidRDefault="00000000">
      <w:pPr>
        <w:pStyle w:val="21"/>
        <w:rPr>
          <w:lang w:eastAsia="zh-CN"/>
        </w:rPr>
      </w:pPr>
      <w:r>
        <w:rPr>
          <w:rFonts w:ascii="Calibri" w:eastAsia="微软雅黑" w:hAnsi="Calibri"/>
          <w:lang w:eastAsia="zh-CN"/>
        </w:rPr>
        <w:t xml:space="preserve">6. MVP </w:t>
      </w:r>
      <w:r>
        <w:rPr>
          <w:rFonts w:ascii="Calibri" w:eastAsia="微软雅黑" w:hAnsi="Calibri"/>
          <w:lang w:eastAsia="zh-CN"/>
        </w:rPr>
        <w:t>详细需求与验收</w:t>
      </w:r>
    </w:p>
    <w:p w14:paraId="5BB9EA04" w14:textId="77777777" w:rsidR="006D5139" w:rsidRDefault="00000000">
      <w:pPr>
        <w:pStyle w:val="31"/>
        <w:rPr>
          <w:lang w:eastAsia="zh-CN"/>
        </w:rPr>
      </w:pPr>
      <w:r>
        <w:rPr>
          <w:rFonts w:ascii="Calibri" w:eastAsia="微软雅黑" w:hAnsi="Calibri"/>
          <w:lang w:eastAsia="zh-CN"/>
        </w:rPr>
        <w:t xml:space="preserve">6.1 FR-01 </w:t>
      </w:r>
      <w:r>
        <w:rPr>
          <w:rFonts w:ascii="Calibri" w:eastAsia="微软雅黑" w:hAnsi="Calibri"/>
          <w:lang w:eastAsia="zh-CN"/>
        </w:rPr>
        <w:t>账号、身份与同意</w:t>
      </w:r>
    </w:p>
    <w:p w14:paraId="0653742C" w14:textId="77777777" w:rsidR="006D5139" w:rsidRDefault="00000000">
      <w:pPr>
        <w:rPr>
          <w:lang w:eastAsia="zh-CN"/>
        </w:rPr>
      </w:pPr>
      <w:r>
        <w:rPr>
          <w:b/>
          <w:lang w:eastAsia="zh-CN"/>
        </w:rPr>
        <w:t>用户故事：</w:t>
      </w:r>
      <w:r>
        <w:rPr>
          <w:lang w:eastAsia="zh-CN"/>
        </w:rPr>
        <w:t xml:space="preserve"> </w:t>
      </w:r>
      <w:r>
        <w:rPr>
          <w:lang w:eastAsia="zh-CN"/>
        </w:rPr>
        <w:t>作为用户，我希望用手机号或邮箱安全登录，并明确知道平台为什么收集信息。</w:t>
      </w:r>
    </w:p>
    <w:p w14:paraId="4A9C71DC" w14:textId="77777777" w:rsidR="006D5139" w:rsidRDefault="00000000">
      <w:r>
        <w:rPr>
          <w:b/>
        </w:rPr>
        <w:t>业务规则：</w:t>
      </w:r>
    </w:p>
    <w:p w14:paraId="6EC8CF66" w14:textId="77777777" w:rsidR="006D5139" w:rsidRDefault="00000000">
      <w:pPr>
        <w:pStyle w:val="a0"/>
        <w:keepLines/>
        <w:numPr>
          <w:ilvl w:val="0"/>
          <w:numId w:val="22"/>
        </w:numPr>
        <w:rPr>
          <w:lang w:eastAsia="zh-CN"/>
        </w:rPr>
      </w:pPr>
      <w:r>
        <w:rPr>
          <w:lang w:eastAsia="zh-CN"/>
        </w:rPr>
        <w:t>注册只收集登录所必需的信息；</w:t>
      </w:r>
    </w:p>
    <w:p w14:paraId="28C96B06" w14:textId="77777777" w:rsidR="006D5139" w:rsidRDefault="00000000">
      <w:pPr>
        <w:pStyle w:val="a0"/>
        <w:keepLines/>
        <w:numPr>
          <w:ilvl w:val="0"/>
          <w:numId w:val="22"/>
        </w:numPr>
        <w:rPr>
          <w:lang w:eastAsia="zh-CN"/>
        </w:rPr>
      </w:pPr>
      <w:r>
        <w:rPr>
          <w:lang w:eastAsia="zh-CN"/>
        </w:rPr>
        <w:t>求职者和招聘者身份可共存，但工作台和权限分开；</w:t>
      </w:r>
    </w:p>
    <w:p w14:paraId="521B9F78" w14:textId="77777777" w:rsidR="006D5139" w:rsidRDefault="00000000">
      <w:pPr>
        <w:pStyle w:val="a0"/>
        <w:keepLines/>
        <w:numPr>
          <w:ilvl w:val="0"/>
          <w:numId w:val="22"/>
        </w:numPr>
        <w:rPr>
          <w:lang w:eastAsia="zh-CN"/>
        </w:rPr>
      </w:pPr>
      <w:r>
        <w:rPr>
          <w:lang w:eastAsia="zh-CN"/>
        </w:rPr>
        <w:t>隐私政策、用户协议、</w:t>
      </w:r>
      <w:r>
        <w:rPr>
          <w:lang w:eastAsia="zh-CN"/>
        </w:rPr>
        <w:t xml:space="preserve">AI </w:t>
      </w:r>
      <w:r>
        <w:rPr>
          <w:lang w:eastAsia="zh-CN"/>
        </w:rPr>
        <w:t>服务说明按版本记录同意时间；</w:t>
      </w:r>
    </w:p>
    <w:p w14:paraId="08C193B7" w14:textId="77777777" w:rsidR="006D5139" w:rsidRDefault="00000000">
      <w:pPr>
        <w:pStyle w:val="a0"/>
        <w:keepLines/>
        <w:numPr>
          <w:ilvl w:val="0"/>
          <w:numId w:val="22"/>
        </w:numPr>
        <w:rPr>
          <w:lang w:eastAsia="zh-CN"/>
        </w:rPr>
      </w:pPr>
      <w:r>
        <w:rPr>
          <w:lang w:eastAsia="zh-CN"/>
        </w:rPr>
        <w:t>撤回非必要同意不影响基础服务；</w:t>
      </w:r>
    </w:p>
    <w:p w14:paraId="054C9426" w14:textId="77777777" w:rsidR="006D5139" w:rsidRDefault="00000000">
      <w:pPr>
        <w:pStyle w:val="a0"/>
        <w:keepLines/>
        <w:numPr>
          <w:ilvl w:val="0"/>
          <w:numId w:val="22"/>
        </w:numPr>
        <w:rPr>
          <w:lang w:eastAsia="zh-CN"/>
        </w:rPr>
      </w:pPr>
      <w:r>
        <w:rPr>
          <w:lang w:eastAsia="zh-CN"/>
        </w:rPr>
        <w:t>连续失败登录触发限流和风险验证；</w:t>
      </w:r>
    </w:p>
    <w:p w14:paraId="65DC1FEA" w14:textId="77777777" w:rsidR="006D5139" w:rsidRDefault="00000000">
      <w:pPr>
        <w:pStyle w:val="a0"/>
        <w:keepLines/>
        <w:numPr>
          <w:ilvl w:val="0"/>
          <w:numId w:val="22"/>
        </w:numPr>
        <w:rPr>
          <w:lang w:eastAsia="zh-CN"/>
        </w:rPr>
      </w:pPr>
      <w:r>
        <w:rPr>
          <w:lang w:eastAsia="zh-CN"/>
        </w:rPr>
        <w:t>注销进入可追踪任务，说明依法需继续保存的数据。</w:t>
      </w:r>
    </w:p>
    <w:p w14:paraId="48C130FE" w14:textId="77777777" w:rsidR="006D5139" w:rsidRDefault="00000000">
      <w:r>
        <w:rPr>
          <w:b/>
        </w:rPr>
        <w:t>验收：</w:t>
      </w:r>
    </w:p>
    <w:p w14:paraId="36816A13" w14:textId="77777777" w:rsidR="006D5139" w:rsidRDefault="00000000">
      <w:pPr>
        <w:pStyle w:val="a0"/>
        <w:keepLines/>
        <w:numPr>
          <w:ilvl w:val="0"/>
          <w:numId w:val="23"/>
        </w:numPr>
        <w:rPr>
          <w:lang w:eastAsia="zh-CN"/>
        </w:rPr>
      </w:pPr>
      <w:r>
        <w:rPr>
          <w:lang w:eastAsia="zh-CN"/>
        </w:rPr>
        <w:t>手机号</w:t>
      </w:r>
      <w:r>
        <w:rPr>
          <w:lang w:eastAsia="zh-CN"/>
        </w:rPr>
        <w:t>/</w:t>
      </w:r>
      <w:r>
        <w:rPr>
          <w:lang w:eastAsia="zh-CN"/>
        </w:rPr>
        <w:t>邮箱注册、登录、退出、找回和注销路径全部可用；</w:t>
      </w:r>
    </w:p>
    <w:p w14:paraId="1DCF20AA" w14:textId="77777777" w:rsidR="006D5139" w:rsidRDefault="00000000">
      <w:pPr>
        <w:pStyle w:val="a0"/>
        <w:keepLines/>
        <w:numPr>
          <w:ilvl w:val="0"/>
          <w:numId w:val="23"/>
        </w:numPr>
        <w:rPr>
          <w:lang w:eastAsia="zh-CN"/>
        </w:rPr>
      </w:pPr>
      <w:r>
        <w:rPr>
          <w:lang w:eastAsia="zh-CN"/>
        </w:rPr>
        <w:t>未同意必要条款不能创建账号；</w:t>
      </w:r>
    </w:p>
    <w:p w14:paraId="2E24D15B" w14:textId="77777777" w:rsidR="006D5139" w:rsidRDefault="00000000">
      <w:pPr>
        <w:pStyle w:val="a0"/>
        <w:keepLines/>
        <w:numPr>
          <w:ilvl w:val="0"/>
          <w:numId w:val="23"/>
        </w:numPr>
        <w:rPr>
          <w:lang w:eastAsia="zh-CN"/>
        </w:rPr>
      </w:pPr>
      <w:r>
        <w:rPr>
          <w:lang w:eastAsia="zh-CN"/>
        </w:rPr>
        <w:t>权限矩阵自动化测试无高危越权；</w:t>
      </w:r>
    </w:p>
    <w:p w14:paraId="5580615B" w14:textId="77777777" w:rsidR="006D5139" w:rsidRDefault="00000000">
      <w:pPr>
        <w:pStyle w:val="a0"/>
        <w:keepLines/>
        <w:numPr>
          <w:ilvl w:val="0"/>
          <w:numId w:val="23"/>
        </w:numPr>
        <w:rPr>
          <w:lang w:eastAsia="zh-CN"/>
        </w:rPr>
      </w:pPr>
      <w:r>
        <w:rPr>
          <w:lang w:eastAsia="zh-CN"/>
        </w:rPr>
        <w:t>注销和删除请求可查询状态并有审计记录。</w:t>
      </w:r>
    </w:p>
    <w:p w14:paraId="3923BCF8" w14:textId="77777777" w:rsidR="006D5139" w:rsidRDefault="00000000">
      <w:pPr>
        <w:pStyle w:val="31"/>
        <w:rPr>
          <w:lang w:eastAsia="zh-CN"/>
        </w:rPr>
      </w:pPr>
      <w:r>
        <w:rPr>
          <w:rFonts w:ascii="Calibri" w:eastAsia="微软雅黑" w:hAnsi="Calibri"/>
          <w:lang w:eastAsia="zh-CN"/>
        </w:rPr>
        <w:t xml:space="preserve">6.2 FR-02 </w:t>
      </w:r>
      <w:r>
        <w:rPr>
          <w:rFonts w:ascii="Calibri" w:eastAsia="微软雅黑" w:hAnsi="Calibri"/>
          <w:lang w:eastAsia="zh-CN"/>
        </w:rPr>
        <w:t>职业档案与简历</w:t>
      </w:r>
    </w:p>
    <w:p w14:paraId="2B1558ED" w14:textId="77777777" w:rsidR="006D5139" w:rsidRDefault="00000000">
      <w:pPr>
        <w:rPr>
          <w:lang w:eastAsia="zh-CN"/>
        </w:rPr>
      </w:pPr>
      <w:r>
        <w:rPr>
          <w:b/>
          <w:lang w:eastAsia="zh-CN"/>
        </w:rPr>
        <w:t>核心字段：</w:t>
      </w:r>
      <w:r>
        <w:rPr>
          <w:lang w:eastAsia="zh-CN"/>
        </w:rPr>
        <w:t xml:space="preserve"> </w:t>
      </w:r>
      <w:r>
        <w:rPr>
          <w:lang w:eastAsia="zh-CN"/>
        </w:rPr>
        <w:t>基本资料、教育经历、工作</w:t>
      </w:r>
      <w:r>
        <w:rPr>
          <w:lang w:eastAsia="zh-CN"/>
        </w:rPr>
        <w:t>/</w:t>
      </w:r>
      <w:r>
        <w:rPr>
          <w:lang w:eastAsia="zh-CN"/>
        </w:rPr>
        <w:t>实习经历、项目经历、技能、证书、作品链接、期望职位</w:t>
      </w:r>
      <w:r>
        <w:rPr>
          <w:lang w:eastAsia="zh-CN"/>
        </w:rPr>
        <w:t>/</w:t>
      </w:r>
      <w:r>
        <w:rPr>
          <w:lang w:eastAsia="zh-CN"/>
        </w:rPr>
        <w:t>行业</w:t>
      </w:r>
      <w:r>
        <w:rPr>
          <w:lang w:eastAsia="zh-CN"/>
        </w:rPr>
        <w:t>/</w:t>
      </w:r>
      <w:r>
        <w:rPr>
          <w:lang w:eastAsia="zh-CN"/>
        </w:rPr>
        <w:t>城市、到岗时间、薪资期望、求职状态。</w:t>
      </w:r>
    </w:p>
    <w:p w14:paraId="6D0145F9" w14:textId="77777777" w:rsidR="006D5139" w:rsidRDefault="00000000">
      <w:r>
        <w:rPr>
          <w:b/>
        </w:rPr>
        <w:t>业务规则：</w:t>
      </w:r>
    </w:p>
    <w:p w14:paraId="64E66567" w14:textId="77777777" w:rsidR="006D5139" w:rsidRDefault="00000000">
      <w:pPr>
        <w:pStyle w:val="a0"/>
        <w:keepLines/>
        <w:numPr>
          <w:ilvl w:val="0"/>
          <w:numId w:val="24"/>
        </w:numPr>
      </w:pPr>
      <w:r>
        <w:t>简历默认仅本人可见；</w:t>
      </w:r>
    </w:p>
    <w:p w14:paraId="75CD1BAC" w14:textId="77777777" w:rsidR="006D5139" w:rsidRDefault="00000000">
      <w:pPr>
        <w:pStyle w:val="a0"/>
        <w:keepLines/>
        <w:numPr>
          <w:ilvl w:val="0"/>
          <w:numId w:val="24"/>
        </w:numPr>
        <w:rPr>
          <w:lang w:eastAsia="zh-CN"/>
        </w:rPr>
      </w:pPr>
      <w:r>
        <w:rPr>
          <w:lang w:eastAsia="zh-CN"/>
        </w:rPr>
        <w:t>每次投递绑定一个不可被后续修改影响的简历快照；</w:t>
      </w:r>
    </w:p>
    <w:p w14:paraId="58AB8DF8" w14:textId="77777777" w:rsidR="006D5139" w:rsidRDefault="00000000">
      <w:pPr>
        <w:pStyle w:val="a0"/>
        <w:keepLines/>
        <w:numPr>
          <w:ilvl w:val="0"/>
          <w:numId w:val="24"/>
        </w:numPr>
        <w:rPr>
          <w:lang w:eastAsia="zh-CN"/>
        </w:rPr>
      </w:pPr>
      <w:r>
        <w:rPr>
          <w:lang w:eastAsia="zh-CN"/>
        </w:rPr>
        <w:t xml:space="preserve">AI </w:t>
      </w:r>
      <w:r>
        <w:rPr>
          <w:lang w:eastAsia="zh-CN"/>
        </w:rPr>
        <w:t>解析结果必须由用户确认后才写入正式档案；</w:t>
      </w:r>
    </w:p>
    <w:p w14:paraId="48723FEE" w14:textId="77777777" w:rsidR="006D5139" w:rsidRDefault="00000000">
      <w:pPr>
        <w:pStyle w:val="a0"/>
        <w:keepLines/>
        <w:numPr>
          <w:ilvl w:val="0"/>
          <w:numId w:val="24"/>
        </w:numPr>
        <w:rPr>
          <w:lang w:eastAsia="zh-CN"/>
        </w:rPr>
      </w:pPr>
      <w:r>
        <w:rPr>
          <w:lang w:eastAsia="zh-CN"/>
        </w:rPr>
        <w:lastRenderedPageBreak/>
        <w:t>简历附件进行类型、大小、恶意文件和宏检测；</w:t>
      </w:r>
    </w:p>
    <w:p w14:paraId="620B6952" w14:textId="77777777" w:rsidR="006D5139" w:rsidRDefault="00000000">
      <w:pPr>
        <w:pStyle w:val="a0"/>
        <w:keepLines/>
        <w:numPr>
          <w:ilvl w:val="0"/>
          <w:numId w:val="24"/>
        </w:numPr>
        <w:rPr>
          <w:lang w:eastAsia="zh-CN"/>
        </w:rPr>
      </w:pPr>
      <w:r>
        <w:rPr>
          <w:lang w:eastAsia="zh-CN"/>
        </w:rPr>
        <w:t>用户可以导出、删除或创建多个版本；</w:t>
      </w:r>
    </w:p>
    <w:p w14:paraId="6AD46327" w14:textId="77777777" w:rsidR="006D5139" w:rsidRDefault="00000000">
      <w:pPr>
        <w:pStyle w:val="a0"/>
        <w:keepLines/>
        <w:numPr>
          <w:ilvl w:val="0"/>
          <w:numId w:val="24"/>
        </w:numPr>
        <w:rPr>
          <w:lang w:eastAsia="zh-CN"/>
        </w:rPr>
      </w:pPr>
      <w:r>
        <w:rPr>
          <w:lang w:eastAsia="zh-CN"/>
        </w:rPr>
        <w:t>未经单独授权不得向企业展示联系方式。</w:t>
      </w:r>
    </w:p>
    <w:p w14:paraId="70ECAC60" w14:textId="77777777" w:rsidR="006D5139" w:rsidRDefault="00000000">
      <w:r>
        <w:rPr>
          <w:b/>
        </w:rPr>
        <w:t>验收：</w:t>
      </w:r>
    </w:p>
    <w:p w14:paraId="429DDD94" w14:textId="77777777" w:rsidR="006D5139" w:rsidRDefault="00000000">
      <w:pPr>
        <w:pStyle w:val="a0"/>
        <w:keepLines/>
        <w:numPr>
          <w:ilvl w:val="0"/>
          <w:numId w:val="25"/>
        </w:numPr>
      </w:pPr>
      <w:r>
        <w:t>支持</w:t>
      </w:r>
      <w:r>
        <w:t xml:space="preserve"> PDF/DOCX</w:t>
      </w:r>
      <w:r>
        <w:t>，单文件</w:t>
      </w:r>
      <w:r>
        <w:t xml:space="preserve"> ≤ 10 MB</w:t>
      </w:r>
      <w:r>
        <w:t>；</w:t>
      </w:r>
    </w:p>
    <w:p w14:paraId="3D4A5699" w14:textId="77777777" w:rsidR="006D5139" w:rsidRDefault="00000000">
      <w:pPr>
        <w:pStyle w:val="a0"/>
        <w:keepLines/>
        <w:numPr>
          <w:ilvl w:val="0"/>
          <w:numId w:val="25"/>
        </w:numPr>
        <w:rPr>
          <w:lang w:eastAsia="zh-CN"/>
        </w:rPr>
      </w:pPr>
      <w:r>
        <w:rPr>
          <w:lang w:eastAsia="zh-CN"/>
        </w:rPr>
        <w:t>解析任务可查看进度、失败原因并重试；</w:t>
      </w:r>
    </w:p>
    <w:p w14:paraId="67E911A2" w14:textId="77777777" w:rsidR="006D5139" w:rsidRDefault="00000000">
      <w:pPr>
        <w:pStyle w:val="a0"/>
        <w:keepLines/>
        <w:numPr>
          <w:ilvl w:val="0"/>
          <w:numId w:val="25"/>
        </w:numPr>
        <w:rPr>
          <w:lang w:eastAsia="zh-CN"/>
        </w:rPr>
      </w:pPr>
      <w:r>
        <w:rPr>
          <w:lang w:eastAsia="zh-CN"/>
        </w:rPr>
        <w:t>用户修改原简历不会篡改历史投递快照；</w:t>
      </w:r>
    </w:p>
    <w:p w14:paraId="73565CD3" w14:textId="77777777" w:rsidR="006D5139" w:rsidRDefault="00000000">
      <w:pPr>
        <w:pStyle w:val="a0"/>
        <w:keepLines/>
        <w:numPr>
          <w:ilvl w:val="0"/>
          <w:numId w:val="25"/>
        </w:numPr>
        <w:rPr>
          <w:lang w:eastAsia="zh-CN"/>
        </w:rPr>
      </w:pPr>
      <w:r>
        <w:rPr>
          <w:lang w:eastAsia="zh-CN"/>
        </w:rPr>
        <w:t>导出文件完整，删除后前台和搜索索引不可见。</w:t>
      </w:r>
    </w:p>
    <w:p w14:paraId="5333F6D9" w14:textId="77777777" w:rsidR="006D5139" w:rsidRDefault="00000000">
      <w:pPr>
        <w:pStyle w:val="31"/>
        <w:rPr>
          <w:lang w:eastAsia="zh-CN"/>
        </w:rPr>
      </w:pPr>
      <w:r>
        <w:rPr>
          <w:rFonts w:ascii="Calibri" w:eastAsia="微软雅黑" w:hAnsi="Calibri"/>
          <w:lang w:eastAsia="zh-CN"/>
        </w:rPr>
        <w:t xml:space="preserve">6.3 FR-03 </w:t>
      </w:r>
      <w:r>
        <w:rPr>
          <w:rFonts w:ascii="Calibri" w:eastAsia="微软雅黑" w:hAnsi="Calibri"/>
          <w:lang w:eastAsia="zh-CN"/>
        </w:rPr>
        <w:t>企业与招聘者认证</w:t>
      </w:r>
    </w:p>
    <w:p w14:paraId="0B91C7C4" w14:textId="77777777" w:rsidR="006D5139" w:rsidRDefault="00000000">
      <w:pPr>
        <w:rPr>
          <w:lang w:eastAsia="zh-CN"/>
        </w:rPr>
      </w:pPr>
      <w:r>
        <w:rPr>
          <w:b/>
          <w:lang w:eastAsia="zh-CN"/>
        </w:rPr>
        <w:t>核心资料：</w:t>
      </w:r>
      <w:r>
        <w:rPr>
          <w:lang w:eastAsia="zh-CN"/>
        </w:rPr>
        <w:t xml:space="preserve"> </w:t>
      </w:r>
      <w:r>
        <w:rPr>
          <w:lang w:eastAsia="zh-CN"/>
        </w:rPr>
        <w:t>企业名称、统一社会信用代码、营业执照、办公地址、行业、规模、官网、联系人、招聘者与企业关系证明。</w:t>
      </w:r>
    </w:p>
    <w:p w14:paraId="72A95103" w14:textId="77777777" w:rsidR="006D5139" w:rsidRDefault="00000000">
      <w:pPr>
        <w:rPr>
          <w:lang w:eastAsia="zh-CN"/>
        </w:rPr>
      </w:pPr>
      <w:r>
        <w:rPr>
          <w:b/>
          <w:lang w:eastAsia="zh-CN"/>
        </w:rPr>
        <w:t>状态：</w:t>
      </w:r>
      <w:r>
        <w:rPr>
          <w:lang w:eastAsia="zh-CN"/>
        </w:rPr>
        <w:t xml:space="preserve"> </w:t>
      </w:r>
      <w:r>
        <w:rPr>
          <w:lang w:eastAsia="zh-CN"/>
        </w:rPr>
        <w:t>草稿</w:t>
      </w:r>
      <w:r>
        <w:rPr>
          <w:lang w:eastAsia="zh-CN"/>
        </w:rPr>
        <w:t xml:space="preserve"> → </w:t>
      </w:r>
      <w:r>
        <w:rPr>
          <w:lang w:eastAsia="zh-CN"/>
        </w:rPr>
        <w:t>待审核</w:t>
      </w:r>
      <w:r>
        <w:rPr>
          <w:lang w:eastAsia="zh-CN"/>
        </w:rPr>
        <w:t xml:space="preserve"> → </w:t>
      </w:r>
      <w:r>
        <w:rPr>
          <w:lang w:eastAsia="zh-CN"/>
        </w:rPr>
        <w:t>补充材料</w:t>
      </w:r>
      <w:r>
        <w:rPr>
          <w:lang w:eastAsia="zh-CN"/>
        </w:rPr>
        <w:t>/</w:t>
      </w:r>
      <w:r>
        <w:rPr>
          <w:lang w:eastAsia="zh-CN"/>
        </w:rPr>
        <w:t>驳回</w:t>
      </w:r>
      <w:r>
        <w:rPr>
          <w:lang w:eastAsia="zh-CN"/>
        </w:rPr>
        <w:t xml:space="preserve"> → </w:t>
      </w:r>
      <w:r>
        <w:rPr>
          <w:lang w:eastAsia="zh-CN"/>
        </w:rPr>
        <w:t>已认证</w:t>
      </w:r>
      <w:r>
        <w:rPr>
          <w:lang w:eastAsia="zh-CN"/>
        </w:rPr>
        <w:t xml:space="preserve"> → </w:t>
      </w:r>
      <w:r>
        <w:rPr>
          <w:lang w:eastAsia="zh-CN"/>
        </w:rPr>
        <w:t>暂停</w:t>
      </w:r>
      <w:r>
        <w:rPr>
          <w:lang w:eastAsia="zh-CN"/>
        </w:rPr>
        <w:t>/</w:t>
      </w:r>
      <w:r>
        <w:rPr>
          <w:lang w:eastAsia="zh-CN"/>
        </w:rPr>
        <w:t>失效。</w:t>
      </w:r>
    </w:p>
    <w:p w14:paraId="6495E3BD" w14:textId="77777777" w:rsidR="006D5139" w:rsidRDefault="00000000">
      <w:r>
        <w:rPr>
          <w:b/>
        </w:rPr>
        <w:t>验收：</w:t>
      </w:r>
    </w:p>
    <w:p w14:paraId="654EA90B" w14:textId="77777777" w:rsidR="006D5139" w:rsidRDefault="00000000">
      <w:pPr>
        <w:pStyle w:val="a0"/>
        <w:keepLines/>
        <w:numPr>
          <w:ilvl w:val="0"/>
          <w:numId w:val="26"/>
        </w:numPr>
        <w:rPr>
          <w:lang w:eastAsia="zh-CN"/>
        </w:rPr>
      </w:pPr>
      <w:r>
        <w:rPr>
          <w:lang w:eastAsia="zh-CN"/>
        </w:rPr>
        <w:t>同一主体重复注册进入合并</w:t>
      </w:r>
      <w:r>
        <w:rPr>
          <w:lang w:eastAsia="zh-CN"/>
        </w:rPr>
        <w:t>/</w:t>
      </w:r>
      <w:r>
        <w:rPr>
          <w:lang w:eastAsia="zh-CN"/>
        </w:rPr>
        <w:t>申诉流程；</w:t>
      </w:r>
    </w:p>
    <w:p w14:paraId="15B7ED9B" w14:textId="77777777" w:rsidR="006D5139" w:rsidRDefault="00000000">
      <w:pPr>
        <w:pStyle w:val="a0"/>
        <w:keepLines/>
        <w:numPr>
          <w:ilvl w:val="0"/>
          <w:numId w:val="26"/>
        </w:numPr>
        <w:rPr>
          <w:lang w:eastAsia="zh-CN"/>
        </w:rPr>
      </w:pPr>
      <w:r>
        <w:rPr>
          <w:lang w:eastAsia="zh-CN"/>
        </w:rPr>
        <w:t>未认证或认证失效企业不能新发布岗位；</w:t>
      </w:r>
    </w:p>
    <w:p w14:paraId="4C230848" w14:textId="77777777" w:rsidR="006D5139" w:rsidRDefault="00000000">
      <w:pPr>
        <w:pStyle w:val="a0"/>
        <w:keepLines/>
        <w:numPr>
          <w:ilvl w:val="0"/>
          <w:numId w:val="26"/>
        </w:numPr>
        <w:rPr>
          <w:lang w:eastAsia="zh-CN"/>
        </w:rPr>
      </w:pPr>
      <w:r>
        <w:rPr>
          <w:lang w:eastAsia="zh-CN"/>
        </w:rPr>
        <w:t>企业管理员只能邀请本企业招聘者；</w:t>
      </w:r>
    </w:p>
    <w:p w14:paraId="77019C1A" w14:textId="77777777" w:rsidR="006D5139" w:rsidRDefault="00000000">
      <w:pPr>
        <w:pStyle w:val="a0"/>
        <w:keepLines/>
        <w:numPr>
          <w:ilvl w:val="0"/>
          <w:numId w:val="26"/>
        </w:numPr>
        <w:rPr>
          <w:lang w:eastAsia="zh-CN"/>
        </w:rPr>
      </w:pPr>
      <w:r>
        <w:rPr>
          <w:lang w:eastAsia="zh-CN"/>
        </w:rPr>
        <w:t>认证材料加密保存，普通运营角色不可下载；</w:t>
      </w:r>
    </w:p>
    <w:p w14:paraId="13CE8B82" w14:textId="77777777" w:rsidR="006D5139" w:rsidRDefault="00000000">
      <w:pPr>
        <w:pStyle w:val="a0"/>
        <w:keepLines/>
        <w:numPr>
          <w:ilvl w:val="0"/>
          <w:numId w:val="26"/>
        </w:numPr>
        <w:rPr>
          <w:lang w:eastAsia="zh-CN"/>
        </w:rPr>
      </w:pPr>
      <w:r>
        <w:rPr>
          <w:lang w:eastAsia="zh-CN"/>
        </w:rPr>
        <w:t>审核意见、证据和状态迁移不可覆盖。</w:t>
      </w:r>
    </w:p>
    <w:p w14:paraId="75CAA9A7" w14:textId="77777777" w:rsidR="006D5139" w:rsidRDefault="00000000">
      <w:pPr>
        <w:pStyle w:val="31"/>
        <w:rPr>
          <w:lang w:eastAsia="zh-CN"/>
        </w:rPr>
      </w:pPr>
      <w:r>
        <w:rPr>
          <w:rFonts w:ascii="Calibri" w:eastAsia="微软雅黑" w:hAnsi="Calibri"/>
          <w:lang w:eastAsia="zh-CN"/>
        </w:rPr>
        <w:t xml:space="preserve">6.4 FR-04 </w:t>
      </w:r>
      <w:r>
        <w:rPr>
          <w:rFonts w:ascii="Calibri" w:eastAsia="微软雅黑" w:hAnsi="Calibri"/>
          <w:lang w:eastAsia="zh-CN"/>
        </w:rPr>
        <w:t>岗位生命周期</w:t>
      </w:r>
    </w:p>
    <w:p w14:paraId="7ADB6B0B" w14:textId="77777777" w:rsidR="006D5139" w:rsidRDefault="00000000">
      <w:pPr>
        <w:rPr>
          <w:lang w:eastAsia="zh-CN"/>
        </w:rPr>
      </w:pPr>
      <w:r>
        <w:rPr>
          <w:b/>
          <w:lang w:eastAsia="zh-CN"/>
        </w:rPr>
        <w:t>核心字段：</w:t>
      </w:r>
      <w:r>
        <w:rPr>
          <w:lang w:eastAsia="zh-CN"/>
        </w:rPr>
        <w:t xml:space="preserve"> </w:t>
      </w:r>
      <w:r>
        <w:rPr>
          <w:lang w:eastAsia="zh-CN"/>
        </w:rPr>
        <w:t>标题、岗位类别、职责、要求、薪资区间、城市</w:t>
      </w:r>
      <w:r>
        <w:rPr>
          <w:lang w:eastAsia="zh-CN"/>
        </w:rPr>
        <w:t>/</w:t>
      </w:r>
      <w:r>
        <w:rPr>
          <w:lang w:eastAsia="zh-CN"/>
        </w:rPr>
        <w:t>地点、学历</w:t>
      </w:r>
      <w:r>
        <w:rPr>
          <w:lang w:eastAsia="zh-CN"/>
        </w:rPr>
        <w:t>/</w:t>
      </w:r>
      <w:r>
        <w:rPr>
          <w:lang w:eastAsia="zh-CN"/>
        </w:rPr>
        <w:t>经验、用工类型、招聘人数、福利、截止日期、联系人、来源、审核状态。</w:t>
      </w:r>
    </w:p>
    <w:p w14:paraId="4EA67D1B" w14:textId="77777777" w:rsidR="006D5139" w:rsidRDefault="00000000">
      <w:pPr>
        <w:rPr>
          <w:lang w:eastAsia="zh-CN"/>
        </w:rPr>
      </w:pPr>
      <w:r>
        <w:rPr>
          <w:b/>
          <w:lang w:eastAsia="zh-CN"/>
        </w:rPr>
        <w:t>状态：</w:t>
      </w:r>
      <w:r>
        <w:rPr>
          <w:lang w:eastAsia="zh-CN"/>
        </w:rPr>
        <w:t xml:space="preserve"> </w:t>
      </w:r>
      <w:r>
        <w:rPr>
          <w:lang w:eastAsia="zh-CN"/>
        </w:rPr>
        <w:t>草稿</w:t>
      </w:r>
      <w:r>
        <w:rPr>
          <w:lang w:eastAsia="zh-CN"/>
        </w:rPr>
        <w:t xml:space="preserve"> → </w:t>
      </w:r>
      <w:r>
        <w:rPr>
          <w:lang w:eastAsia="zh-CN"/>
        </w:rPr>
        <w:t>待审核</w:t>
      </w:r>
      <w:r>
        <w:rPr>
          <w:lang w:eastAsia="zh-CN"/>
        </w:rPr>
        <w:t xml:space="preserve"> → </w:t>
      </w:r>
      <w:r>
        <w:rPr>
          <w:lang w:eastAsia="zh-CN"/>
        </w:rPr>
        <w:t>已发布</w:t>
      </w:r>
      <w:r>
        <w:rPr>
          <w:lang w:eastAsia="zh-CN"/>
        </w:rPr>
        <w:t xml:space="preserve"> → </w:t>
      </w:r>
      <w:r>
        <w:rPr>
          <w:lang w:eastAsia="zh-CN"/>
        </w:rPr>
        <w:t>已暂停</w:t>
      </w:r>
      <w:r>
        <w:rPr>
          <w:lang w:eastAsia="zh-CN"/>
        </w:rPr>
        <w:t>/</w:t>
      </w:r>
      <w:r>
        <w:rPr>
          <w:lang w:eastAsia="zh-CN"/>
        </w:rPr>
        <w:t>已过期</w:t>
      </w:r>
      <w:r>
        <w:rPr>
          <w:lang w:eastAsia="zh-CN"/>
        </w:rPr>
        <w:t>/</w:t>
      </w:r>
      <w:r>
        <w:rPr>
          <w:lang w:eastAsia="zh-CN"/>
        </w:rPr>
        <w:t>已下架</w:t>
      </w:r>
      <w:r>
        <w:rPr>
          <w:lang w:eastAsia="zh-CN"/>
        </w:rPr>
        <w:t xml:space="preserve"> → </w:t>
      </w:r>
      <w:r>
        <w:rPr>
          <w:lang w:eastAsia="zh-CN"/>
        </w:rPr>
        <w:t>已关闭。</w:t>
      </w:r>
    </w:p>
    <w:p w14:paraId="641A553D" w14:textId="77777777" w:rsidR="006D5139" w:rsidRDefault="00000000">
      <w:r>
        <w:rPr>
          <w:b/>
        </w:rPr>
        <w:t>业务规则：</w:t>
      </w:r>
    </w:p>
    <w:p w14:paraId="6144FC98" w14:textId="77777777" w:rsidR="006D5139" w:rsidRDefault="00000000">
      <w:pPr>
        <w:pStyle w:val="a0"/>
        <w:keepLines/>
        <w:numPr>
          <w:ilvl w:val="0"/>
          <w:numId w:val="27"/>
        </w:numPr>
        <w:rPr>
          <w:lang w:eastAsia="zh-CN"/>
        </w:rPr>
      </w:pPr>
      <w:r>
        <w:rPr>
          <w:lang w:eastAsia="zh-CN"/>
        </w:rPr>
        <w:t>薪资、地点、用工类型和职责不能为空；</w:t>
      </w:r>
    </w:p>
    <w:p w14:paraId="2E9B4197" w14:textId="77777777" w:rsidR="006D5139" w:rsidRDefault="00000000">
      <w:pPr>
        <w:pStyle w:val="a0"/>
        <w:keepLines/>
        <w:numPr>
          <w:ilvl w:val="0"/>
          <w:numId w:val="27"/>
        </w:numPr>
        <w:rPr>
          <w:lang w:eastAsia="zh-CN"/>
        </w:rPr>
      </w:pPr>
      <w:r>
        <w:rPr>
          <w:lang w:eastAsia="zh-CN"/>
        </w:rPr>
        <w:t>岗位内容需经过敏感词、歧视、收费、押金和诈骗风险检查；</w:t>
      </w:r>
    </w:p>
    <w:p w14:paraId="153006B0" w14:textId="77777777" w:rsidR="006D5139" w:rsidRDefault="00000000">
      <w:pPr>
        <w:pStyle w:val="a0"/>
        <w:keepLines/>
        <w:numPr>
          <w:ilvl w:val="0"/>
          <w:numId w:val="27"/>
        </w:numPr>
        <w:rPr>
          <w:lang w:eastAsia="zh-CN"/>
        </w:rPr>
      </w:pPr>
      <w:r>
        <w:rPr>
          <w:lang w:eastAsia="zh-CN"/>
        </w:rPr>
        <w:t>默认有效期</w:t>
      </w:r>
      <w:r>
        <w:rPr>
          <w:lang w:eastAsia="zh-CN"/>
        </w:rPr>
        <w:t xml:space="preserve"> 30 </w:t>
      </w:r>
      <w:r>
        <w:rPr>
          <w:lang w:eastAsia="zh-CN"/>
        </w:rPr>
        <w:t>天，到期前提醒；</w:t>
      </w:r>
    </w:p>
    <w:p w14:paraId="6E7D56B1" w14:textId="77777777" w:rsidR="006D5139" w:rsidRDefault="00000000">
      <w:pPr>
        <w:pStyle w:val="a0"/>
        <w:keepLines/>
        <w:numPr>
          <w:ilvl w:val="0"/>
          <w:numId w:val="27"/>
        </w:numPr>
        <w:rPr>
          <w:lang w:eastAsia="zh-CN"/>
        </w:rPr>
      </w:pPr>
      <w:r>
        <w:rPr>
          <w:lang w:eastAsia="zh-CN"/>
        </w:rPr>
        <w:lastRenderedPageBreak/>
        <w:t>高风险修改重新进入审核；</w:t>
      </w:r>
    </w:p>
    <w:p w14:paraId="5973AC73" w14:textId="77777777" w:rsidR="006D5139" w:rsidRDefault="00000000">
      <w:pPr>
        <w:pStyle w:val="a0"/>
        <w:keepLines/>
        <w:numPr>
          <w:ilvl w:val="0"/>
          <w:numId w:val="27"/>
        </w:numPr>
        <w:rPr>
          <w:lang w:eastAsia="zh-CN"/>
        </w:rPr>
      </w:pPr>
      <w:r>
        <w:rPr>
          <w:lang w:eastAsia="zh-CN"/>
        </w:rPr>
        <w:t>付费或合作排序不得伪装为自然排序。</w:t>
      </w:r>
    </w:p>
    <w:p w14:paraId="45ABA433" w14:textId="77777777" w:rsidR="006D5139" w:rsidRDefault="00000000">
      <w:r>
        <w:rPr>
          <w:b/>
        </w:rPr>
        <w:t>验收：</w:t>
      </w:r>
    </w:p>
    <w:p w14:paraId="64C70BFF" w14:textId="77777777" w:rsidR="006D5139" w:rsidRDefault="00000000">
      <w:pPr>
        <w:pStyle w:val="a0"/>
        <w:keepLines/>
        <w:numPr>
          <w:ilvl w:val="0"/>
          <w:numId w:val="28"/>
        </w:numPr>
        <w:rPr>
          <w:lang w:eastAsia="zh-CN"/>
        </w:rPr>
      </w:pPr>
      <w:r>
        <w:rPr>
          <w:lang w:eastAsia="zh-CN"/>
        </w:rPr>
        <w:t>只有已认证企业的已审核岗位可公开；</w:t>
      </w:r>
    </w:p>
    <w:p w14:paraId="43241CD0" w14:textId="77777777" w:rsidR="006D5139" w:rsidRDefault="00000000">
      <w:pPr>
        <w:pStyle w:val="a0"/>
        <w:keepLines/>
        <w:numPr>
          <w:ilvl w:val="0"/>
          <w:numId w:val="28"/>
        </w:numPr>
        <w:rPr>
          <w:lang w:eastAsia="zh-CN"/>
        </w:rPr>
      </w:pPr>
      <w:r>
        <w:rPr>
          <w:lang w:eastAsia="zh-CN"/>
        </w:rPr>
        <w:t>下架后</w:t>
      </w:r>
      <w:r>
        <w:rPr>
          <w:lang w:eastAsia="zh-CN"/>
        </w:rPr>
        <w:t xml:space="preserve"> 1 </w:t>
      </w:r>
      <w:r>
        <w:rPr>
          <w:lang w:eastAsia="zh-CN"/>
        </w:rPr>
        <w:t>分钟内从搜索、推荐和详情公开入口移除；</w:t>
      </w:r>
    </w:p>
    <w:p w14:paraId="5B7235F9" w14:textId="77777777" w:rsidR="006D5139" w:rsidRDefault="00000000">
      <w:pPr>
        <w:pStyle w:val="a0"/>
        <w:keepLines/>
        <w:numPr>
          <w:ilvl w:val="0"/>
          <w:numId w:val="28"/>
        </w:numPr>
        <w:rPr>
          <w:lang w:eastAsia="zh-CN"/>
        </w:rPr>
      </w:pPr>
      <w:r>
        <w:rPr>
          <w:lang w:eastAsia="zh-CN"/>
        </w:rPr>
        <w:t>岗位详情展示发布时间、更新时间、认证和举报入口；</w:t>
      </w:r>
    </w:p>
    <w:p w14:paraId="478D6633" w14:textId="77777777" w:rsidR="006D5139" w:rsidRDefault="00000000">
      <w:pPr>
        <w:pStyle w:val="a0"/>
        <w:keepLines/>
        <w:numPr>
          <w:ilvl w:val="0"/>
          <w:numId w:val="28"/>
        </w:numPr>
        <w:rPr>
          <w:lang w:eastAsia="zh-CN"/>
        </w:rPr>
      </w:pPr>
      <w:r>
        <w:rPr>
          <w:lang w:eastAsia="zh-CN"/>
        </w:rPr>
        <w:t>搜索支持关键词、城市、行业、薪资、经验、学历、类型、发布时间。</w:t>
      </w:r>
    </w:p>
    <w:p w14:paraId="16969D14" w14:textId="77777777" w:rsidR="006D5139" w:rsidRDefault="00000000">
      <w:pPr>
        <w:pStyle w:val="31"/>
        <w:rPr>
          <w:lang w:eastAsia="zh-CN"/>
        </w:rPr>
      </w:pPr>
      <w:r>
        <w:rPr>
          <w:rFonts w:ascii="Calibri" w:eastAsia="微软雅黑" w:hAnsi="Calibri"/>
          <w:lang w:eastAsia="zh-CN"/>
        </w:rPr>
        <w:t xml:space="preserve">6.5 FR-05 </w:t>
      </w:r>
      <w:r>
        <w:rPr>
          <w:rFonts w:ascii="Calibri" w:eastAsia="微软雅黑" w:hAnsi="Calibri"/>
          <w:lang w:eastAsia="zh-CN"/>
        </w:rPr>
        <w:t>投递与候选人管道</w:t>
      </w:r>
    </w:p>
    <w:p w14:paraId="2B14C6FB" w14:textId="77777777" w:rsidR="006D5139" w:rsidRDefault="00000000">
      <w:pPr>
        <w:rPr>
          <w:lang w:eastAsia="zh-CN"/>
        </w:rPr>
      </w:pPr>
      <w:r>
        <w:rPr>
          <w:b/>
          <w:lang w:eastAsia="zh-CN"/>
        </w:rPr>
        <w:t>状态建议：</w:t>
      </w:r>
    </w:p>
    <w:p w14:paraId="5722664C" w14:textId="77777777" w:rsidR="006D5139" w:rsidRDefault="00000000">
      <w:pPr>
        <w:rPr>
          <w:lang w:eastAsia="zh-CN"/>
        </w:rPr>
      </w:pPr>
      <w:r>
        <w:rPr>
          <w:rFonts w:ascii="Consolas" w:hAnsi="Consolas"/>
          <w:color w:val="1F4D78"/>
          <w:sz w:val="21"/>
          <w:lang w:eastAsia="zh-CN"/>
        </w:rPr>
        <w:t>已投递</w:t>
      </w:r>
      <w:r>
        <w:rPr>
          <w:rFonts w:ascii="Consolas" w:hAnsi="Consolas"/>
          <w:color w:val="1F4D78"/>
          <w:sz w:val="21"/>
          <w:lang w:eastAsia="zh-CN"/>
        </w:rPr>
        <w:t xml:space="preserve"> → </w:t>
      </w:r>
      <w:r>
        <w:rPr>
          <w:rFonts w:ascii="Consolas" w:hAnsi="Consolas"/>
          <w:color w:val="1F4D78"/>
          <w:sz w:val="21"/>
          <w:lang w:eastAsia="zh-CN"/>
        </w:rPr>
        <w:t>已查看</w:t>
      </w:r>
      <w:r>
        <w:rPr>
          <w:rFonts w:ascii="Consolas" w:hAnsi="Consolas"/>
          <w:color w:val="1F4D78"/>
          <w:sz w:val="21"/>
          <w:lang w:eastAsia="zh-CN"/>
        </w:rPr>
        <w:t xml:space="preserve"> → </w:t>
      </w:r>
      <w:r>
        <w:rPr>
          <w:rFonts w:ascii="Consolas" w:hAnsi="Consolas"/>
          <w:color w:val="1F4D78"/>
          <w:sz w:val="21"/>
          <w:lang w:eastAsia="zh-CN"/>
        </w:rPr>
        <w:t>沟通中</w:t>
      </w:r>
      <w:r>
        <w:rPr>
          <w:rFonts w:ascii="Consolas" w:hAnsi="Consolas"/>
          <w:color w:val="1F4D78"/>
          <w:sz w:val="21"/>
          <w:lang w:eastAsia="zh-CN"/>
        </w:rPr>
        <w:t xml:space="preserve"> → </w:t>
      </w:r>
      <w:r>
        <w:rPr>
          <w:rFonts w:ascii="Consolas" w:hAnsi="Consolas"/>
          <w:color w:val="1F4D78"/>
          <w:sz w:val="21"/>
          <w:lang w:eastAsia="zh-CN"/>
        </w:rPr>
        <w:t>待面试</w:t>
      </w:r>
      <w:r>
        <w:rPr>
          <w:rFonts w:ascii="Consolas" w:hAnsi="Consolas"/>
          <w:color w:val="1F4D78"/>
          <w:sz w:val="21"/>
          <w:lang w:eastAsia="zh-CN"/>
        </w:rPr>
        <w:t xml:space="preserve"> → </w:t>
      </w:r>
      <w:r>
        <w:rPr>
          <w:rFonts w:ascii="Consolas" w:hAnsi="Consolas"/>
          <w:color w:val="1F4D78"/>
          <w:sz w:val="21"/>
          <w:lang w:eastAsia="zh-CN"/>
        </w:rPr>
        <w:t>面试中</w:t>
      </w:r>
      <w:r>
        <w:rPr>
          <w:rFonts w:ascii="Consolas" w:hAnsi="Consolas"/>
          <w:color w:val="1F4D78"/>
          <w:sz w:val="21"/>
          <w:lang w:eastAsia="zh-CN"/>
        </w:rPr>
        <w:t xml:space="preserve"> → </w:t>
      </w:r>
      <w:r>
        <w:rPr>
          <w:rFonts w:ascii="Consolas" w:hAnsi="Consolas"/>
          <w:color w:val="1F4D78"/>
          <w:sz w:val="21"/>
          <w:lang w:eastAsia="zh-CN"/>
        </w:rPr>
        <w:t>待定</w:t>
      </w:r>
      <w:r>
        <w:rPr>
          <w:rFonts w:ascii="Consolas" w:hAnsi="Consolas"/>
          <w:color w:val="1F4D78"/>
          <w:sz w:val="21"/>
          <w:lang w:eastAsia="zh-CN"/>
        </w:rPr>
        <w:t xml:space="preserve"> → Offer → </w:t>
      </w:r>
      <w:r>
        <w:rPr>
          <w:rFonts w:ascii="Consolas" w:hAnsi="Consolas"/>
          <w:color w:val="1F4D78"/>
          <w:sz w:val="21"/>
          <w:lang w:eastAsia="zh-CN"/>
        </w:rPr>
        <w:t>已录用</w:t>
      </w:r>
    </w:p>
    <w:p w14:paraId="5DBB46A7" w14:textId="77777777" w:rsidR="006D5139" w:rsidRDefault="00000000">
      <w:pPr>
        <w:rPr>
          <w:lang w:eastAsia="zh-CN"/>
        </w:rPr>
      </w:pPr>
      <w:r>
        <w:rPr>
          <w:lang w:eastAsia="zh-CN"/>
        </w:rPr>
        <w:t>终止状态：</w:t>
      </w:r>
    </w:p>
    <w:p w14:paraId="749254B9" w14:textId="77777777" w:rsidR="006D5139" w:rsidRDefault="00000000">
      <w:pPr>
        <w:rPr>
          <w:lang w:eastAsia="zh-CN"/>
        </w:rPr>
      </w:pPr>
      <w:r>
        <w:rPr>
          <w:rFonts w:ascii="Consolas" w:hAnsi="Consolas"/>
          <w:color w:val="1F4D78"/>
          <w:sz w:val="21"/>
          <w:lang w:eastAsia="zh-CN"/>
        </w:rPr>
        <w:t>求职者撤回</w:t>
      </w:r>
      <w:r>
        <w:rPr>
          <w:rFonts w:ascii="Consolas" w:hAnsi="Consolas"/>
          <w:color w:val="1F4D78"/>
          <w:sz w:val="21"/>
          <w:lang w:eastAsia="zh-CN"/>
        </w:rPr>
        <w:t xml:space="preserve"> / </w:t>
      </w:r>
      <w:r>
        <w:rPr>
          <w:rFonts w:ascii="Consolas" w:hAnsi="Consolas"/>
          <w:color w:val="1F4D78"/>
          <w:sz w:val="21"/>
          <w:lang w:eastAsia="zh-CN"/>
        </w:rPr>
        <w:t>招聘方不合适</w:t>
      </w:r>
      <w:r>
        <w:rPr>
          <w:rFonts w:ascii="Consolas" w:hAnsi="Consolas"/>
          <w:color w:val="1F4D78"/>
          <w:sz w:val="21"/>
          <w:lang w:eastAsia="zh-CN"/>
        </w:rPr>
        <w:t xml:space="preserve"> / </w:t>
      </w:r>
      <w:r>
        <w:rPr>
          <w:rFonts w:ascii="Consolas" w:hAnsi="Consolas"/>
          <w:color w:val="1F4D78"/>
          <w:sz w:val="21"/>
          <w:lang w:eastAsia="zh-CN"/>
        </w:rPr>
        <w:t>岗位关闭</w:t>
      </w:r>
      <w:r>
        <w:rPr>
          <w:rFonts w:ascii="Consolas" w:hAnsi="Consolas"/>
          <w:color w:val="1F4D78"/>
          <w:sz w:val="21"/>
          <w:lang w:eastAsia="zh-CN"/>
        </w:rPr>
        <w:t xml:space="preserve"> / Offer </w:t>
      </w:r>
      <w:r>
        <w:rPr>
          <w:rFonts w:ascii="Consolas" w:hAnsi="Consolas"/>
          <w:color w:val="1F4D78"/>
          <w:sz w:val="21"/>
          <w:lang w:eastAsia="zh-CN"/>
        </w:rPr>
        <w:t>拒绝</w:t>
      </w:r>
      <w:r>
        <w:rPr>
          <w:rFonts w:ascii="Consolas" w:hAnsi="Consolas"/>
          <w:color w:val="1F4D78"/>
          <w:sz w:val="21"/>
          <w:lang w:eastAsia="zh-CN"/>
        </w:rPr>
        <w:t xml:space="preserve"> / Offer </w:t>
      </w:r>
      <w:r>
        <w:rPr>
          <w:rFonts w:ascii="Consolas" w:hAnsi="Consolas"/>
          <w:color w:val="1F4D78"/>
          <w:sz w:val="21"/>
          <w:lang w:eastAsia="zh-CN"/>
        </w:rPr>
        <w:t>过期</w:t>
      </w:r>
    </w:p>
    <w:p w14:paraId="2CC9382A" w14:textId="77777777" w:rsidR="006D5139" w:rsidRDefault="00000000">
      <w:r>
        <w:rPr>
          <w:b/>
        </w:rPr>
        <w:t>规则：</w:t>
      </w:r>
    </w:p>
    <w:p w14:paraId="3E7C7FF2" w14:textId="77777777" w:rsidR="006D5139" w:rsidRDefault="00000000">
      <w:pPr>
        <w:pStyle w:val="a0"/>
        <w:keepLines/>
        <w:numPr>
          <w:ilvl w:val="0"/>
          <w:numId w:val="29"/>
        </w:numPr>
        <w:rPr>
          <w:lang w:eastAsia="zh-CN"/>
        </w:rPr>
      </w:pPr>
      <w:r>
        <w:rPr>
          <w:lang w:eastAsia="zh-CN"/>
        </w:rPr>
        <w:t>状态迁移使用白名单，不能任意回退；</w:t>
      </w:r>
    </w:p>
    <w:p w14:paraId="494534D7" w14:textId="77777777" w:rsidR="006D5139" w:rsidRDefault="00000000">
      <w:pPr>
        <w:pStyle w:val="a0"/>
        <w:keepLines/>
        <w:numPr>
          <w:ilvl w:val="0"/>
          <w:numId w:val="29"/>
        </w:numPr>
      </w:pPr>
      <w:r>
        <w:t>所有迁移写入</w:t>
      </w:r>
      <w:r>
        <w:t xml:space="preserve"> </w:t>
      </w:r>
      <w:r>
        <w:rPr>
          <w:rFonts w:ascii="Consolas" w:hAnsi="Consolas"/>
          <w:color w:val="1F4D78"/>
          <w:sz w:val="21"/>
        </w:rPr>
        <w:t>ApplicationStageHistory</w:t>
      </w:r>
      <w:r>
        <w:t>；</w:t>
      </w:r>
    </w:p>
    <w:p w14:paraId="7F08F258" w14:textId="77777777" w:rsidR="006D5139" w:rsidRDefault="00000000">
      <w:pPr>
        <w:pStyle w:val="a0"/>
        <w:keepLines/>
        <w:numPr>
          <w:ilvl w:val="0"/>
          <w:numId w:val="29"/>
        </w:numPr>
        <w:rPr>
          <w:lang w:eastAsia="zh-CN"/>
        </w:rPr>
      </w:pPr>
      <w:r>
        <w:rPr>
          <w:lang w:eastAsia="zh-CN"/>
        </w:rPr>
        <w:t>拒绝原因对内结构化记录，对求职者展示克制、无歧视的反馈；</w:t>
      </w:r>
    </w:p>
    <w:p w14:paraId="15461CCC" w14:textId="77777777" w:rsidR="006D5139" w:rsidRDefault="00000000">
      <w:pPr>
        <w:pStyle w:val="a0"/>
        <w:keepLines/>
        <w:numPr>
          <w:ilvl w:val="0"/>
          <w:numId w:val="29"/>
        </w:numPr>
        <w:rPr>
          <w:lang w:eastAsia="zh-CN"/>
        </w:rPr>
      </w:pPr>
      <w:r>
        <w:rPr>
          <w:lang w:eastAsia="zh-CN"/>
        </w:rPr>
        <w:t>同一求职者对同一岗位</w:t>
      </w:r>
      <w:r>
        <w:rPr>
          <w:lang w:eastAsia="zh-CN"/>
        </w:rPr>
        <w:t xml:space="preserve"> 30 </w:t>
      </w:r>
      <w:r>
        <w:rPr>
          <w:lang w:eastAsia="zh-CN"/>
        </w:rPr>
        <w:t>天内默认不能重复投递；</w:t>
      </w:r>
    </w:p>
    <w:p w14:paraId="3DCB7748" w14:textId="77777777" w:rsidR="006D5139" w:rsidRDefault="00000000">
      <w:pPr>
        <w:pStyle w:val="a0"/>
        <w:keepLines/>
        <w:numPr>
          <w:ilvl w:val="0"/>
          <w:numId w:val="29"/>
        </w:numPr>
        <w:rPr>
          <w:lang w:eastAsia="zh-CN"/>
        </w:rPr>
      </w:pPr>
      <w:r>
        <w:rPr>
          <w:lang w:eastAsia="zh-CN"/>
        </w:rPr>
        <w:t>求职者撤回后招聘者不再获得新增信息，但历史法定留存按政策执行。</w:t>
      </w:r>
    </w:p>
    <w:p w14:paraId="41ABCF56" w14:textId="77777777" w:rsidR="006D5139" w:rsidRDefault="00000000">
      <w:r>
        <w:rPr>
          <w:b/>
        </w:rPr>
        <w:t>验收：</w:t>
      </w:r>
    </w:p>
    <w:p w14:paraId="773DE956" w14:textId="77777777" w:rsidR="006D5139" w:rsidRDefault="00000000">
      <w:pPr>
        <w:pStyle w:val="a0"/>
        <w:keepLines/>
        <w:numPr>
          <w:ilvl w:val="0"/>
          <w:numId w:val="30"/>
        </w:numPr>
        <w:rPr>
          <w:lang w:eastAsia="zh-CN"/>
        </w:rPr>
      </w:pPr>
      <w:r>
        <w:rPr>
          <w:lang w:eastAsia="zh-CN"/>
        </w:rPr>
        <w:t>双方看到一致的流程时间线；</w:t>
      </w:r>
    </w:p>
    <w:p w14:paraId="1D2D72F1" w14:textId="77777777" w:rsidR="006D5139" w:rsidRDefault="00000000">
      <w:pPr>
        <w:pStyle w:val="a0"/>
        <w:keepLines/>
        <w:numPr>
          <w:ilvl w:val="0"/>
          <w:numId w:val="30"/>
        </w:numPr>
        <w:rPr>
          <w:lang w:eastAsia="zh-CN"/>
        </w:rPr>
      </w:pPr>
      <w:r>
        <w:rPr>
          <w:lang w:eastAsia="zh-CN"/>
        </w:rPr>
        <w:t>非法状态迁移返回明确错误；</w:t>
      </w:r>
    </w:p>
    <w:p w14:paraId="739F5433" w14:textId="77777777" w:rsidR="006D5139" w:rsidRDefault="00000000">
      <w:pPr>
        <w:pStyle w:val="a0"/>
        <w:keepLines/>
        <w:numPr>
          <w:ilvl w:val="0"/>
          <w:numId w:val="30"/>
        </w:numPr>
        <w:rPr>
          <w:lang w:eastAsia="zh-CN"/>
        </w:rPr>
      </w:pPr>
      <w:r>
        <w:rPr>
          <w:lang w:eastAsia="zh-CN"/>
        </w:rPr>
        <w:t>岗位关闭后不能新投递；</w:t>
      </w:r>
    </w:p>
    <w:p w14:paraId="426E21C3" w14:textId="77777777" w:rsidR="006D5139" w:rsidRDefault="00000000">
      <w:pPr>
        <w:pStyle w:val="a0"/>
        <w:keepLines/>
        <w:numPr>
          <w:ilvl w:val="0"/>
          <w:numId w:val="30"/>
        </w:numPr>
        <w:rPr>
          <w:lang w:eastAsia="zh-CN"/>
        </w:rPr>
      </w:pPr>
      <w:r>
        <w:rPr>
          <w:lang w:eastAsia="zh-CN"/>
        </w:rPr>
        <w:t>每个申请可追溯到岗位版本和简历快照。</w:t>
      </w:r>
    </w:p>
    <w:p w14:paraId="16120BC9" w14:textId="77777777" w:rsidR="006D5139" w:rsidRDefault="00000000">
      <w:pPr>
        <w:pStyle w:val="31"/>
        <w:rPr>
          <w:lang w:eastAsia="zh-CN"/>
        </w:rPr>
      </w:pPr>
      <w:r>
        <w:rPr>
          <w:rFonts w:ascii="Calibri" w:eastAsia="微软雅黑" w:hAnsi="Calibri"/>
          <w:lang w:eastAsia="zh-CN"/>
        </w:rPr>
        <w:t xml:space="preserve">6.6 FR-06 </w:t>
      </w:r>
      <w:r>
        <w:rPr>
          <w:rFonts w:ascii="Calibri" w:eastAsia="微软雅黑" w:hAnsi="Calibri"/>
          <w:lang w:eastAsia="zh-CN"/>
        </w:rPr>
        <w:t>直接沟通</w:t>
      </w:r>
    </w:p>
    <w:p w14:paraId="4D5ADE9B" w14:textId="77777777" w:rsidR="006D5139" w:rsidRDefault="00000000">
      <w:pPr>
        <w:rPr>
          <w:lang w:eastAsia="zh-CN"/>
        </w:rPr>
      </w:pPr>
      <w:r>
        <w:rPr>
          <w:b/>
          <w:lang w:eastAsia="zh-CN"/>
        </w:rPr>
        <w:t>建立会话的允许条件：</w:t>
      </w:r>
    </w:p>
    <w:p w14:paraId="321AD02D" w14:textId="77777777" w:rsidR="006D5139" w:rsidRDefault="00000000">
      <w:pPr>
        <w:pStyle w:val="a0"/>
        <w:keepLines/>
        <w:numPr>
          <w:ilvl w:val="0"/>
          <w:numId w:val="31"/>
        </w:numPr>
        <w:rPr>
          <w:lang w:eastAsia="zh-CN"/>
        </w:rPr>
      </w:pPr>
      <w:r>
        <w:rPr>
          <w:lang w:eastAsia="zh-CN"/>
        </w:rPr>
        <w:lastRenderedPageBreak/>
        <w:t>求职者主动向岗位发起打招呼；</w:t>
      </w:r>
    </w:p>
    <w:p w14:paraId="49B12F74" w14:textId="77777777" w:rsidR="006D5139" w:rsidRDefault="00000000">
      <w:pPr>
        <w:pStyle w:val="a0"/>
        <w:keepLines/>
        <w:numPr>
          <w:ilvl w:val="0"/>
          <w:numId w:val="31"/>
        </w:numPr>
      </w:pPr>
      <w:r>
        <w:t>求职者完成投递；</w:t>
      </w:r>
    </w:p>
    <w:p w14:paraId="2D765E91" w14:textId="77777777" w:rsidR="006D5139" w:rsidRDefault="00000000">
      <w:pPr>
        <w:pStyle w:val="a0"/>
        <w:keepLines/>
        <w:numPr>
          <w:ilvl w:val="0"/>
          <w:numId w:val="31"/>
        </w:numPr>
        <w:rPr>
          <w:lang w:eastAsia="zh-CN"/>
        </w:rPr>
      </w:pPr>
      <w:r>
        <w:rPr>
          <w:lang w:eastAsia="zh-CN"/>
        </w:rPr>
        <w:t>招聘者发起授权邀请，求职者接受。</w:t>
      </w:r>
    </w:p>
    <w:p w14:paraId="3116A9F5" w14:textId="77777777" w:rsidR="006D5139" w:rsidRDefault="00000000">
      <w:r>
        <w:rPr>
          <w:b/>
        </w:rPr>
        <w:t>规则：</w:t>
      </w:r>
    </w:p>
    <w:p w14:paraId="4D82E835" w14:textId="77777777" w:rsidR="006D5139" w:rsidRDefault="00000000">
      <w:pPr>
        <w:pStyle w:val="a0"/>
        <w:keepLines/>
        <w:numPr>
          <w:ilvl w:val="0"/>
          <w:numId w:val="32"/>
        </w:numPr>
        <w:rPr>
          <w:lang w:eastAsia="zh-CN"/>
        </w:rPr>
      </w:pPr>
      <w:r>
        <w:rPr>
          <w:lang w:eastAsia="zh-CN"/>
        </w:rPr>
        <w:t>未建立授权关系不得发送消息；</w:t>
      </w:r>
    </w:p>
    <w:p w14:paraId="321308AE" w14:textId="77777777" w:rsidR="006D5139" w:rsidRDefault="00000000">
      <w:pPr>
        <w:pStyle w:val="a0"/>
        <w:keepLines/>
        <w:numPr>
          <w:ilvl w:val="0"/>
          <w:numId w:val="32"/>
        </w:numPr>
        <w:rPr>
          <w:lang w:eastAsia="zh-CN"/>
        </w:rPr>
      </w:pPr>
      <w:r>
        <w:rPr>
          <w:lang w:eastAsia="zh-CN"/>
        </w:rPr>
        <w:t>默认不展示双方私人联系方式；</w:t>
      </w:r>
    </w:p>
    <w:p w14:paraId="1F40C35F" w14:textId="77777777" w:rsidR="006D5139" w:rsidRDefault="00000000">
      <w:pPr>
        <w:pStyle w:val="a0"/>
        <w:keepLines/>
        <w:numPr>
          <w:ilvl w:val="0"/>
          <w:numId w:val="32"/>
        </w:numPr>
        <w:rPr>
          <w:lang w:eastAsia="zh-CN"/>
        </w:rPr>
      </w:pPr>
      <w:r>
        <w:rPr>
          <w:lang w:eastAsia="zh-CN"/>
        </w:rPr>
        <w:t>支持文字、系统卡片和合规附件，</w:t>
      </w:r>
      <w:r>
        <w:rPr>
          <w:lang w:eastAsia="zh-CN"/>
        </w:rPr>
        <w:t xml:space="preserve">MVP </w:t>
      </w:r>
      <w:r>
        <w:rPr>
          <w:lang w:eastAsia="zh-CN"/>
        </w:rPr>
        <w:t>不支持语音</w:t>
      </w:r>
      <w:r>
        <w:rPr>
          <w:lang w:eastAsia="zh-CN"/>
        </w:rPr>
        <w:t>/</w:t>
      </w:r>
      <w:r>
        <w:rPr>
          <w:lang w:eastAsia="zh-CN"/>
        </w:rPr>
        <w:t>视频；</w:t>
      </w:r>
    </w:p>
    <w:p w14:paraId="1293C3EB" w14:textId="77777777" w:rsidR="006D5139" w:rsidRDefault="00000000">
      <w:pPr>
        <w:pStyle w:val="a0"/>
        <w:keepLines/>
        <w:numPr>
          <w:ilvl w:val="0"/>
          <w:numId w:val="32"/>
        </w:numPr>
        <w:rPr>
          <w:lang w:eastAsia="zh-CN"/>
        </w:rPr>
      </w:pPr>
      <w:r>
        <w:rPr>
          <w:lang w:eastAsia="zh-CN"/>
        </w:rPr>
        <w:t>新招聘者、异常频率、重复模板消息触发限流；</w:t>
      </w:r>
    </w:p>
    <w:p w14:paraId="49CFCEE2" w14:textId="77777777" w:rsidR="006D5139" w:rsidRDefault="00000000">
      <w:pPr>
        <w:pStyle w:val="a0"/>
        <w:keepLines/>
        <w:numPr>
          <w:ilvl w:val="0"/>
          <w:numId w:val="32"/>
        </w:numPr>
        <w:rPr>
          <w:lang w:eastAsia="zh-CN"/>
        </w:rPr>
      </w:pPr>
      <w:r>
        <w:rPr>
          <w:lang w:eastAsia="zh-CN"/>
        </w:rPr>
        <w:t>支持屏蔽、举报、撤回本人消息和证据保全；</w:t>
      </w:r>
    </w:p>
    <w:p w14:paraId="44409D00" w14:textId="77777777" w:rsidR="006D5139" w:rsidRDefault="00000000">
      <w:pPr>
        <w:pStyle w:val="a0"/>
        <w:keepLines/>
        <w:numPr>
          <w:ilvl w:val="0"/>
          <w:numId w:val="32"/>
        </w:numPr>
        <w:rPr>
          <w:lang w:eastAsia="zh-CN"/>
        </w:rPr>
      </w:pPr>
      <w:r>
        <w:rPr>
          <w:lang w:eastAsia="zh-CN"/>
        </w:rPr>
        <w:t>下架岗位会话保留，但禁止招聘方继续群发。</w:t>
      </w:r>
    </w:p>
    <w:p w14:paraId="7DD3EE3A" w14:textId="77777777" w:rsidR="006D5139" w:rsidRDefault="00000000">
      <w:r>
        <w:rPr>
          <w:b/>
        </w:rPr>
        <w:t>验收：</w:t>
      </w:r>
    </w:p>
    <w:p w14:paraId="4667101F" w14:textId="77777777" w:rsidR="006D5139" w:rsidRDefault="00000000">
      <w:pPr>
        <w:pStyle w:val="a0"/>
        <w:keepLines/>
        <w:numPr>
          <w:ilvl w:val="0"/>
          <w:numId w:val="33"/>
        </w:numPr>
        <w:rPr>
          <w:lang w:eastAsia="zh-CN"/>
        </w:rPr>
      </w:pPr>
      <w:r>
        <w:rPr>
          <w:lang w:eastAsia="zh-CN"/>
        </w:rPr>
        <w:t>消息写入成功后才向发送方显示成功；</w:t>
      </w:r>
    </w:p>
    <w:p w14:paraId="7AE24236" w14:textId="77777777" w:rsidR="006D5139" w:rsidRDefault="00000000">
      <w:pPr>
        <w:pStyle w:val="a0"/>
        <w:keepLines/>
        <w:numPr>
          <w:ilvl w:val="0"/>
          <w:numId w:val="33"/>
        </w:numPr>
        <w:rPr>
          <w:lang w:eastAsia="zh-CN"/>
        </w:rPr>
      </w:pPr>
      <w:r>
        <w:rPr>
          <w:lang w:eastAsia="zh-CN"/>
        </w:rPr>
        <w:t>网络重试通过幂等键避免重复消息；</w:t>
      </w:r>
    </w:p>
    <w:p w14:paraId="5513005C" w14:textId="77777777" w:rsidR="006D5139" w:rsidRDefault="00000000">
      <w:pPr>
        <w:pStyle w:val="a0"/>
        <w:keepLines/>
        <w:numPr>
          <w:ilvl w:val="0"/>
          <w:numId w:val="33"/>
        </w:numPr>
        <w:rPr>
          <w:lang w:eastAsia="zh-CN"/>
        </w:rPr>
      </w:pPr>
      <w:r>
        <w:rPr>
          <w:lang w:eastAsia="zh-CN"/>
        </w:rPr>
        <w:t>未读数、已读状态和多端同步正确；</w:t>
      </w:r>
    </w:p>
    <w:p w14:paraId="5501B53E" w14:textId="77777777" w:rsidR="006D5139" w:rsidRDefault="00000000">
      <w:pPr>
        <w:pStyle w:val="a0"/>
        <w:keepLines/>
        <w:numPr>
          <w:ilvl w:val="0"/>
          <w:numId w:val="33"/>
        </w:numPr>
        <w:rPr>
          <w:lang w:eastAsia="zh-CN"/>
        </w:rPr>
      </w:pPr>
      <w:r>
        <w:rPr>
          <w:lang w:eastAsia="zh-CN"/>
        </w:rPr>
        <w:t>举报后运营可查看必要上下文，访问有审计记录。</w:t>
      </w:r>
    </w:p>
    <w:p w14:paraId="3D92F3F9" w14:textId="77777777" w:rsidR="006D5139" w:rsidRDefault="00000000">
      <w:pPr>
        <w:pStyle w:val="31"/>
        <w:rPr>
          <w:lang w:eastAsia="zh-CN"/>
        </w:rPr>
      </w:pPr>
      <w:r>
        <w:rPr>
          <w:rFonts w:ascii="Calibri" w:eastAsia="微软雅黑" w:hAnsi="Calibri"/>
          <w:lang w:eastAsia="zh-CN"/>
        </w:rPr>
        <w:t xml:space="preserve">6.7 FR-07 </w:t>
      </w:r>
      <w:r>
        <w:rPr>
          <w:rFonts w:ascii="Calibri" w:eastAsia="微软雅黑" w:hAnsi="Calibri"/>
          <w:lang w:eastAsia="zh-CN"/>
        </w:rPr>
        <w:t>面试与</w:t>
      </w:r>
      <w:r>
        <w:rPr>
          <w:rFonts w:ascii="Calibri" w:eastAsia="微软雅黑" w:hAnsi="Calibri"/>
          <w:lang w:eastAsia="zh-CN"/>
        </w:rPr>
        <w:t xml:space="preserve"> Offer</w:t>
      </w:r>
    </w:p>
    <w:p w14:paraId="49A6793D" w14:textId="77777777" w:rsidR="006D5139" w:rsidRDefault="00000000">
      <w:pPr>
        <w:rPr>
          <w:lang w:eastAsia="zh-CN"/>
        </w:rPr>
      </w:pPr>
      <w:r>
        <w:rPr>
          <w:b/>
          <w:lang w:eastAsia="zh-CN"/>
        </w:rPr>
        <w:t>面试：</w:t>
      </w:r>
      <w:r>
        <w:rPr>
          <w:lang w:eastAsia="zh-CN"/>
        </w:rPr>
        <w:t xml:space="preserve"> </w:t>
      </w:r>
      <w:r>
        <w:rPr>
          <w:lang w:eastAsia="zh-CN"/>
        </w:rPr>
        <w:t>轮次、形式、时间、地点</w:t>
      </w:r>
      <w:r>
        <w:rPr>
          <w:lang w:eastAsia="zh-CN"/>
        </w:rPr>
        <w:t>/</w:t>
      </w:r>
      <w:r>
        <w:rPr>
          <w:lang w:eastAsia="zh-CN"/>
        </w:rPr>
        <w:t>会议链接、面试官、候选人确认、结构化评分卡、反馈状态。</w:t>
      </w:r>
    </w:p>
    <w:p w14:paraId="1285F493" w14:textId="77777777" w:rsidR="006D5139" w:rsidRDefault="00000000">
      <w:pPr>
        <w:rPr>
          <w:lang w:eastAsia="zh-CN"/>
        </w:rPr>
      </w:pPr>
      <w:r>
        <w:rPr>
          <w:b/>
          <w:lang w:eastAsia="zh-CN"/>
        </w:rPr>
        <w:t>Offer</w:t>
      </w:r>
      <w:r>
        <w:rPr>
          <w:b/>
          <w:lang w:eastAsia="zh-CN"/>
        </w:rPr>
        <w:t>：</w:t>
      </w:r>
      <w:r>
        <w:rPr>
          <w:lang w:eastAsia="zh-CN"/>
        </w:rPr>
        <w:t xml:space="preserve"> </w:t>
      </w:r>
      <w:r>
        <w:rPr>
          <w:lang w:eastAsia="zh-CN"/>
        </w:rPr>
        <w:t>职位、薪资结构、工作地、预计入职日、有效期、附件、接受</w:t>
      </w:r>
      <w:r>
        <w:rPr>
          <w:lang w:eastAsia="zh-CN"/>
        </w:rPr>
        <w:t>/</w:t>
      </w:r>
      <w:r>
        <w:rPr>
          <w:lang w:eastAsia="zh-CN"/>
        </w:rPr>
        <w:t>拒绝</w:t>
      </w:r>
      <w:r>
        <w:rPr>
          <w:lang w:eastAsia="zh-CN"/>
        </w:rPr>
        <w:t>/</w:t>
      </w:r>
      <w:r>
        <w:rPr>
          <w:lang w:eastAsia="zh-CN"/>
        </w:rPr>
        <w:t>过期。</w:t>
      </w:r>
    </w:p>
    <w:p w14:paraId="380475F5" w14:textId="77777777" w:rsidR="006D5139" w:rsidRDefault="00000000">
      <w:r>
        <w:rPr>
          <w:b/>
        </w:rPr>
        <w:t>规则：</w:t>
      </w:r>
    </w:p>
    <w:p w14:paraId="1E2E0795" w14:textId="77777777" w:rsidR="006D5139" w:rsidRDefault="00000000">
      <w:pPr>
        <w:pStyle w:val="a0"/>
        <w:keepLines/>
        <w:numPr>
          <w:ilvl w:val="0"/>
          <w:numId w:val="34"/>
        </w:numPr>
        <w:rPr>
          <w:lang w:eastAsia="zh-CN"/>
        </w:rPr>
      </w:pPr>
      <w:r>
        <w:rPr>
          <w:lang w:eastAsia="zh-CN"/>
        </w:rPr>
        <w:t>面试反馈仅本企业授权人员可见；</w:t>
      </w:r>
    </w:p>
    <w:p w14:paraId="66E58EDB" w14:textId="77777777" w:rsidR="006D5139" w:rsidRDefault="00000000">
      <w:pPr>
        <w:pStyle w:val="a0"/>
        <w:keepLines/>
        <w:numPr>
          <w:ilvl w:val="0"/>
          <w:numId w:val="34"/>
        </w:numPr>
        <w:rPr>
          <w:lang w:eastAsia="zh-CN"/>
        </w:rPr>
      </w:pPr>
      <w:r>
        <w:rPr>
          <w:lang w:eastAsia="zh-CN"/>
        </w:rPr>
        <w:t xml:space="preserve">AI </w:t>
      </w:r>
      <w:r>
        <w:rPr>
          <w:lang w:eastAsia="zh-CN"/>
        </w:rPr>
        <w:t>可生成问题建议，但不能自动生成事实性评价；</w:t>
      </w:r>
    </w:p>
    <w:p w14:paraId="0FA65C73" w14:textId="77777777" w:rsidR="006D5139" w:rsidRDefault="00000000">
      <w:pPr>
        <w:pStyle w:val="a0"/>
        <w:keepLines/>
        <w:numPr>
          <w:ilvl w:val="0"/>
          <w:numId w:val="34"/>
        </w:numPr>
      </w:pPr>
      <w:r>
        <w:t xml:space="preserve">Offer </w:t>
      </w:r>
      <w:r>
        <w:t>变更保留版本，接受后不可静默修改；</w:t>
      </w:r>
    </w:p>
    <w:p w14:paraId="7C356909" w14:textId="77777777" w:rsidR="006D5139" w:rsidRDefault="00000000">
      <w:pPr>
        <w:pStyle w:val="a0"/>
        <w:keepLines/>
        <w:numPr>
          <w:ilvl w:val="0"/>
          <w:numId w:val="34"/>
        </w:numPr>
        <w:rPr>
          <w:lang w:eastAsia="zh-CN"/>
        </w:rPr>
      </w:pPr>
      <w:r>
        <w:rPr>
          <w:lang w:eastAsia="zh-CN"/>
        </w:rPr>
        <w:t>涉及歧视或不当评价的反馈不得对求职者直接展示。</w:t>
      </w:r>
    </w:p>
    <w:p w14:paraId="280B867E" w14:textId="77777777" w:rsidR="006D5139" w:rsidRDefault="00000000">
      <w:r>
        <w:rPr>
          <w:b/>
        </w:rPr>
        <w:t>验收：</w:t>
      </w:r>
    </w:p>
    <w:p w14:paraId="5D334BF0" w14:textId="77777777" w:rsidR="006D5139" w:rsidRDefault="00000000">
      <w:pPr>
        <w:pStyle w:val="a0"/>
        <w:keepLines/>
        <w:numPr>
          <w:ilvl w:val="0"/>
          <w:numId w:val="35"/>
        </w:numPr>
        <w:rPr>
          <w:lang w:eastAsia="zh-CN"/>
        </w:rPr>
      </w:pPr>
      <w:r>
        <w:rPr>
          <w:lang w:eastAsia="zh-CN"/>
        </w:rPr>
        <w:t>时间冲突有提示；取消</w:t>
      </w:r>
      <w:r>
        <w:rPr>
          <w:lang w:eastAsia="zh-CN"/>
        </w:rPr>
        <w:t>/</w:t>
      </w:r>
      <w:r>
        <w:rPr>
          <w:lang w:eastAsia="zh-CN"/>
        </w:rPr>
        <w:t>改期双方收到通知；</w:t>
      </w:r>
    </w:p>
    <w:p w14:paraId="13F530EC" w14:textId="77777777" w:rsidR="006D5139" w:rsidRDefault="00000000">
      <w:pPr>
        <w:pStyle w:val="a0"/>
        <w:keepLines/>
        <w:numPr>
          <w:ilvl w:val="0"/>
          <w:numId w:val="35"/>
        </w:numPr>
        <w:rPr>
          <w:lang w:eastAsia="zh-CN"/>
        </w:rPr>
      </w:pPr>
      <w:r>
        <w:rPr>
          <w:lang w:eastAsia="zh-CN"/>
        </w:rPr>
        <w:t>评分卡提交后保留修改记录；</w:t>
      </w:r>
    </w:p>
    <w:p w14:paraId="40629571" w14:textId="77777777" w:rsidR="006D5139" w:rsidRDefault="00000000">
      <w:pPr>
        <w:pStyle w:val="a0"/>
        <w:keepLines/>
        <w:numPr>
          <w:ilvl w:val="0"/>
          <w:numId w:val="35"/>
        </w:numPr>
        <w:rPr>
          <w:lang w:eastAsia="zh-CN"/>
        </w:rPr>
      </w:pPr>
      <w:r>
        <w:rPr>
          <w:lang w:eastAsia="zh-CN"/>
        </w:rPr>
        <w:lastRenderedPageBreak/>
        <w:t xml:space="preserve">Offer </w:t>
      </w:r>
      <w:r>
        <w:rPr>
          <w:lang w:eastAsia="zh-CN"/>
        </w:rPr>
        <w:t>可在线确认状态，过期自动更新；</w:t>
      </w:r>
    </w:p>
    <w:p w14:paraId="210BE360" w14:textId="77777777" w:rsidR="006D5139" w:rsidRDefault="00000000">
      <w:pPr>
        <w:pStyle w:val="a0"/>
        <w:keepLines/>
        <w:numPr>
          <w:ilvl w:val="0"/>
          <w:numId w:val="35"/>
        </w:numPr>
        <w:rPr>
          <w:lang w:eastAsia="zh-CN"/>
        </w:rPr>
      </w:pPr>
      <w:r>
        <w:rPr>
          <w:lang w:eastAsia="zh-CN"/>
        </w:rPr>
        <w:t>所有附件访问使用短期授权链接。</w:t>
      </w:r>
    </w:p>
    <w:p w14:paraId="601E8CC0" w14:textId="77777777" w:rsidR="006D5139" w:rsidRDefault="00000000">
      <w:pPr>
        <w:pStyle w:val="31"/>
      </w:pPr>
      <w:r>
        <w:rPr>
          <w:rFonts w:ascii="Calibri" w:eastAsia="微软雅黑" w:hAnsi="Calibri"/>
        </w:rPr>
        <w:t xml:space="preserve">6.8 FR-08 </w:t>
      </w:r>
      <w:r>
        <w:rPr>
          <w:rFonts w:ascii="Calibri" w:eastAsia="微软雅黑" w:hAnsi="Calibri"/>
        </w:rPr>
        <w:t>阿布</w:t>
      </w:r>
      <w:r>
        <w:rPr>
          <w:rFonts w:ascii="Calibri" w:eastAsia="微软雅黑" w:hAnsi="Calibri"/>
        </w:rPr>
        <w:t xml:space="preserve"> AI </w:t>
      </w:r>
      <w:r>
        <w:rPr>
          <w:rFonts w:ascii="Calibri" w:eastAsia="微软雅黑" w:hAnsi="Calibri"/>
        </w:rPr>
        <w:t>求职助手</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736CD212" w14:textId="77777777">
        <w:trPr>
          <w:cantSplit/>
          <w:tblHeader/>
        </w:trPr>
        <w:tc>
          <w:tcPr>
            <w:tcW w:w="1800" w:type="dxa"/>
            <w:shd w:val="clear" w:color="auto" w:fill="F2F4F7"/>
            <w:tcMar>
              <w:top w:w="80" w:type="dxa"/>
              <w:left w:w="120" w:type="dxa"/>
              <w:bottom w:w="80" w:type="dxa"/>
              <w:right w:w="120" w:type="dxa"/>
            </w:tcMar>
            <w:vAlign w:val="center"/>
          </w:tcPr>
          <w:p w14:paraId="0F0A8868" w14:textId="77777777" w:rsidR="006D5139" w:rsidRDefault="00000000">
            <w:pPr>
              <w:spacing w:after="40" w:line="252" w:lineRule="auto"/>
            </w:pPr>
            <w:r>
              <w:rPr>
                <w:b/>
                <w:color w:val="0B2545"/>
                <w:sz w:val="17"/>
              </w:rPr>
              <w:t>场景</w:t>
            </w:r>
          </w:p>
        </w:tc>
        <w:tc>
          <w:tcPr>
            <w:tcW w:w="2700" w:type="dxa"/>
            <w:shd w:val="clear" w:color="auto" w:fill="F2F4F7"/>
            <w:tcMar>
              <w:top w:w="80" w:type="dxa"/>
              <w:left w:w="120" w:type="dxa"/>
              <w:bottom w:w="80" w:type="dxa"/>
              <w:right w:w="120" w:type="dxa"/>
            </w:tcMar>
            <w:vAlign w:val="center"/>
          </w:tcPr>
          <w:p w14:paraId="221FAB6A" w14:textId="77777777" w:rsidR="006D5139" w:rsidRDefault="00000000">
            <w:pPr>
              <w:spacing w:after="40" w:line="252" w:lineRule="auto"/>
            </w:pPr>
            <w:r>
              <w:rPr>
                <w:b/>
                <w:color w:val="0B2545"/>
                <w:sz w:val="17"/>
              </w:rPr>
              <w:t>输入</w:t>
            </w:r>
          </w:p>
        </w:tc>
        <w:tc>
          <w:tcPr>
            <w:tcW w:w="3060" w:type="dxa"/>
            <w:shd w:val="clear" w:color="auto" w:fill="F2F4F7"/>
            <w:tcMar>
              <w:top w:w="80" w:type="dxa"/>
              <w:left w:w="120" w:type="dxa"/>
              <w:bottom w:w="80" w:type="dxa"/>
              <w:right w:w="120" w:type="dxa"/>
            </w:tcMar>
            <w:vAlign w:val="center"/>
          </w:tcPr>
          <w:p w14:paraId="33FFCCBD" w14:textId="77777777" w:rsidR="006D5139" w:rsidRDefault="00000000">
            <w:pPr>
              <w:spacing w:after="40" w:line="252" w:lineRule="auto"/>
            </w:pPr>
            <w:r>
              <w:rPr>
                <w:b/>
                <w:color w:val="0B2545"/>
                <w:sz w:val="17"/>
              </w:rPr>
              <w:t>输出</w:t>
            </w:r>
          </w:p>
        </w:tc>
        <w:tc>
          <w:tcPr>
            <w:tcW w:w="1800" w:type="dxa"/>
            <w:shd w:val="clear" w:color="auto" w:fill="F2F4F7"/>
            <w:tcMar>
              <w:top w:w="80" w:type="dxa"/>
              <w:left w:w="120" w:type="dxa"/>
              <w:bottom w:w="80" w:type="dxa"/>
              <w:right w:w="120" w:type="dxa"/>
            </w:tcMar>
            <w:vAlign w:val="center"/>
          </w:tcPr>
          <w:p w14:paraId="775E3038" w14:textId="77777777" w:rsidR="006D5139" w:rsidRDefault="00000000">
            <w:pPr>
              <w:spacing w:after="40" w:line="252" w:lineRule="auto"/>
            </w:pPr>
            <w:r>
              <w:rPr>
                <w:b/>
                <w:color w:val="0B2545"/>
                <w:sz w:val="17"/>
              </w:rPr>
              <w:t>边界</w:t>
            </w:r>
          </w:p>
        </w:tc>
      </w:tr>
      <w:tr w:rsidR="006D5139" w14:paraId="63BAE9A4" w14:textId="77777777">
        <w:trPr>
          <w:cantSplit/>
        </w:trPr>
        <w:tc>
          <w:tcPr>
            <w:tcW w:w="1800" w:type="dxa"/>
            <w:tcMar>
              <w:top w:w="80" w:type="dxa"/>
              <w:left w:w="120" w:type="dxa"/>
              <w:bottom w:w="80" w:type="dxa"/>
              <w:right w:w="120" w:type="dxa"/>
            </w:tcMar>
            <w:vAlign w:val="center"/>
          </w:tcPr>
          <w:p w14:paraId="30C3F4F3" w14:textId="77777777" w:rsidR="006D5139" w:rsidRDefault="00000000">
            <w:pPr>
              <w:spacing w:after="60" w:line="252" w:lineRule="auto"/>
            </w:pPr>
            <w:r>
              <w:rPr>
                <w:sz w:val="17"/>
              </w:rPr>
              <w:t>简历解析</w:t>
            </w:r>
          </w:p>
        </w:tc>
        <w:tc>
          <w:tcPr>
            <w:tcW w:w="2700" w:type="dxa"/>
            <w:tcMar>
              <w:top w:w="80" w:type="dxa"/>
              <w:left w:w="120" w:type="dxa"/>
              <w:bottom w:w="80" w:type="dxa"/>
              <w:right w:w="120" w:type="dxa"/>
            </w:tcMar>
            <w:vAlign w:val="center"/>
          </w:tcPr>
          <w:p w14:paraId="6898E438" w14:textId="77777777" w:rsidR="006D5139" w:rsidRDefault="00000000">
            <w:pPr>
              <w:spacing w:after="60" w:line="252" w:lineRule="auto"/>
            </w:pPr>
            <w:r>
              <w:rPr>
                <w:sz w:val="17"/>
              </w:rPr>
              <w:t>用户简历</w:t>
            </w:r>
          </w:p>
        </w:tc>
        <w:tc>
          <w:tcPr>
            <w:tcW w:w="3060" w:type="dxa"/>
            <w:tcMar>
              <w:top w:w="80" w:type="dxa"/>
              <w:left w:w="120" w:type="dxa"/>
              <w:bottom w:w="80" w:type="dxa"/>
              <w:right w:w="120" w:type="dxa"/>
            </w:tcMar>
            <w:vAlign w:val="center"/>
          </w:tcPr>
          <w:p w14:paraId="4C781F4B" w14:textId="77777777" w:rsidR="006D5139" w:rsidRDefault="00000000">
            <w:pPr>
              <w:spacing w:after="60" w:line="252" w:lineRule="auto"/>
              <w:rPr>
                <w:lang w:eastAsia="zh-CN"/>
              </w:rPr>
            </w:pPr>
            <w:r>
              <w:rPr>
                <w:sz w:val="17"/>
                <w:lang w:eastAsia="zh-CN"/>
              </w:rPr>
              <w:t>结构化字段和待确认项</w:t>
            </w:r>
          </w:p>
        </w:tc>
        <w:tc>
          <w:tcPr>
            <w:tcW w:w="1800" w:type="dxa"/>
            <w:tcMar>
              <w:top w:w="80" w:type="dxa"/>
              <w:left w:w="120" w:type="dxa"/>
              <w:bottom w:w="80" w:type="dxa"/>
              <w:right w:w="120" w:type="dxa"/>
            </w:tcMar>
            <w:vAlign w:val="center"/>
          </w:tcPr>
          <w:p w14:paraId="3755701D" w14:textId="77777777" w:rsidR="006D5139" w:rsidRDefault="00000000">
            <w:pPr>
              <w:spacing w:after="60" w:line="252" w:lineRule="auto"/>
            </w:pPr>
            <w:r>
              <w:rPr>
                <w:sz w:val="17"/>
              </w:rPr>
              <w:t>未确认不写正式档案</w:t>
            </w:r>
          </w:p>
        </w:tc>
      </w:tr>
      <w:tr w:rsidR="006D5139" w14:paraId="1B9D61CF" w14:textId="77777777">
        <w:trPr>
          <w:cantSplit/>
        </w:trPr>
        <w:tc>
          <w:tcPr>
            <w:tcW w:w="1800" w:type="dxa"/>
            <w:tcMar>
              <w:top w:w="80" w:type="dxa"/>
              <w:left w:w="120" w:type="dxa"/>
              <w:bottom w:w="80" w:type="dxa"/>
              <w:right w:w="120" w:type="dxa"/>
            </w:tcMar>
            <w:vAlign w:val="center"/>
          </w:tcPr>
          <w:p w14:paraId="14A22201" w14:textId="77777777" w:rsidR="006D5139" w:rsidRDefault="00000000">
            <w:pPr>
              <w:spacing w:after="60" w:line="252" w:lineRule="auto"/>
            </w:pPr>
            <w:r>
              <w:rPr>
                <w:sz w:val="17"/>
              </w:rPr>
              <w:t>简历诊断</w:t>
            </w:r>
          </w:p>
        </w:tc>
        <w:tc>
          <w:tcPr>
            <w:tcW w:w="2700" w:type="dxa"/>
            <w:tcMar>
              <w:top w:w="80" w:type="dxa"/>
              <w:left w:w="120" w:type="dxa"/>
              <w:bottom w:w="80" w:type="dxa"/>
              <w:right w:w="120" w:type="dxa"/>
            </w:tcMar>
            <w:vAlign w:val="center"/>
          </w:tcPr>
          <w:p w14:paraId="2AFF49A5" w14:textId="77777777" w:rsidR="006D5139" w:rsidRDefault="00000000">
            <w:pPr>
              <w:spacing w:after="60" w:line="252" w:lineRule="auto"/>
            </w:pPr>
            <w:r>
              <w:rPr>
                <w:sz w:val="17"/>
              </w:rPr>
              <w:t>简历、目标岗位</w:t>
            </w:r>
          </w:p>
        </w:tc>
        <w:tc>
          <w:tcPr>
            <w:tcW w:w="3060" w:type="dxa"/>
            <w:tcMar>
              <w:top w:w="80" w:type="dxa"/>
              <w:left w:w="120" w:type="dxa"/>
              <w:bottom w:w="80" w:type="dxa"/>
              <w:right w:w="120" w:type="dxa"/>
            </w:tcMar>
            <w:vAlign w:val="center"/>
          </w:tcPr>
          <w:p w14:paraId="1EB90B25" w14:textId="77777777" w:rsidR="006D5139" w:rsidRDefault="00000000">
            <w:pPr>
              <w:spacing w:after="60" w:line="252" w:lineRule="auto"/>
              <w:rPr>
                <w:lang w:eastAsia="zh-CN"/>
              </w:rPr>
            </w:pPr>
            <w:r>
              <w:rPr>
                <w:sz w:val="17"/>
                <w:lang w:eastAsia="zh-CN"/>
              </w:rPr>
              <w:t>优势、缺口、可执行修改建议</w:t>
            </w:r>
          </w:p>
        </w:tc>
        <w:tc>
          <w:tcPr>
            <w:tcW w:w="1800" w:type="dxa"/>
            <w:tcMar>
              <w:top w:w="80" w:type="dxa"/>
              <w:left w:w="120" w:type="dxa"/>
              <w:bottom w:w="80" w:type="dxa"/>
              <w:right w:w="120" w:type="dxa"/>
            </w:tcMar>
            <w:vAlign w:val="center"/>
          </w:tcPr>
          <w:p w14:paraId="3BED59DE" w14:textId="77777777" w:rsidR="006D5139" w:rsidRDefault="00000000">
            <w:pPr>
              <w:spacing w:after="60" w:line="252" w:lineRule="auto"/>
              <w:rPr>
                <w:lang w:eastAsia="zh-CN"/>
              </w:rPr>
            </w:pPr>
            <w:r>
              <w:rPr>
                <w:sz w:val="17"/>
                <w:lang w:eastAsia="zh-CN"/>
              </w:rPr>
              <w:t>不捏造经历，不承诺录用</w:t>
            </w:r>
          </w:p>
        </w:tc>
      </w:tr>
      <w:tr w:rsidR="006D5139" w14:paraId="7AE667B2" w14:textId="77777777">
        <w:trPr>
          <w:cantSplit/>
        </w:trPr>
        <w:tc>
          <w:tcPr>
            <w:tcW w:w="1800" w:type="dxa"/>
            <w:tcMar>
              <w:top w:w="80" w:type="dxa"/>
              <w:left w:w="120" w:type="dxa"/>
              <w:bottom w:w="80" w:type="dxa"/>
              <w:right w:w="120" w:type="dxa"/>
            </w:tcMar>
            <w:vAlign w:val="center"/>
          </w:tcPr>
          <w:p w14:paraId="7FBDF299" w14:textId="77777777" w:rsidR="006D5139" w:rsidRDefault="00000000">
            <w:pPr>
              <w:spacing w:after="60" w:line="252" w:lineRule="auto"/>
            </w:pPr>
            <w:r>
              <w:rPr>
                <w:sz w:val="17"/>
              </w:rPr>
              <w:t>岗位匹配解释</w:t>
            </w:r>
          </w:p>
        </w:tc>
        <w:tc>
          <w:tcPr>
            <w:tcW w:w="2700" w:type="dxa"/>
            <w:tcMar>
              <w:top w:w="80" w:type="dxa"/>
              <w:left w:w="120" w:type="dxa"/>
              <w:bottom w:w="80" w:type="dxa"/>
              <w:right w:w="120" w:type="dxa"/>
            </w:tcMar>
            <w:vAlign w:val="center"/>
          </w:tcPr>
          <w:p w14:paraId="3510E4D3" w14:textId="77777777" w:rsidR="006D5139" w:rsidRDefault="00000000">
            <w:pPr>
              <w:spacing w:after="60" w:line="252" w:lineRule="auto"/>
            </w:pPr>
            <w:r>
              <w:rPr>
                <w:sz w:val="17"/>
              </w:rPr>
              <w:t>档案、岗位</w:t>
            </w:r>
          </w:p>
        </w:tc>
        <w:tc>
          <w:tcPr>
            <w:tcW w:w="3060" w:type="dxa"/>
            <w:tcMar>
              <w:top w:w="80" w:type="dxa"/>
              <w:left w:w="120" w:type="dxa"/>
              <w:bottom w:w="80" w:type="dxa"/>
              <w:right w:w="120" w:type="dxa"/>
            </w:tcMar>
            <w:vAlign w:val="center"/>
          </w:tcPr>
          <w:p w14:paraId="64273543" w14:textId="77777777" w:rsidR="006D5139" w:rsidRDefault="00000000">
            <w:pPr>
              <w:spacing w:after="60" w:line="252" w:lineRule="auto"/>
              <w:rPr>
                <w:lang w:eastAsia="zh-CN"/>
              </w:rPr>
            </w:pPr>
            <w:r>
              <w:rPr>
                <w:sz w:val="17"/>
                <w:lang w:eastAsia="zh-CN"/>
              </w:rPr>
              <w:t>匹配项、缺口、未知项、建议提问</w:t>
            </w:r>
          </w:p>
        </w:tc>
        <w:tc>
          <w:tcPr>
            <w:tcW w:w="1800" w:type="dxa"/>
            <w:tcMar>
              <w:top w:w="80" w:type="dxa"/>
              <w:left w:w="120" w:type="dxa"/>
              <w:bottom w:w="80" w:type="dxa"/>
              <w:right w:w="120" w:type="dxa"/>
            </w:tcMar>
            <w:vAlign w:val="center"/>
          </w:tcPr>
          <w:p w14:paraId="4F333789" w14:textId="77777777" w:rsidR="006D5139" w:rsidRDefault="00000000">
            <w:pPr>
              <w:spacing w:after="60" w:line="252" w:lineRule="auto"/>
            </w:pPr>
            <w:r>
              <w:rPr>
                <w:sz w:val="17"/>
              </w:rPr>
              <w:t>不输出</w:t>
            </w:r>
            <w:r>
              <w:rPr>
                <w:sz w:val="17"/>
              </w:rPr>
              <w:t>“</w:t>
            </w:r>
            <w:r>
              <w:rPr>
                <w:sz w:val="17"/>
              </w:rPr>
              <w:t>录取概率</w:t>
            </w:r>
            <w:r>
              <w:rPr>
                <w:sz w:val="17"/>
              </w:rPr>
              <w:t>”</w:t>
            </w:r>
          </w:p>
        </w:tc>
      </w:tr>
      <w:tr w:rsidR="006D5139" w14:paraId="2EA7F9E1" w14:textId="77777777">
        <w:trPr>
          <w:cantSplit/>
        </w:trPr>
        <w:tc>
          <w:tcPr>
            <w:tcW w:w="1800" w:type="dxa"/>
            <w:tcMar>
              <w:top w:w="80" w:type="dxa"/>
              <w:left w:w="120" w:type="dxa"/>
              <w:bottom w:w="80" w:type="dxa"/>
              <w:right w:w="120" w:type="dxa"/>
            </w:tcMar>
            <w:vAlign w:val="center"/>
          </w:tcPr>
          <w:p w14:paraId="74250B33" w14:textId="77777777" w:rsidR="006D5139" w:rsidRDefault="00000000">
            <w:pPr>
              <w:spacing w:after="60" w:line="252" w:lineRule="auto"/>
            </w:pPr>
            <w:r>
              <w:rPr>
                <w:sz w:val="17"/>
              </w:rPr>
              <w:t>打招呼建议</w:t>
            </w:r>
          </w:p>
        </w:tc>
        <w:tc>
          <w:tcPr>
            <w:tcW w:w="2700" w:type="dxa"/>
            <w:tcMar>
              <w:top w:w="80" w:type="dxa"/>
              <w:left w:w="120" w:type="dxa"/>
              <w:bottom w:w="80" w:type="dxa"/>
              <w:right w:w="120" w:type="dxa"/>
            </w:tcMar>
            <w:vAlign w:val="center"/>
          </w:tcPr>
          <w:p w14:paraId="4C2BA753" w14:textId="77777777" w:rsidR="006D5139" w:rsidRDefault="00000000">
            <w:pPr>
              <w:spacing w:after="60" w:line="252" w:lineRule="auto"/>
            </w:pPr>
            <w:r>
              <w:rPr>
                <w:sz w:val="17"/>
              </w:rPr>
              <w:t>档案、岗位</w:t>
            </w:r>
          </w:p>
        </w:tc>
        <w:tc>
          <w:tcPr>
            <w:tcW w:w="3060" w:type="dxa"/>
            <w:tcMar>
              <w:top w:w="80" w:type="dxa"/>
              <w:left w:w="120" w:type="dxa"/>
              <w:bottom w:w="80" w:type="dxa"/>
              <w:right w:w="120" w:type="dxa"/>
            </w:tcMar>
            <w:vAlign w:val="center"/>
          </w:tcPr>
          <w:p w14:paraId="41BF0879" w14:textId="77777777" w:rsidR="006D5139" w:rsidRDefault="00000000">
            <w:pPr>
              <w:spacing w:after="60" w:line="252" w:lineRule="auto"/>
            </w:pPr>
            <w:r>
              <w:rPr>
                <w:sz w:val="17"/>
              </w:rPr>
              <w:t xml:space="preserve">3 </w:t>
            </w:r>
            <w:r>
              <w:rPr>
                <w:sz w:val="17"/>
              </w:rPr>
              <w:t>个可编辑候选文案</w:t>
            </w:r>
          </w:p>
        </w:tc>
        <w:tc>
          <w:tcPr>
            <w:tcW w:w="1800" w:type="dxa"/>
            <w:tcMar>
              <w:top w:w="80" w:type="dxa"/>
              <w:left w:w="120" w:type="dxa"/>
              <w:bottom w:w="80" w:type="dxa"/>
              <w:right w:w="120" w:type="dxa"/>
            </w:tcMar>
            <w:vAlign w:val="center"/>
          </w:tcPr>
          <w:p w14:paraId="58B4E452" w14:textId="77777777" w:rsidR="006D5139" w:rsidRDefault="00000000">
            <w:pPr>
              <w:spacing w:after="60" w:line="252" w:lineRule="auto"/>
              <w:rPr>
                <w:lang w:eastAsia="zh-CN"/>
              </w:rPr>
            </w:pPr>
            <w:r>
              <w:rPr>
                <w:sz w:val="17"/>
                <w:lang w:eastAsia="zh-CN"/>
              </w:rPr>
              <w:t>发送前必须由用户确认</w:t>
            </w:r>
          </w:p>
        </w:tc>
      </w:tr>
      <w:tr w:rsidR="006D5139" w14:paraId="0366B225" w14:textId="77777777">
        <w:trPr>
          <w:cantSplit/>
        </w:trPr>
        <w:tc>
          <w:tcPr>
            <w:tcW w:w="1800" w:type="dxa"/>
            <w:tcMar>
              <w:top w:w="80" w:type="dxa"/>
              <w:left w:w="120" w:type="dxa"/>
              <w:bottom w:w="80" w:type="dxa"/>
              <w:right w:w="120" w:type="dxa"/>
            </w:tcMar>
            <w:vAlign w:val="center"/>
          </w:tcPr>
          <w:p w14:paraId="7D29E947" w14:textId="77777777" w:rsidR="006D5139" w:rsidRDefault="00000000">
            <w:pPr>
              <w:spacing w:after="60" w:line="252" w:lineRule="auto"/>
            </w:pPr>
            <w:r>
              <w:rPr>
                <w:sz w:val="17"/>
              </w:rPr>
              <w:t>面试训练</w:t>
            </w:r>
          </w:p>
        </w:tc>
        <w:tc>
          <w:tcPr>
            <w:tcW w:w="2700" w:type="dxa"/>
            <w:tcMar>
              <w:top w:w="80" w:type="dxa"/>
              <w:left w:w="120" w:type="dxa"/>
              <w:bottom w:w="80" w:type="dxa"/>
              <w:right w:w="120" w:type="dxa"/>
            </w:tcMar>
            <w:vAlign w:val="center"/>
          </w:tcPr>
          <w:p w14:paraId="4BE74001" w14:textId="77777777" w:rsidR="006D5139" w:rsidRDefault="00000000">
            <w:pPr>
              <w:spacing w:after="60" w:line="252" w:lineRule="auto"/>
            </w:pPr>
            <w:r>
              <w:rPr>
                <w:sz w:val="17"/>
              </w:rPr>
              <w:t>岗位、简历</w:t>
            </w:r>
          </w:p>
        </w:tc>
        <w:tc>
          <w:tcPr>
            <w:tcW w:w="3060" w:type="dxa"/>
            <w:tcMar>
              <w:top w:w="80" w:type="dxa"/>
              <w:left w:w="120" w:type="dxa"/>
              <w:bottom w:w="80" w:type="dxa"/>
              <w:right w:w="120" w:type="dxa"/>
            </w:tcMar>
            <w:vAlign w:val="center"/>
          </w:tcPr>
          <w:p w14:paraId="018F3FE8" w14:textId="77777777" w:rsidR="006D5139" w:rsidRDefault="00000000">
            <w:pPr>
              <w:spacing w:after="60" w:line="252" w:lineRule="auto"/>
              <w:rPr>
                <w:lang w:eastAsia="zh-CN"/>
              </w:rPr>
            </w:pPr>
            <w:r>
              <w:rPr>
                <w:sz w:val="17"/>
                <w:lang w:eastAsia="zh-CN"/>
              </w:rPr>
              <w:t>问题、用户回答点评、改进建议</w:t>
            </w:r>
          </w:p>
        </w:tc>
        <w:tc>
          <w:tcPr>
            <w:tcW w:w="1800" w:type="dxa"/>
            <w:tcMar>
              <w:top w:w="80" w:type="dxa"/>
              <w:left w:w="120" w:type="dxa"/>
              <w:bottom w:w="80" w:type="dxa"/>
              <w:right w:w="120" w:type="dxa"/>
            </w:tcMar>
            <w:vAlign w:val="center"/>
          </w:tcPr>
          <w:p w14:paraId="6F935D14" w14:textId="77777777" w:rsidR="006D5139" w:rsidRDefault="00000000">
            <w:pPr>
              <w:spacing w:after="60" w:line="252" w:lineRule="auto"/>
            </w:pPr>
            <w:r>
              <w:rPr>
                <w:sz w:val="17"/>
              </w:rPr>
              <w:t>不替代招聘方评价</w:t>
            </w:r>
          </w:p>
        </w:tc>
      </w:tr>
    </w:tbl>
    <w:p w14:paraId="15CCE76C" w14:textId="77777777" w:rsidR="006D5139" w:rsidRDefault="006D5139">
      <w:pPr>
        <w:spacing w:after="40"/>
      </w:pPr>
    </w:p>
    <w:p w14:paraId="70D6D3A0" w14:textId="77777777" w:rsidR="006D5139" w:rsidRDefault="00000000">
      <w:r>
        <w:rPr>
          <w:b/>
        </w:rPr>
        <w:t xml:space="preserve">AI </w:t>
      </w:r>
      <w:r>
        <w:rPr>
          <w:b/>
        </w:rPr>
        <w:t>处理流程：</w:t>
      </w:r>
    </w:p>
    <w:p w14:paraId="7C81A692" w14:textId="77777777" w:rsidR="006D5139" w:rsidRDefault="00000000">
      <w:pPr>
        <w:pStyle w:val="a"/>
        <w:keepLines/>
        <w:numPr>
          <w:ilvl w:val="0"/>
          <w:numId w:val="36"/>
        </w:numPr>
      </w:pPr>
      <w:r>
        <w:t>用户明确发起；</w:t>
      </w:r>
    </w:p>
    <w:p w14:paraId="14E01C36" w14:textId="77777777" w:rsidR="006D5139" w:rsidRDefault="00000000">
      <w:pPr>
        <w:pStyle w:val="a"/>
        <w:keepLines/>
        <w:numPr>
          <w:ilvl w:val="0"/>
          <w:numId w:val="36"/>
        </w:numPr>
        <w:rPr>
          <w:lang w:eastAsia="zh-CN"/>
        </w:rPr>
      </w:pPr>
      <w:r>
        <w:rPr>
          <w:lang w:eastAsia="zh-CN"/>
        </w:rPr>
        <w:t>展示用途、数据范围和</w:t>
      </w:r>
      <w:r>
        <w:rPr>
          <w:lang w:eastAsia="zh-CN"/>
        </w:rPr>
        <w:t xml:space="preserve"> AI </w:t>
      </w:r>
      <w:r>
        <w:rPr>
          <w:lang w:eastAsia="zh-CN"/>
        </w:rPr>
        <w:t>标识；</w:t>
      </w:r>
    </w:p>
    <w:p w14:paraId="74A7101E" w14:textId="77777777" w:rsidR="006D5139" w:rsidRDefault="00000000">
      <w:pPr>
        <w:pStyle w:val="a"/>
        <w:keepLines/>
        <w:numPr>
          <w:ilvl w:val="0"/>
          <w:numId w:val="36"/>
        </w:numPr>
        <w:rPr>
          <w:lang w:eastAsia="zh-CN"/>
        </w:rPr>
      </w:pPr>
      <w:r>
        <w:rPr>
          <w:lang w:eastAsia="zh-CN"/>
        </w:rPr>
        <w:t>服务端最小化提取上下文并进行脱敏；</w:t>
      </w:r>
    </w:p>
    <w:p w14:paraId="48223A32" w14:textId="77777777" w:rsidR="006D5139" w:rsidRDefault="00000000">
      <w:pPr>
        <w:pStyle w:val="a"/>
        <w:keepLines/>
        <w:numPr>
          <w:ilvl w:val="0"/>
          <w:numId w:val="36"/>
        </w:numPr>
        <w:rPr>
          <w:lang w:eastAsia="zh-CN"/>
        </w:rPr>
      </w:pPr>
      <w:r>
        <w:rPr>
          <w:lang w:eastAsia="zh-CN"/>
        </w:rPr>
        <w:t>创建</w:t>
      </w:r>
      <w:r>
        <w:rPr>
          <w:lang w:eastAsia="zh-CN"/>
        </w:rPr>
        <w:t xml:space="preserve"> </w:t>
      </w:r>
      <w:r>
        <w:rPr>
          <w:rFonts w:ascii="Consolas" w:hAnsi="Consolas"/>
          <w:color w:val="1F4D78"/>
          <w:sz w:val="21"/>
          <w:lang w:eastAsia="zh-CN"/>
        </w:rPr>
        <w:t>AITask</w:t>
      </w:r>
      <w:r>
        <w:rPr>
          <w:lang w:eastAsia="zh-CN"/>
        </w:rPr>
        <w:t>，进入后台队列；</w:t>
      </w:r>
    </w:p>
    <w:p w14:paraId="641F6E32" w14:textId="77777777" w:rsidR="006D5139" w:rsidRDefault="00000000">
      <w:pPr>
        <w:pStyle w:val="a"/>
        <w:keepLines/>
        <w:numPr>
          <w:ilvl w:val="0"/>
          <w:numId w:val="36"/>
        </w:numPr>
        <w:rPr>
          <w:lang w:eastAsia="zh-CN"/>
        </w:rPr>
      </w:pPr>
      <w:r>
        <w:rPr>
          <w:lang w:eastAsia="zh-CN"/>
        </w:rPr>
        <w:t>调用模型适配器并执行安全检查；</w:t>
      </w:r>
    </w:p>
    <w:p w14:paraId="24D372CB" w14:textId="77777777" w:rsidR="006D5139" w:rsidRDefault="00000000">
      <w:pPr>
        <w:pStyle w:val="a"/>
        <w:keepLines/>
        <w:numPr>
          <w:ilvl w:val="0"/>
          <w:numId w:val="36"/>
        </w:numPr>
        <w:rPr>
          <w:lang w:eastAsia="zh-CN"/>
        </w:rPr>
      </w:pPr>
      <w:r>
        <w:rPr>
          <w:lang w:eastAsia="zh-CN"/>
        </w:rPr>
        <w:t>保存模型、提示词、规则版本和成本；</w:t>
      </w:r>
    </w:p>
    <w:p w14:paraId="5EE7AE89" w14:textId="77777777" w:rsidR="006D5139" w:rsidRDefault="00000000">
      <w:pPr>
        <w:pStyle w:val="a"/>
        <w:keepLines/>
        <w:numPr>
          <w:ilvl w:val="0"/>
          <w:numId w:val="36"/>
        </w:numPr>
        <w:rPr>
          <w:lang w:eastAsia="zh-CN"/>
        </w:rPr>
      </w:pPr>
      <w:r>
        <w:rPr>
          <w:lang w:eastAsia="zh-CN"/>
        </w:rPr>
        <w:t>输出显著标注</w:t>
      </w:r>
      <w:r>
        <w:rPr>
          <w:lang w:eastAsia="zh-CN"/>
        </w:rPr>
        <w:t xml:space="preserve">“AI </w:t>
      </w:r>
      <w:r>
        <w:rPr>
          <w:lang w:eastAsia="zh-CN"/>
        </w:rPr>
        <w:t>生成</w:t>
      </w:r>
      <w:r>
        <w:rPr>
          <w:lang w:eastAsia="zh-CN"/>
        </w:rPr>
        <w:t>/</w:t>
      </w:r>
      <w:r>
        <w:rPr>
          <w:lang w:eastAsia="zh-CN"/>
        </w:rPr>
        <w:t>辅助建议</w:t>
      </w:r>
      <w:r>
        <w:rPr>
          <w:lang w:eastAsia="zh-CN"/>
        </w:rPr>
        <w:t>”</w:t>
      </w:r>
      <w:r>
        <w:rPr>
          <w:lang w:eastAsia="zh-CN"/>
        </w:rPr>
        <w:t>；</w:t>
      </w:r>
    </w:p>
    <w:p w14:paraId="791FA0F9" w14:textId="77777777" w:rsidR="006D5139" w:rsidRDefault="00000000">
      <w:pPr>
        <w:pStyle w:val="a"/>
        <w:keepLines/>
        <w:numPr>
          <w:ilvl w:val="0"/>
          <w:numId w:val="36"/>
        </w:numPr>
        <w:rPr>
          <w:lang w:eastAsia="zh-CN"/>
        </w:rPr>
      </w:pPr>
      <w:r>
        <w:rPr>
          <w:lang w:eastAsia="zh-CN"/>
        </w:rPr>
        <w:t>用户可反馈、删除和重新生成。</w:t>
      </w:r>
    </w:p>
    <w:p w14:paraId="4D6F5D2D" w14:textId="77777777" w:rsidR="006D5139" w:rsidRDefault="00000000">
      <w:r>
        <w:rPr>
          <w:b/>
        </w:rPr>
        <w:t xml:space="preserve">AI </w:t>
      </w:r>
      <w:r>
        <w:rPr>
          <w:b/>
        </w:rPr>
        <w:t>验收门槛：</w:t>
      </w:r>
    </w:p>
    <w:p w14:paraId="445676C4" w14:textId="77777777" w:rsidR="006D5139" w:rsidRDefault="00000000">
      <w:pPr>
        <w:pStyle w:val="a0"/>
        <w:keepLines/>
        <w:numPr>
          <w:ilvl w:val="0"/>
          <w:numId w:val="37"/>
        </w:numPr>
        <w:rPr>
          <w:lang w:eastAsia="zh-CN"/>
        </w:rPr>
      </w:pPr>
      <w:r>
        <w:rPr>
          <w:lang w:eastAsia="zh-CN"/>
        </w:rPr>
        <w:t xml:space="preserve">95% </w:t>
      </w:r>
      <w:r>
        <w:rPr>
          <w:lang w:eastAsia="zh-CN"/>
        </w:rPr>
        <w:t>的普通任务在</w:t>
      </w:r>
      <w:r>
        <w:rPr>
          <w:lang w:eastAsia="zh-CN"/>
        </w:rPr>
        <w:t xml:space="preserve"> 60 </w:t>
      </w:r>
      <w:r>
        <w:rPr>
          <w:lang w:eastAsia="zh-CN"/>
        </w:rPr>
        <w:t>秒内完成或返回明确排队状态；</w:t>
      </w:r>
    </w:p>
    <w:p w14:paraId="44171ADD" w14:textId="77777777" w:rsidR="006D5139" w:rsidRDefault="00000000">
      <w:pPr>
        <w:pStyle w:val="a0"/>
        <w:keepLines/>
        <w:numPr>
          <w:ilvl w:val="0"/>
          <w:numId w:val="37"/>
        </w:numPr>
        <w:rPr>
          <w:lang w:eastAsia="zh-CN"/>
        </w:rPr>
      </w:pPr>
      <w:r>
        <w:rPr>
          <w:lang w:eastAsia="zh-CN"/>
        </w:rPr>
        <w:t>失败任务可安全重试，不重复计费</w:t>
      </w:r>
      <w:r>
        <w:rPr>
          <w:lang w:eastAsia="zh-CN"/>
        </w:rPr>
        <w:t>/</w:t>
      </w:r>
      <w:r>
        <w:rPr>
          <w:lang w:eastAsia="zh-CN"/>
        </w:rPr>
        <w:t>生成多条记录；</w:t>
      </w:r>
    </w:p>
    <w:p w14:paraId="456E6C13" w14:textId="77777777" w:rsidR="006D5139" w:rsidRDefault="00000000">
      <w:pPr>
        <w:pStyle w:val="a0"/>
        <w:keepLines/>
        <w:numPr>
          <w:ilvl w:val="0"/>
          <w:numId w:val="37"/>
        </w:numPr>
        <w:rPr>
          <w:lang w:eastAsia="zh-CN"/>
        </w:rPr>
      </w:pPr>
      <w:r>
        <w:rPr>
          <w:lang w:eastAsia="zh-CN"/>
        </w:rPr>
        <w:t>简历结构化字段抽样准确率</w:t>
      </w:r>
      <w:r>
        <w:rPr>
          <w:lang w:eastAsia="zh-CN"/>
        </w:rPr>
        <w:t xml:space="preserve"> ≥ 90%</w:t>
      </w:r>
      <w:r>
        <w:rPr>
          <w:lang w:eastAsia="zh-CN"/>
        </w:rPr>
        <w:t>；</w:t>
      </w:r>
    </w:p>
    <w:p w14:paraId="3834DBEF" w14:textId="77777777" w:rsidR="006D5139" w:rsidRDefault="00000000">
      <w:pPr>
        <w:pStyle w:val="a0"/>
        <w:keepLines/>
        <w:numPr>
          <w:ilvl w:val="0"/>
          <w:numId w:val="37"/>
        </w:numPr>
        <w:rPr>
          <w:lang w:eastAsia="zh-CN"/>
        </w:rPr>
      </w:pPr>
      <w:r>
        <w:rPr>
          <w:lang w:eastAsia="zh-CN"/>
        </w:rPr>
        <w:t>不编造经历、公司事实或录用承诺；</w:t>
      </w:r>
    </w:p>
    <w:p w14:paraId="5EE64128" w14:textId="77777777" w:rsidR="006D5139" w:rsidRDefault="00000000">
      <w:pPr>
        <w:pStyle w:val="a0"/>
        <w:keepLines/>
        <w:numPr>
          <w:ilvl w:val="0"/>
          <w:numId w:val="37"/>
        </w:numPr>
        <w:rPr>
          <w:lang w:eastAsia="zh-CN"/>
        </w:rPr>
      </w:pPr>
      <w:r>
        <w:rPr>
          <w:lang w:eastAsia="zh-CN"/>
        </w:rPr>
        <w:t xml:space="preserve">100 </w:t>
      </w:r>
      <w:r>
        <w:rPr>
          <w:lang w:eastAsia="zh-CN"/>
        </w:rPr>
        <w:t>条固定评测集中，严重安全违规为</w:t>
      </w:r>
      <w:r>
        <w:rPr>
          <w:lang w:eastAsia="zh-CN"/>
        </w:rPr>
        <w:t xml:space="preserve"> 0</w:t>
      </w:r>
      <w:r>
        <w:rPr>
          <w:lang w:eastAsia="zh-CN"/>
        </w:rPr>
        <w:t>；</w:t>
      </w:r>
    </w:p>
    <w:p w14:paraId="425E737F" w14:textId="77777777" w:rsidR="006D5139" w:rsidRDefault="00000000">
      <w:pPr>
        <w:pStyle w:val="a0"/>
        <w:keepLines/>
        <w:numPr>
          <w:ilvl w:val="0"/>
          <w:numId w:val="37"/>
        </w:numPr>
        <w:rPr>
          <w:lang w:eastAsia="zh-CN"/>
        </w:rPr>
      </w:pPr>
      <w:r>
        <w:rPr>
          <w:lang w:eastAsia="zh-CN"/>
        </w:rPr>
        <w:lastRenderedPageBreak/>
        <w:t>输出有模型</w:t>
      </w:r>
      <w:r>
        <w:rPr>
          <w:lang w:eastAsia="zh-CN"/>
        </w:rPr>
        <w:t>/</w:t>
      </w:r>
      <w:r>
        <w:rPr>
          <w:lang w:eastAsia="zh-CN"/>
        </w:rPr>
        <w:t>规则版本、时间、反馈入口和</w:t>
      </w:r>
      <w:r>
        <w:rPr>
          <w:lang w:eastAsia="zh-CN"/>
        </w:rPr>
        <w:t xml:space="preserve"> AI </w:t>
      </w:r>
      <w:r>
        <w:rPr>
          <w:lang w:eastAsia="zh-CN"/>
        </w:rPr>
        <w:t>标识；</w:t>
      </w:r>
    </w:p>
    <w:p w14:paraId="3C81B26B" w14:textId="77777777" w:rsidR="006D5139" w:rsidRDefault="00000000">
      <w:pPr>
        <w:pStyle w:val="a0"/>
        <w:keepLines/>
        <w:numPr>
          <w:ilvl w:val="0"/>
          <w:numId w:val="37"/>
        </w:numPr>
        <w:rPr>
          <w:lang w:eastAsia="zh-CN"/>
        </w:rPr>
      </w:pPr>
      <w:r>
        <w:rPr>
          <w:lang w:eastAsia="zh-CN"/>
        </w:rPr>
        <w:t>不把</w:t>
      </w:r>
      <w:r>
        <w:rPr>
          <w:lang w:eastAsia="zh-CN"/>
        </w:rPr>
        <w:t xml:space="preserve"> AI </w:t>
      </w:r>
      <w:r>
        <w:rPr>
          <w:lang w:eastAsia="zh-CN"/>
        </w:rPr>
        <w:t>匹配结果作为招聘方自动淘汰依据。</w:t>
      </w:r>
    </w:p>
    <w:p w14:paraId="56A68032" w14:textId="77777777" w:rsidR="006D5139" w:rsidRDefault="00000000">
      <w:pPr>
        <w:pStyle w:val="31"/>
        <w:rPr>
          <w:lang w:eastAsia="zh-CN"/>
        </w:rPr>
      </w:pPr>
      <w:r>
        <w:rPr>
          <w:rFonts w:ascii="Calibri" w:eastAsia="微软雅黑" w:hAnsi="Calibri"/>
          <w:lang w:eastAsia="zh-CN"/>
        </w:rPr>
        <w:t xml:space="preserve">6.9 FR-09 </w:t>
      </w:r>
      <w:r>
        <w:rPr>
          <w:rFonts w:ascii="Calibri" w:eastAsia="微软雅黑" w:hAnsi="Calibri"/>
          <w:lang w:eastAsia="zh-CN"/>
        </w:rPr>
        <w:t>运营、审核和投诉</w:t>
      </w:r>
    </w:p>
    <w:p w14:paraId="4C90E963" w14:textId="77777777" w:rsidR="006D5139" w:rsidRDefault="00000000">
      <w:pPr>
        <w:rPr>
          <w:lang w:eastAsia="zh-CN"/>
        </w:rPr>
      </w:pPr>
      <w:r>
        <w:rPr>
          <w:b/>
          <w:lang w:eastAsia="zh-CN"/>
        </w:rPr>
        <w:t>运营工作台：</w:t>
      </w:r>
    </w:p>
    <w:p w14:paraId="6E565207" w14:textId="77777777" w:rsidR="006D5139" w:rsidRDefault="00000000">
      <w:pPr>
        <w:pStyle w:val="a0"/>
        <w:keepLines/>
        <w:numPr>
          <w:ilvl w:val="0"/>
          <w:numId w:val="38"/>
        </w:numPr>
      </w:pPr>
      <w:r>
        <w:t>企业认证队列；</w:t>
      </w:r>
    </w:p>
    <w:p w14:paraId="0095D94C" w14:textId="77777777" w:rsidR="006D5139" w:rsidRDefault="00000000">
      <w:pPr>
        <w:pStyle w:val="a0"/>
        <w:keepLines/>
        <w:numPr>
          <w:ilvl w:val="0"/>
          <w:numId w:val="38"/>
        </w:numPr>
      </w:pPr>
      <w:r>
        <w:t>岗位审核队列；</w:t>
      </w:r>
    </w:p>
    <w:p w14:paraId="0FBDEABD" w14:textId="77777777" w:rsidR="006D5139" w:rsidRDefault="00000000">
      <w:pPr>
        <w:pStyle w:val="a0"/>
        <w:keepLines/>
        <w:numPr>
          <w:ilvl w:val="0"/>
          <w:numId w:val="38"/>
        </w:numPr>
      </w:pPr>
      <w:r>
        <w:t>投诉举报和申诉；</w:t>
      </w:r>
    </w:p>
    <w:p w14:paraId="03E31BFF" w14:textId="77777777" w:rsidR="006D5139" w:rsidRDefault="00000000">
      <w:pPr>
        <w:pStyle w:val="a0"/>
        <w:keepLines/>
        <w:numPr>
          <w:ilvl w:val="0"/>
          <w:numId w:val="38"/>
        </w:numPr>
        <w:rPr>
          <w:lang w:eastAsia="zh-CN"/>
        </w:rPr>
      </w:pPr>
      <w:r>
        <w:rPr>
          <w:lang w:eastAsia="zh-CN"/>
        </w:rPr>
        <w:t>高风险账号、岗位、消息和</w:t>
      </w:r>
      <w:r>
        <w:rPr>
          <w:lang w:eastAsia="zh-CN"/>
        </w:rPr>
        <w:t xml:space="preserve"> AI </w:t>
      </w:r>
      <w:r>
        <w:rPr>
          <w:lang w:eastAsia="zh-CN"/>
        </w:rPr>
        <w:t>内容；</w:t>
      </w:r>
    </w:p>
    <w:p w14:paraId="3AB5C19E" w14:textId="77777777" w:rsidR="006D5139" w:rsidRDefault="00000000">
      <w:pPr>
        <w:pStyle w:val="a0"/>
        <w:keepLines/>
        <w:numPr>
          <w:ilvl w:val="0"/>
          <w:numId w:val="38"/>
        </w:numPr>
      </w:pPr>
      <w:r>
        <w:t>数据删除</w:t>
      </w:r>
      <w:r>
        <w:t>/</w:t>
      </w:r>
      <w:r>
        <w:t>导出任务；</w:t>
      </w:r>
    </w:p>
    <w:p w14:paraId="69D1A087" w14:textId="77777777" w:rsidR="006D5139" w:rsidRDefault="00000000">
      <w:pPr>
        <w:pStyle w:val="a0"/>
        <w:keepLines/>
        <w:numPr>
          <w:ilvl w:val="0"/>
          <w:numId w:val="38"/>
        </w:numPr>
        <w:rPr>
          <w:lang w:eastAsia="zh-CN"/>
        </w:rPr>
      </w:pPr>
      <w:r>
        <w:rPr>
          <w:lang w:eastAsia="zh-CN"/>
        </w:rPr>
        <w:t>业务漏斗、审核时效和系统健康；</w:t>
      </w:r>
    </w:p>
    <w:p w14:paraId="2A084033" w14:textId="77777777" w:rsidR="006D5139" w:rsidRDefault="00000000">
      <w:pPr>
        <w:pStyle w:val="a0"/>
        <w:keepLines/>
        <w:numPr>
          <w:ilvl w:val="0"/>
          <w:numId w:val="38"/>
        </w:numPr>
        <w:rPr>
          <w:lang w:eastAsia="zh-CN"/>
        </w:rPr>
      </w:pPr>
      <w:r>
        <w:rPr>
          <w:lang w:eastAsia="zh-CN"/>
        </w:rPr>
        <w:t>功能开关、规则版本和处置日志。</w:t>
      </w:r>
    </w:p>
    <w:p w14:paraId="1993A03F" w14:textId="77777777" w:rsidR="006D5139" w:rsidRDefault="00000000">
      <w:r>
        <w:rPr>
          <w:b/>
        </w:rPr>
        <w:t>SLA</w:t>
      </w:r>
      <w:r>
        <w:rPr>
          <w:b/>
        </w:rPr>
        <w:t>：</w:t>
      </w:r>
    </w:p>
    <w:p w14:paraId="4F7761CF" w14:textId="77777777" w:rsidR="006D5139" w:rsidRDefault="00000000">
      <w:pPr>
        <w:pStyle w:val="a0"/>
        <w:keepLines/>
        <w:numPr>
          <w:ilvl w:val="0"/>
          <w:numId w:val="39"/>
        </w:numPr>
        <w:rPr>
          <w:lang w:eastAsia="zh-CN"/>
        </w:rPr>
      </w:pPr>
      <w:r>
        <w:rPr>
          <w:lang w:eastAsia="zh-CN"/>
        </w:rPr>
        <w:t>普通企业</w:t>
      </w:r>
      <w:r>
        <w:rPr>
          <w:lang w:eastAsia="zh-CN"/>
        </w:rPr>
        <w:t>/</w:t>
      </w:r>
      <w:r>
        <w:rPr>
          <w:lang w:eastAsia="zh-CN"/>
        </w:rPr>
        <w:t>岗位审核：</w:t>
      </w:r>
      <w:r>
        <w:rPr>
          <w:lang w:eastAsia="zh-CN"/>
        </w:rPr>
        <w:t xml:space="preserve">1 </w:t>
      </w:r>
      <w:r>
        <w:rPr>
          <w:lang w:eastAsia="zh-CN"/>
        </w:rPr>
        <w:t>个工作日；</w:t>
      </w:r>
    </w:p>
    <w:p w14:paraId="31F022A2" w14:textId="77777777" w:rsidR="006D5139" w:rsidRDefault="00000000">
      <w:pPr>
        <w:pStyle w:val="a0"/>
        <w:keepLines/>
        <w:numPr>
          <w:ilvl w:val="0"/>
          <w:numId w:val="39"/>
        </w:numPr>
      </w:pPr>
      <w:r>
        <w:t>普通投诉：</w:t>
      </w:r>
      <w:r>
        <w:t xml:space="preserve">2 </w:t>
      </w:r>
      <w:r>
        <w:t>个工作日；</w:t>
      </w:r>
    </w:p>
    <w:p w14:paraId="646D71EC" w14:textId="77777777" w:rsidR="006D5139" w:rsidRDefault="00000000">
      <w:pPr>
        <w:pStyle w:val="a0"/>
        <w:keepLines/>
        <w:numPr>
          <w:ilvl w:val="0"/>
          <w:numId w:val="39"/>
        </w:numPr>
        <w:rPr>
          <w:lang w:eastAsia="zh-CN"/>
        </w:rPr>
      </w:pPr>
      <w:r>
        <w:rPr>
          <w:lang w:eastAsia="zh-CN"/>
        </w:rPr>
        <w:t>疑似诈骗、泄露或人身安全风险：</w:t>
      </w:r>
      <w:r>
        <w:rPr>
          <w:lang w:eastAsia="zh-CN"/>
        </w:rPr>
        <w:t xml:space="preserve">30 </w:t>
      </w:r>
      <w:r>
        <w:rPr>
          <w:lang w:eastAsia="zh-CN"/>
        </w:rPr>
        <w:t>分钟内限制分发，</w:t>
      </w:r>
      <w:r>
        <w:rPr>
          <w:lang w:eastAsia="zh-CN"/>
        </w:rPr>
        <w:t xml:space="preserve">4 </w:t>
      </w:r>
      <w:r>
        <w:rPr>
          <w:lang w:eastAsia="zh-CN"/>
        </w:rPr>
        <w:t>小时内形成初判；</w:t>
      </w:r>
    </w:p>
    <w:p w14:paraId="55B8591A" w14:textId="77777777" w:rsidR="006D5139" w:rsidRDefault="00000000">
      <w:pPr>
        <w:pStyle w:val="a0"/>
        <w:keepLines/>
        <w:numPr>
          <w:ilvl w:val="0"/>
          <w:numId w:val="39"/>
        </w:numPr>
        <w:rPr>
          <w:lang w:eastAsia="zh-CN"/>
        </w:rPr>
      </w:pPr>
      <w:r>
        <w:rPr>
          <w:lang w:eastAsia="zh-CN"/>
        </w:rPr>
        <w:t>数据权利请求：按适用法律和已公布政策处理，系统需支持跟踪和催办。</w:t>
      </w:r>
    </w:p>
    <w:p w14:paraId="1C3F29A4" w14:textId="77777777" w:rsidR="006D5139" w:rsidRDefault="00000000">
      <w:pPr>
        <w:pStyle w:val="21"/>
        <w:rPr>
          <w:lang w:eastAsia="zh-CN"/>
        </w:rPr>
      </w:pPr>
      <w:r>
        <w:rPr>
          <w:rFonts w:ascii="Calibri" w:eastAsia="微软雅黑" w:hAnsi="Calibri"/>
          <w:lang w:eastAsia="zh-CN"/>
        </w:rPr>
        <w:t xml:space="preserve">7. </w:t>
      </w:r>
      <w:r>
        <w:rPr>
          <w:rFonts w:ascii="Calibri" w:eastAsia="微软雅黑" w:hAnsi="Calibri"/>
          <w:lang w:eastAsia="zh-CN"/>
        </w:rPr>
        <w:t>信息架构与页面清单</w:t>
      </w:r>
    </w:p>
    <w:p w14:paraId="3E2D4155" w14:textId="77777777" w:rsidR="006D5139" w:rsidRDefault="00000000">
      <w:pPr>
        <w:pStyle w:val="31"/>
        <w:rPr>
          <w:lang w:eastAsia="zh-CN"/>
        </w:rPr>
      </w:pPr>
      <w:r>
        <w:rPr>
          <w:rFonts w:ascii="Calibri" w:eastAsia="微软雅黑" w:hAnsi="Calibri"/>
          <w:lang w:eastAsia="zh-CN"/>
        </w:rPr>
        <w:t xml:space="preserve">7.1 </w:t>
      </w:r>
      <w:r>
        <w:rPr>
          <w:rFonts w:ascii="Calibri" w:eastAsia="微软雅黑" w:hAnsi="Calibri"/>
          <w:lang w:eastAsia="zh-CN"/>
        </w:rPr>
        <w:t>求职者端</w:t>
      </w:r>
    </w:p>
    <w:p w14:paraId="69304207" w14:textId="77777777" w:rsidR="006D5139" w:rsidRDefault="00000000">
      <w:pPr>
        <w:pStyle w:val="a0"/>
        <w:keepLines/>
        <w:numPr>
          <w:ilvl w:val="0"/>
          <w:numId w:val="40"/>
        </w:numPr>
      </w:pPr>
      <w:r>
        <w:t>首页</w:t>
      </w:r>
      <w:r>
        <w:t>/</w:t>
      </w:r>
      <w:r>
        <w:t>岗位推荐；</w:t>
      </w:r>
    </w:p>
    <w:p w14:paraId="7B61F2D0" w14:textId="77777777" w:rsidR="006D5139" w:rsidRDefault="00000000">
      <w:pPr>
        <w:pStyle w:val="a0"/>
        <w:keepLines/>
        <w:numPr>
          <w:ilvl w:val="0"/>
          <w:numId w:val="40"/>
        </w:numPr>
      </w:pPr>
      <w:r>
        <w:t>岗位搜索与筛选；</w:t>
      </w:r>
    </w:p>
    <w:p w14:paraId="77AD0175" w14:textId="77777777" w:rsidR="006D5139" w:rsidRDefault="00000000">
      <w:pPr>
        <w:pStyle w:val="a0"/>
        <w:keepLines/>
        <w:numPr>
          <w:ilvl w:val="0"/>
          <w:numId w:val="40"/>
        </w:numPr>
      </w:pPr>
      <w:r>
        <w:t>岗位详情、公司详情；</w:t>
      </w:r>
    </w:p>
    <w:p w14:paraId="431DD4EC" w14:textId="77777777" w:rsidR="006D5139" w:rsidRDefault="00000000">
      <w:pPr>
        <w:pStyle w:val="a0"/>
        <w:keepLines/>
        <w:numPr>
          <w:ilvl w:val="0"/>
          <w:numId w:val="40"/>
        </w:numPr>
      </w:pPr>
      <w:r>
        <w:t>注册登录与账号安全；</w:t>
      </w:r>
    </w:p>
    <w:p w14:paraId="6A7E3F78" w14:textId="77777777" w:rsidR="006D5139" w:rsidRDefault="00000000">
      <w:pPr>
        <w:pStyle w:val="a0"/>
        <w:keepLines/>
        <w:numPr>
          <w:ilvl w:val="0"/>
          <w:numId w:val="40"/>
        </w:numPr>
        <w:rPr>
          <w:lang w:eastAsia="zh-CN"/>
        </w:rPr>
      </w:pPr>
      <w:r>
        <w:rPr>
          <w:lang w:eastAsia="zh-CN"/>
        </w:rPr>
        <w:t>职业档案、简历版本、隐私设置；</w:t>
      </w:r>
    </w:p>
    <w:p w14:paraId="0855C15A" w14:textId="77777777" w:rsidR="006D5139" w:rsidRDefault="00000000">
      <w:pPr>
        <w:pStyle w:val="a0"/>
        <w:keepLines/>
        <w:numPr>
          <w:ilvl w:val="0"/>
          <w:numId w:val="40"/>
        </w:numPr>
        <w:rPr>
          <w:lang w:eastAsia="zh-CN"/>
        </w:rPr>
      </w:pPr>
      <w:r>
        <w:rPr>
          <w:lang w:eastAsia="zh-CN"/>
        </w:rPr>
        <w:t>投递记录和流程时间线；</w:t>
      </w:r>
    </w:p>
    <w:p w14:paraId="5CE75C9B" w14:textId="77777777" w:rsidR="006D5139" w:rsidRDefault="00000000">
      <w:pPr>
        <w:pStyle w:val="a0"/>
        <w:keepLines/>
        <w:numPr>
          <w:ilvl w:val="0"/>
          <w:numId w:val="40"/>
        </w:numPr>
      </w:pPr>
      <w:r>
        <w:t>消息会话；</w:t>
      </w:r>
    </w:p>
    <w:p w14:paraId="32D88804" w14:textId="77777777" w:rsidR="006D5139" w:rsidRDefault="00000000">
      <w:pPr>
        <w:pStyle w:val="a0"/>
        <w:keepLines/>
        <w:numPr>
          <w:ilvl w:val="0"/>
          <w:numId w:val="40"/>
        </w:numPr>
      </w:pPr>
      <w:r>
        <w:t>面试日程和</w:t>
      </w:r>
      <w:r>
        <w:t xml:space="preserve"> Offer</w:t>
      </w:r>
      <w:r>
        <w:t>；</w:t>
      </w:r>
    </w:p>
    <w:p w14:paraId="37E6D5E6" w14:textId="77777777" w:rsidR="006D5139" w:rsidRDefault="00000000">
      <w:pPr>
        <w:pStyle w:val="a0"/>
        <w:keepLines/>
        <w:numPr>
          <w:ilvl w:val="0"/>
          <w:numId w:val="40"/>
        </w:numPr>
        <w:rPr>
          <w:lang w:eastAsia="zh-CN"/>
        </w:rPr>
      </w:pPr>
      <w:r>
        <w:rPr>
          <w:lang w:eastAsia="zh-CN"/>
        </w:rPr>
        <w:lastRenderedPageBreak/>
        <w:t>阿布</w:t>
      </w:r>
      <w:r>
        <w:rPr>
          <w:lang w:eastAsia="zh-CN"/>
        </w:rPr>
        <w:t xml:space="preserve"> AI </w:t>
      </w:r>
      <w:r>
        <w:rPr>
          <w:lang w:eastAsia="zh-CN"/>
        </w:rPr>
        <w:t>工作台、报告历史、面试训练；</w:t>
      </w:r>
    </w:p>
    <w:p w14:paraId="2DA8A73B" w14:textId="77777777" w:rsidR="006D5139" w:rsidRDefault="00000000">
      <w:pPr>
        <w:pStyle w:val="a0"/>
        <w:keepLines/>
        <w:numPr>
          <w:ilvl w:val="0"/>
          <w:numId w:val="40"/>
        </w:numPr>
        <w:rPr>
          <w:lang w:eastAsia="zh-CN"/>
        </w:rPr>
      </w:pPr>
      <w:r>
        <w:rPr>
          <w:lang w:eastAsia="zh-CN"/>
        </w:rPr>
        <w:t>收藏、通知、举报、帮助与数据权利中心。</w:t>
      </w:r>
    </w:p>
    <w:p w14:paraId="3A2451A2" w14:textId="77777777" w:rsidR="006D5139" w:rsidRDefault="00000000">
      <w:pPr>
        <w:pStyle w:val="31"/>
      </w:pPr>
      <w:r>
        <w:rPr>
          <w:rFonts w:ascii="Calibri" w:eastAsia="微软雅黑" w:hAnsi="Calibri"/>
        </w:rPr>
        <w:t xml:space="preserve">7.2 </w:t>
      </w:r>
      <w:r>
        <w:rPr>
          <w:rFonts w:ascii="Calibri" w:eastAsia="微软雅黑" w:hAnsi="Calibri"/>
        </w:rPr>
        <w:t>招聘者端</w:t>
      </w:r>
    </w:p>
    <w:p w14:paraId="1E5C8D78" w14:textId="77777777" w:rsidR="006D5139" w:rsidRDefault="00000000">
      <w:pPr>
        <w:pStyle w:val="a0"/>
        <w:keepLines/>
        <w:numPr>
          <w:ilvl w:val="0"/>
          <w:numId w:val="41"/>
        </w:numPr>
      </w:pPr>
      <w:r>
        <w:t>企业认证</w:t>
      </w:r>
      <w:r>
        <w:t>/</w:t>
      </w:r>
      <w:r>
        <w:t>加入企业；</w:t>
      </w:r>
    </w:p>
    <w:p w14:paraId="5FABF15C" w14:textId="77777777" w:rsidR="006D5139" w:rsidRDefault="00000000">
      <w:pPr>
        <w:pStyle w:val="a0"/>
        <w:keepLines/>
        <w:numPr>
          <w:ilvl w:val="0"/>
          <w:numId w:val="41"/>
        </w:numPr>
      </w:pPr>
      <w:r>
        <w:t>招聘工作台；</w:t>
      </w:r>
    </w:p>
    <w:p w14:paraId="62573C2C" w14:textId="77777777" w:rsidR="006D5139" w:rsidRDefault="00000000">
      <w:pPr>
        <w:pStyle w:val="a0"/>
        <w:keepLines/>
        <w:numPr>
          <w:ilvl w:val="0"/>
          <w:numId w:val="41"/>
        </w:numPr>
        <w:rPr>
          <w:lang w:eastAsia="zh-CN"/>
        </w:rPr>
      </w:pPr>
      <w:r>
        <w:rPr>
          <w:lang w:eastAsia="zh-CN"/>
        </w:rPr>
        <w:t>岗位列表、创建、编辑、审核状态；</w:t>
      </w:r>
    </w:p>
    <w:p w14:paraId="47AC5773" w14:textId="77777777" w:rsidR="006D5139" w:rsidRDefault="00000000">
      <w:pPr>
        <w:pStyle w:val="a0"/>
        <w:keepLines/>
        <w:numPr>
          <w:ilvl w:val="0"/>
          <w:numId w:val="41"/>
        </w:numPr>
      </w:pPr>
      <w:r>
        <w:t>候选人管道；</w:t>
      </w:r>
    </w:p>
    <w:p w14:paraId="39A3AD18" w14:textId="77777777" w:rsidR="006D5139" w:rsidRDefault="00000000">
      <w:pPr>
        <w:pStyle w:val="a0"/>
        <w:keepLines/>
        <w:numPr>
          <w:ilvl w:val="0"/>
          <w:numId w:val="41"/>
        </w:numPr>
        <w:rPr>
          <w:lang w:eastAsia="zh-CN"/>
        </w:rPr>
      </w:pPr>
      <w:r>
        <w:rPr>
          <w:lang w:eastAsia="zh-CN"/>
        </w:rPr>
        <w:t>候选人详情（授权范围内）；</w:t>
      </w:r>
    </w:p>
    <w:p w14:paraId="57345526" w14:textId="77777777" w:rsidR="006D5139" w:rsidRDefault="00000000">
      <w:pPr>
        <w:pStyle w:val="a0"/>
        <w:keepLines/>
        <w:numPr>
          <w:ilvl w:val="0"/>
          <w:numId w:val="41"/>
        </w:numPr>
      </w:pPr>
      <w:r>
        <w:t>消息会话；</w:t>
      </w:r>
    </w:p>
    <w:p w14:paraId="0DB36E12" w14:textId="77777777" w:rsidR="006D5139" w:rsidRDefault="00000000">
      <w:pPr>
        <w:pStyle w:val="a0"/>
        <w:keepLines/>
        <w:numPr>
          <w:ilvl w:val="0"/>
          <w:numId w:val="41"/>
        </w:numPr>
      </w:pPr>
      <w:r>
        <w:t>面试安排、评分卡和</w:t>
      </w:r>
      <w:r>
        <w:t xml:space="preserve"> Offer</w:t>
      </w:r>
      <w:r>
        <w:t>；</w:t>
      </w:r>
    </w:p>
    <w:p w14:paraId="37926528" w14:textId="77777777" w:rsidR="006D5139" w:rsidRDefault="00000000">
      <w:pPr>
        <w:pStyle w:val="a0"/>
        <w:keepLines/>
        <w:numPr>
          <w:ilvl w:val="0"/>
          <w:numId w:val="41"/>
        </w:numPr>
      </w:pPr>
      <w:r>
        <w:t>团队成员和权限；</w:t>
      </w:r>
    </w:p>
    <w:p w14:paraId="063F875A" w14:textId="77777777" w:rsidR="006D5139" w:rsidRDefault="00000000">
      <w:pPr>
        <w:pStyle w:val="a0"/>
        <w:keepLines/>
        <w:numPr>
          <w:ilvl w:val="0"/>
          <w:numId w:val="41"/>
        </w:numPr>
      </w:pPr>
      <w:r>
        <w:t>招聘漏斗与超时提醒。</w:t>
      </w:r>
    </w:p>
    <w:p w14:paraId="4E3836AD" w14:textId="77777777" w:rsidR="006D5139" w:rsidRDefault="00000000">
      <w:pPr>
        <w:pStyle w:val="31"/>
      </w:pPr>
      <w:r>
        <w:rPr>
          <w:rFonts w:ascii="Calibri" w:eastAsia="微软雅黑" w:hAnsi="Calibri"/>
        </w:rPr>
        <w:t xml:space="preserve">7.3 </w:t>
      </w:r>
      <w:r>
        <w:rPr>
          <w:rFonts w:ascii="Calibri" w:eastAsia="微软雅黑" w:hAnsi="Calibri"/>
        </w:rPr>
        <w:t>运营后台</w:t>
      </w:r>
    </w:p>
    <w:p w14:paraId="5D96606A" w14:textId="77777777" w:rsidR="006D5139" w:rsidRDefault="00000000">
      <w:r>
        <w:t>使用</w:t>
      </w:r>
      <w:r>
        <w:t xml:space="preserve"> Frappe Desk </w:t>
      </w:r>
      <w:r>
        <w:t>配置：</w:t>
      </w:r>
    </w:p>
    <w:p w14:paraId="6CFDACFA" w14:textId="77777777" w:rsidR="006D5139" w:rsidRDefault="00000000">
      <w:pPr>
        <w:pStyle w:val="a0"/>
        <w:keepLines/>
        <w:numPr>
          <w:ilvl w:val="0"/>
          <w:numId w:val="42"/>
        </w:numPr>
        <w:rPr>
          <w:lang w:eastAsia="zh-CN"/>
        </w:rPr>
      </w:pPr>
      <w:r>
        <w:rPr>
          <w:lang w:eastAsia="zh-CN"/>
        </w:rPr>
        <w:t>企业、招聘者、岗位、申请、面试、</w:t>
      </w:r>
      <w:r>
        <w:rPr>
          <w:lang w:eastAsia="zh-CN"/>
        </w:rPr>
        <w:t>Offer</w:t>
      </w:r>
      <w:r>
        <w:rPr>
          <w:lang w:eastAsia="zh-CN"/>
        </w:rPr>
        <w:t>；</w:t>
      </w:r>
    </w:p>
    <w:p w14:paraId="5AE1F74B" w14:textId="77777777" w:rsidR="006D5139" w:rsidRDefault="00000000">
      <w:pPr>
        <w:pStyle w:val="a0"/>
        <w:keepLines/>
        <w:numPr>
          <w:ilvl w:val="0"/>
          <w:numId w:val="42"/>
        </w:numPr>
      </w:pPr>
      <w:r>
        <w:t>企业</w:t>
      </w:r>
      <w:r>
        <w:t>/</w:t>
      </w:r>
      <w:r>
        <w:t>岗位审核工作台；</w:t>
      </w:r>
    </w:p>
    <w:p w14:paraId="29D8D77B" w14:textId="77777777" w:rsidR="006D5139" w:rsidRDefault="00000000">
      <w:pPr>
        <w:pStyle w:val="a0"/>
        <w:keepLines/>
        <w:numPr>
          <w:ilvl w:val="0"/>
          <w:numId w:val="42"/>
        </w:numPr>
        <w:rPr>
          <w:lang w:eastAsia="zh-CN"/>
        </w:rPr>
      </w:pPr>
      <w:r>
        <w:rPr>
          <w:lang w:eastAsia="zh-CN"/>
        </w:rPr>
        <w:t>投诉、申诉、风险事件；</w:t>
      </w:r>
    </w:p>
    <w:p w14:paraId="7ECF5E59" w14:textId="77777777" w:rsidR="006D5139" w:rsidRDefault="00000000">
      <w:pPr>
        <w:pStyle w:val="a0"/>
        <w:keepLines/>
        <w:numPr>
          <w:ilvl w:val="0"/>
          <w:numId w:val="42"/>
        </w:numPr>
        <w:rPr>
          <w:lang w:eastAsia="zh-CN"/>
        </w:rPr>
      </w:pPr>
      <w:r>
        <w:rPr>
          <w:lang w:eastAsia="zh-CN"/>
        </w:rPr>
        <w:t xml:space="preserve">AI </w:t>
      </w:r>
      <w:r>
        <w:rPr>
          <w:lang w:eastAsia="zh-CN"/>
        </w:rPr>
        <w:t>任务、用量、失败和评测；</w:t>
      </w:r>
    </w:p>
    <w:p w14:paraId="74638646" w14:textId="77777777" w:rsidR="006D5139" w:rsidRDefault="00000000">
      <w:pPr>
        <w:pStyle w:val="a0"/>
        <w:keepLines/>
        <w:numPr>
          <w:ilvl w:val="0"/>
          <w:numId w:val="42"/>
        </w:numPr>
        <w:rPr>
          <w:lang w:eastAsia="zh-CN"/>
        </w:rPr>
      </w:pPr>
      <w:r>
        <w:rPr>
          <w:lang w:eastAsia="zh-CN"/>
        </w:rPr>
        <w:t>通知、模板、规则、功能开关；</w:t>
      </w:r>
    </w:p>
    <w:p w14:paraId="292314B5" w14:textId="77777777" w:rsidR="006D5139" w:rsidRDefault="00000000">
      <w:pPr>
        <w:pStyle w:val="a0"/>
        <w:keepLines/>
        <w:numPr>
          <w:ilvl w:val="0"/>
          <w:numId w:val="42"/>
        </w:numPr>
        <w:rPr>
          <w:lang w:eastAsia="zh-CN"/>
        </w:rPr>
      </w:pPr>
      <w:r>
        <w:rPr>
          <w:lang w:eastAsia="zh-CN"/>
        </w:rPr>
        <w:t>用户数据导出</w:t>
      </w:r>
      <w:r>
        <w:rPr>
          <w:lang w:eastAsia="zh-CN"/>
        </w:rPr>
        <w:t>/</w:t>
      </w:r>
      <w:r>
        <w:rPr>
          <w:lang w:eastAsia="zh-CN"/>
        </w:rPr>
        <w:t>删除任务；</w:t>
      </w:r>
    </w:p>
    <w:p w14:paraId="41DE1F2C" w14:textId="77777777" w:rsidR="006D5139" w:rsidRDefault="00000000">
      <w:pPr>
        <w:pStyle w:val="a0"/>
        <w:keepLines/>
        <w:numPr>
          <w:ilvl w:val="0"/>
          <w:numId w:val="42"/>
        </w:numPr>
        <w:rPr>
          <w:lang w:eastAsia="zh-CN"/>
        </w:rPr>
      </w:pPr>
      <w:r>
        <w:rPr>
          <w:lang w:eastAsia="zh-CN"/>
        </w:rPr>
        <w:t>审计日志、报表和系统告警。</w:t>
      </w:r>
    </w:p>
    <w:p w14:paraId="015EB667" w14:textId="77777777" w:rsidR="006D5139" w:rsidRDefault="00000000">
      <w:pPr>
        <w:pStyle w:val="21"/>
      </w:pPr>
      <w:r>
        <w:rPr>
          <w:rFonts w:ascii="Calibri" w:eastAsia="微软雅黑" w:hAnsi="Calibri"/>
        </w:rPr>
        <w:lastRenderedPageBreak/>
        <w:t xml:space="preserve">8. </w:t>
      </w:r>
      <w:r>
        <w:rPr>
          <w:rFonts w:ascii="Calibri" w:eastAsia="微软雅黑" w:hAnsi="Calibri"/>
        </w:rPr>
        <w:t>技术方案</w:t>
      </w:r>
    </w:p>
    <w:p w14:paraId="2988319C" w14:textId="77777777" w:rsidR="006D5139" w:rsidRDefault="00000000">
      <w:pPr>
        <w:pStyle w:val="31"/>
      </w:pPr>
      <w:r>
        <w:rPr>
          <w:rFonts w:ascii="Calibri" w:eastAsia="微软雅黑" w:hAnsi="Calibri"/>
        </w:rPr>
        <w:t xml:space="preserve">8.1 </w:t>
      </w:r>
      <w:r>
        <w:rPr>
          <w:rFonts w:ascii="Calibri" w:eastAsia="微软雅黑" w:hAnsi="Calibri"/>
        </w:rPr>
        <w:t>总体架构</w:t>
      </w:r>
    </w:p>
    <w:p w14:paraId="68E3FD3F" w14:textId="77777777" w:rsidR="006D5139" w:rsidRDefault="00000000">
      <w:pPr>
        <w:spacing w:before="80" w:after="80"/>
        <w:jc w:val="center"/>
      </w:pPr>
      <w:r>
        <w:rPr>
          <w:noProof/>
        </w:rPr>
        <w:drawing>
          <wp:inline distT="0" distB="0" distL="0" distR="0" wp14:anchorId="2D83B59F" wp14:editId="30DB68AF">
            <wp:extent cx="5760720" cy="2624328"/>
            <wp:effectExtent l="0" t="0" r="0" b="0"/>
            <wp:docPr id="1" name="Picture 1" descr="求职者和招聘者通过 Nuxt 3 Web 访问 Frappe 自研业务后端；运营人员使用 Frappe Desk；后端连接 MariaDB、Redis、对象存储、AI、通知和监控服务。" title="职来 MVP 总体技术架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itecture.png"/>
                    <pic:cNvPicPr/>
                  </pic:nvPicPr>
                  <pic:blipFill>
                    <a:blip r:embed="rId8"/>
                    <a:stretch>
                      <a:fillRect/>
                    </a:stretch>
                  </pic:blipFill>
                  <pic:spPr>
                    <a:xfrm>
                      <a:off x="0" y="0"/>
                      <a:ext cx="5760720" cy="2624328"/>
                    </a:xfrm>
                    <a:prstGeom prst="rect">
                      <a:avLst/>
                    </a:prstGeom>
                  </pic:spPr>
                </pic:pic>
              </a:graphicData>
            </a:graphic>
          </wp:inline>
        </w:drawing>
      </w:r>
    </w:p>
    <w:p w14:paraId="0D773B7C" w14:textId="77777777" w:rsidR="006D5139" w:rsidRDefault="00000000">
      <w:pPr>
        <w:pStyle w:val="af7"/>
        <w:jc w:val="center"/>
        <w:rPr>
          <w:lang w:eastAsia="zh-CN"/>
        </w:rPr>
      </w:pPr>
      <w:r>
        <w:rPr>
          <w:lang w:eastAsia="zh-CN"/>
        </w:rPr>
        <w:t>图</w:t>
      </w:r>
      <w:r>
        <w:rPr>
          <w:lang w:eastAsia="zh-CN"/>
        </w:rPr>
        <w:t xml:space="preserve"> 1</w:t>
      </w:r>
      <w:r>
        <w:rPr>
          <w:lang w:eastAsia="zh-CN"/>
        </w:rPr>
        <w:t xml:space="preserve">　职来</w:t>
      </w:r>
      <w:r>
        <w:rPr>
          <w:lang w:eastAsia="zh-CN"/>
        </w:rPr>
        <w:t xml:space="preserve"> MVP </w:t>
      </w:r>
      <w:r>
        <w:rPr>
          <w:lang w:eastAsia="zh-CN"/>
        </w:rPr>
        <w:t>总体技术架构</w:t>
      </w:r>
    </w:p>
    <w:p w14:paraId="3231BAE5" w14:textId="77777777" w:rsidR="006D5139" w:rsidRDefault="00000000">
      <w:pPr>
        <w:pStyle w:val="31"/>
      </w:pPr>
      <w:r>
        <w:rPr>
          <w:rFonts w:ascii="Calibri" w:eastAsia="微软雅黑" w:hAnsi="Calibri"/>
        </w:rPr>
        <w:t xml:space="preserve">8.2 </w:t>
      </w:r>
      <w:r>
        <w:rPr>
          <w:rFonts w:ascii="Calibri" w:eastAsia="微软雅黑" w:hAnsi="Calibri"/>
        </w:rPr>
        <w:t>技术栈</w:t>
      </w:r>
    </w:p>
    <w:tbl>
      <w:tblPr>
        <w:tblStyle w:val="aff1"/>
        <w:tblW w:w="9360" w:type="dxa"/>
        <w:tblInd w:w="120" w:type="dxa"/>
        <w:tblLayout w:type="fixed"/>
        <w:tblLook w:val="04A0" w:firstRow="1" w:lastRow="0" w:firstColumn="1" w:lastColumn="0" w:noHBand="0" w:noVBand="1"/>
      </w:tblPr>
      <w:tblGrid>
        <w:gridCol w:w="2300"/>
        <w:gridCol w:w="3530"/>
        <w:gridCol w:w="3530"/>
      </w:tblGrid>
      <w:tr w:rsidR="006D5139" w14:paraId="09C7E8B4" w14:textId="77777777">
        <w:trPr>
          <w:cantSplit/>
          <w:tblHeader/>
        </w:trPr>
        <w:tc>
          <w:tcPr>
            <w:tcW w:w="2300" w:type="dxa"/>
            <w:shd w:val="clear" w:color="auto" w:fill="F2F4F7"/>
            <w:tcMar>
              <w:top w:w="80" w:type="dxa"/>
              <w:left w:w="120" w:type="dxa"/>
              <w:bottom w:w="80" w:type="dxa"/>
              <w:right w:w="120" w:type="dxa"/>
            </w:tcMar>
            <w:vAlign w:val="center"/>
          </w:tcPr>
          <w:p w14:paraId="38DBBB88" w14:textId="77777777" w:rsidR="006D5139" w:rsidRDefault="00000000">
            <w:pPr>
              <w:spacing w:after="40" w:line="252" w:lineRule="auto"/>
            </w:pPr>
            <w:r>
              <w:rPr>
                <w:b/>
                <w:color w:val="0B2545"/>
                <w:sz w:val="18"/>
              </w:rPr>
              <w:t>层级</w:t>
            </w:r>
          </w:p>
        </w:tc>
        <w:tc>
          <w:tcPr>
            <w:tcW w:w="3530" w:type="dxa"/>
            <w:shd w:val="clear" w:color="auto" w:fill="F2F4F7"/>
            <w:tcMar>
              <w:top w:w="80" w:type="dxa"/>
              <w:left w:w="120" w:type="dxa"/>
              <w:bottom w:w="80" w:type="dxa"/>
              <w:right w:w="120" w:type="dxa"/>
            </w:tcMar>
            <w:vAlign w:val="center"/>
          </w:tcPr>
          <w:p w14:paraId="60B6302A" w14:textId="77777777" w:rsidR="006D5139" w:rsidRDefault="00000000">
            <w:pPr>
              <w:spacing w:after="40" w:line="252" w:lineRule="auto"/>
            </w:pPr>
            <w:r>
              <w:rPr>
                <w:b/>
                <w:color w:val="0B2545"/>
                <w:sz w:val="18"/>
              </w:rPr>
              <w:t>技术</w:t>
            </w:r>
          </w:p>
        </w:tc>
        <w:tc>
          <w:tcPr>
            <w:tcW w:w="3530" w:type="dxa"/>
            <w:shd w:val="clear" w:color="auto" w:fill="F2F4F7"/>
            <w:tcMar>
              <w:top w:w="80" w:type="dxa"/>
              <w:left w:w="120" w:type="dxa"/>
              <w:bottom w:w="80" w:type="dxa"/>
              <w:right w:w="120" w:type="dxa"/>
            </w:tcMar>
            <w:vAlign w:val="center"/>
          </w:tcPr>
          <w:p w14:paraId="48629A57" w14:textId="77777777" w:rsidR="006D5139" w:rsidRDefault="00000000">
            <w:pPr>
              <w:spacing w:after="40" w:line="252" w:lineRule="auto"/>
            </w:pPr>
            <w:r>
              <w:rPr>
                <w:b/>
                <w:color w:val="0B2545"/>
                <w:sz w:val="18"/>
              </w:rPr>
              <w:t>选择说明</w:t>
            </w:r>
          </w:p>
        </w:tc>
      </w:tr>
      <w:tr w:rsidR="006D5139" w14:paraId="4212A49A" w14:textId="77777777">
        <w:trPr>
          <w:cantSplit/>
        </w:trPr>
        <w:tc>
          <w:tcPr>
            <w:tcW w:w="2300" w:type="dxa"/>
            <w:tcMar>
              <w:top w:w="80" w:type="dxa"/>
              <w:left w:w="120" w:type="dxa"/>
              <w:bottom w:w="80" w:type="dxa"/>
              <w:right w:w="120" w:type="dxa"/>
            </w:tcMar>
            <w:vAlign w:val="center"/>
          </w:tcPr>
          <w:p w14:paraId="553706D9" w14:textId="77777777" w:rsidR="006D5139" w:rsidRDefault="00000000">
            <w:pPr>
              <w:spacing w:after="60" w:line="252" w:lineRule="auto"/>
            </w:pPr>
            <w:r>
              <w:rPr>
                <w:sz w:val="18"/>
              </w:rPr>
              <w:t>用户前端</w:t>
            </w:r>
          </w:p>
        </w:tc>
        <w:tc>
          <w:tcPr>
            <w:tcW w:w="3530" w:type="dxa"/>
            <w:tcMar>
              <w:top w:w="80" w:type="dxa"/>
              <w:left w:w="120" w:type="dxa"/>
              <w:bottom w:w="80" w:type="dxa"/>
              <w:right w:w="120" w:type="dxa"/>
            </w:tcMar>
            <w:vAlign w:val="center"/>
          </w:tcPr>
          <w:p w14:paraId="3B0E9B48" w14:textId="77777777" w:rsidR="006D5139" w:rsidRDefault="00000000">
            <w:pPr>
              <w:spacing w:after="60" w:line="252" w:lineRule="auto"/>
            </w:pPr>
            <w:r>
              <w:rPr>
                <w:sz w:val="18"/>
              </w:rPr>
              <w:t>Nuxt 3</w:t>
            </w:r>
            <w:r>
              <w:rPr>
                <w:sz w:val="18"/>
              </w:rPr>
              <w:t>、</w:t>
            </w:r>
            <w:r>
              <w:rPr>
                <w:sz w:val="18"/>
              </w:rPr>
              <w:t>Vue 3</w:t>
            </w:r>
            <w:r>
              <w:rPr>
                <w:sz w:val="18"/>
              </w:rPr>
              <w:t>、</w:t>
            </w:r>
            <w:r>
              <w:rPr>
                <w:sz w:val="18"/>
              </w:rPr>
              <w:t>TypeScript</w:t>
            </w:r>
            <w:r>
              <w:rPr>
                <w:sz w:val="18"/>
              </w:rPr>
              <w:t>、</w:t>
            </w:r>
            <w:r>
              <w:rPr>
                <w:sz w:val="18"/>
              </w:rPr>
              <w:t>Pinia</w:t>
            </w:r>
            <w:r>
              <w:rPr>
                <w:sz w:val="18"/>
              </w:rPr>
              <w:t>、</w:t>
            </w:r>
            <w:r>
              <w:rPr>
                <w:sz w:val="18"/>
              </w:rPr>
              <w:t>Frappe UI/</w:t>
            </w:r>
            <w:r>
              <w:rPr>
                <w:sz w:val="18"/>
              </w:rPr>
              <w:t>自建设计系统</w:t>
            </w:r>
          </w:p>
        </w:tc>
        <w:tc>
          <w:tcPr>
            <w:tcW w:w="3530" w:type="dxa"/>
            <w:tcMar>
              <w:top w:w="80" w:type="dxa"/>
              <w:left w:w="120" w:type="dxa"/>
              <w:bottom w:w="80" w:type="dxa"/>
              <w:right w:w="120" w:type="dxa"/>
            </w:tcMar>
            <w:vAlign w:val="center"/>
          </w:tcPr>
          <w:p w14:paraId="3A67FAF0" w14:textId="77777777" w:rsidR="006D5139" w:rsidRDefault="00000000">
            <w:pPr>
              <w:spacing w:after="60" w:line="252" w:lineRule="auto"/>
              <w:rPr>
                <w:lang w:eastAsia="zh-CN"/>
              </w:rPr>
            </w:pPr>
            <w:r>
              <w:rPr>
                <w:sz w:val="18"/>
                <w:lang w:eastAsia="zh-CN"/>
              </w:rPr>
              <w:t xml:space="preserve">SSR </w:t>
            </w:r>
            <w:r>
              <w:rPr>
                <w:sz w:val="18"/>
                <w:lang w:eastAsia="zh-CN"/>
              </w:rPr>
              <w:t>支持岗位页</w:t>
            </w:r>
            <w:r>
              <w:rPr>
                <w:sz w:val="18"/>
                <w:lang w:eastAsia="zh-CN"/>
              </w:rPr>
              <w:t xml:space="preserve"> SEO</w:t>
            </w:r>
            <w:r>
              <w:rPr>
                <w:sz w:val="18"/>
                <w:lang w:eastAsia="zh-CN"/>
              </w:rPr>
              <w:t>；复用</w:t>
            </w:r>
            <w:r>
              <w:rPr>
                <w:sz w:val="18"/>
                <w:lang w:eastAsia="zh-CN"/>
              </w:rPr>
              <w:t xml:space="preserve"> Vue </w:t>
            </w:r>
            <w:r>
              <w:rPr>
                <w:sz w:val="18"/>
                <w:lang w:eastAsia="zh-CN"/>
              </w:rPr>
              <w:t>技术栈</w:t>
            </w:r>
          </w:p>
        </w:tc>
      </w:tr>
      <w:tr w:rsidR="006D5139" w14:paraId="28B4E32A" w14:textId="77777777">
        <w:trPr>
          <w:cantSplit/>
        </w:trPr>
        <w:tc>
          <w:tcPr>
            <w:tcW w:w="2300" w:type="dxa"/>
            <w:tcMar>
              <w:top w:w="80" w:type="dxa"/>
              <w:left w:w="120" w:type="dxa"/>
              <w:bottom w:w="80" w:type="dxa"/>
              <w:right w:w="120" w:type="dxa"/>
            </w:tcMar>
            <w:vAlign w:val="center"/>
          </w:tcPr>
          <w:p w14:paraId="6041727F" w14:textId="77777777" w:rsidR="006D5139" w:rsidRDefault="00000000">
            <w:pPr>
              <w:spacing w:after="60" w:line="252" w:lineRule="auto"/>
            </w:pPr>
            <w:r>
              <w:rPr>
                <w:sz w:val="18"/>
              </w:rPr>
              <w:t>后端</w:t>
            </w:r>
          </w:p>
        </w:tc>
        <w:tc>
          <w:tcPr>
            <w:tcW w:w="3530" w:type="dxa"/>
            <w:tcMar>
              <w:top w:w="80" w:type="dxa"/>
              <w:left w:w="120" w:type="dxa"/>
              <w:bottom w:w="80" w:type="dxa"/>
              <w:right w:w="120" w:type="dxa"/>
            </w:tcMar>
            <w:vAlign w:val="center"/>
          </w:tcPr>
          <w:p w14:paraId="49D26813" w14:textId="77777777" w:rsidR="006D5139" w:rsidRDefault="00000000">
            <w:pPr>
              <w:spacing w:after="60" w:line="252" w:lineRule="auto"/>
            </w:pPr>
            <w:r>
              <w:rPr>
                <w:sz w:val="18"/>
              </w:rPr>
              <w:t>Frappe Framework</w:t>
            </w:r>
            <w:r>
              <w:rPr>
                <w:sz w:val="18"/>
              </w:rPr>
              <w:t>、自研</w:t>
            </w:r>
            <w:r>
              <w:rPr>
                <w:sz w:val="18"/>
              </w:rPr>
              <w:t xml:space="preserve"> </w:t>
            </w:r>
            <w:r>
              <w:rPr>
                <w:rFonts w:ascii="Consolas" w:hAnsi="Consolas"/>
                <w:color w:val="1F4D78"/>
                <w:sz w:val="17"/>
              </w:rPr>
              <w:t>zhilai_core</w:t>
            </w:r>
            <w:r>
              <w:rPr>
                <w:sz w:val="18"/>
              </w:rPr>
              <w:t xml:space="preserve"> App</w:t>
            </w:r>
            <w:r>
              <w:rPr>
                <w:sz w:val="18"/>
              </w:rPr>
              <w:t>、</w:t>
            </w:r>
            <w:r>
              <w:rPr>
                <w:sz w:val="18"/>
              </w:rPr>
              <w:t>Python</w:t>
            </w:r>
          </w:p>
        </w:tc>
        <w:tc>
          <w:tcPr>
            <w:tcW w:w="3530" w:type="dxa"/>
            <w:tcMar>
              <w:top w:w="80" w:type="dxa"/>
              <w:left w:w="120" w:type="dxa"/>
              <w:bottom w:w="80" w:type="dxa"/>
              <w:right w:w="120" w:type="dxa"/>
            </w:tcMar>
            <w:vAlign w:val="center"/>
          </w:tcPr>
          <w:p w14:paraId="27EF76FF" w14:textId="77777777" w:rsidR="006D5139" w:rsidRDefault="00000000">
            <w:pPr>
              <w:spacing w:after="60" w:line="252" w:lineRule="auto"/>
              <w:rPr>
                <w:lang w:eastAsia="zh-CN"/>
              </w:rPr>
            </w:pPr>
            <w:r>
              <w:rPr>
                <w:sz w:val="18"/>
                <w:lang w:eastAsia="zh-CN"/>
              </w:rPr>
              <w:t>内置模型、权限、工作流、后台和</w:t>
            </w:r>
            <w:r>
              <w:rPr>
                <w:sz w:val="18"/>
                <w:lang w:eastAsia="zh-CN"/>
              </w:rPr>
              <w:t xml:space="preserve"> API</w:t>
            </w:r>
          </w:p>
        </w:tc>
      </w:tr>
      <w:tr w:rsidR="006D5139" w14:paraId="3B5F0D95" w14:textId="77777777">
        <w:trPr>
          <w:cantSplit/>
        </w:trPr>
        <w:tc>
          <w:tcPr>
            <w:tcW w:w="2300" w:type="dxa"/>
            <w:tcMar>
              <w:top w:w="80" w:type="dxa"/>
              <w:left w:w="120" w:type="dxa"/>
              <w:bottom w:w="80" w:type="dxa"/>
              <w:right w:w="120" w:type="dxa"/>
            </w:tcMar>
            <w:vAlign w:val="center"/>
          </w:tcPr>
          <w:p w14:paraId="3E7B8385" w14:textId="77777777" w:rsidR="006D5139" w:rsidRDefault="00000000">
            <w:pPr>
              <w:spacing w:after="60" w:line="252" w:lineRule="auto"/>
            </w:pPr>
            <w:r>
              <w:rPr>
                <w:sz w:val="18"/>
              </w:rPr>
              <w:t>数据库</w:t>
            </w:r>
          </w:p>
        </w:tc>
        <w:tc>
          <w:tcPr>
            <w:tcW w:w="3530" w:type="dxa"/>
            <w:tcMar>
              <w:top w:w="80" w:type="dxa"/>
              <w:left w:w="120" w:type="dxa"/>
              <w:bottom w:w="80" w:type="dxa"/>
              <w:right w:w="120" w:type="dxa"/>
            </w:tcMar>
            <w:vAlign w:val="center"/>
          </w:tcPr>
          <w:p w14:paraId="2371672D" w14:textId="77777777" w:rsidR="006D5139" w:rsidRDefault="00000000">
            <w:pPr>
              <w:spacing w:after="60" w:line="252" w:lineRule="auto"/>
            </w:pPr>
            <w:r>
              <w:rPr>
                <w:sz w:val="18"/>
              </w:rPr>
              <w:t>MariaDB</w:t>
            </w:r>
          </w:p>
        </w:tc>
        <w:tc>
          <w:tcPr>
            <w:tcW w:w="3530" w:type="dxa"/>
            <w:tcMar>
              <w:top w:w="80" w:type="dxa"/>
              <w:left w:w="120" w:type="dxa"/>
              <w:bottom w:w="80" w:type="dxa"/>
              <w:right w:w="120" w:type="dxa"/>
            </w:tcMar>
            <w:vAlign w:val="center"/>
          </w:tcPr>
          <w:p w14:paraId="508FE55D" w14:textId="77777777" w:rsidR="006D5139" w:rsidRDefault="00000000">
            <w:pPr>
              <w:spacing w:after="60" w:line="252" w:lineRule="auto"/>
              <w:rPr>
                <w:lang w:eastAsia="zh-CN"/>
              </w:rPr>
            </w:pPr>
            <w:r>
              <w:rPr>
                <w:sz w:val="18"/>
                <w:lang w:eastAsia="zh-CN"/>
              </w:rPr>
              <w:t xml:space="preserve">Frappe </w:t>
            </w:r>
            <w:r>
              <w:rPr>
                <w:sz w:val="18"/>
                <w:lang w:eastAsia="zh-CN"/>
              </w:rPr>
              <w:t>成熟默认路径，降低兼容风险</w:t>
            </w:r>
          </w:p>
        </w:tc>
      </w:tr>
      <w:tr w:rsidR="006D5139" w14:paraId="00AA23AF" w14:textId="77777777">
        <w:trPr>
          <w:cantSplit/>
        </w:trPr>
        <w:tc>
          <w:tcPr>
            <w:tcW w:w="2300" w:type="dxa"/>
            <w:tcMar>
              <w:top w:w="80" w:type="dxa"/>
              <w:left w:w="120" w:type="dxa"/>
              <w:bottom w:w="80" w:type="dxa"/>
              <w:right w:w="120" w:type="dxa"/>
            </w:tcMar>
            <w:vAlign w:val="center"/>
          </w:tcPr>
          <w:p w14:paraId="4898DD14" w14:textId="77777777" w:rsidR="006D5139" w:rsidRDefault="00000000">
            <w:pPr>
              <w:spacing w:after="60" w:line="252" w:lineRule="auto"/>
            </w:pPr>
            <w:r>
              <w:rPr>
                <w:sz w:val="18"/>
              </w:rPr>
              <w:t>缓存</w:t>
            </w:r>
            <w:r>
              <w:rPr>
                <w:sz w:val="18"/>
              </w:rPr>
              <w:t>/</w:t>
            </w:r>
            <w:r>
              <w:rPr>
                <w:sz w:val="18"/>
              </w:rPr>
              <w:t>队列</w:t>
            </w:r>
          </w:p>
        </w:tc>
        <w:tc>
          <w:tcPr>
            <w:tcW w:w="3530" w:type="dxa"/>
            <w:tcMar>
              <w:top w:w="80" w:type="dxa"/>
              <w:left w:w="120" w:type="dxa"/>
              <w:bottom w:w="80" w:type="dxa"/>
              <w:right w:w="120" w:type="dxa"/>
            </w:tcMar>
            <w:vAlign w:val="center"/>
          </w:tcPr>
          <w:p w14:paraId="2B661AD7" w14:textId="77777777" w:rsidR="006D5139" w:rsidRDefault="00000000">
            <w:pPr>
              <w:spacing w:after="60" w:line="252" w:lineRule="auto"/>
            </w:pPr>
            <w:r>
              <w:rPr>
                <w:sz w:val="18"/>
              </w:rPr>
              <w:t>Redis + Frappe RQ</w:t>
            </w:r>
          </w:p>
        </w:tc>
        <w:tc>
          <w:tcPr>
            <w:tcW w:w="3530" w:type="dxa"/>
            <w:tcMar>
              <w:top w:w="80" w:type="dxa"/>
              <w:left w:w="120" w:type="dxa"/>
              <w:bottom w:w="80" w:type="dxa"/>
              <w:right w:w="120" w:type="dxa"/>
            </w:tcMar>
            <w:vAlign w:val="center"/>
          </w:tcPr>
          <w:p w14:paraId="07206407" w14:textId="77777777" w:rsidR="006D5139" w:rsidRDefault="00000000">
            <w:pPr>
              <w:spacing w:after="60" w:line="252" w:lineRule="auto"/>
              <w:rPr>
                <w:lang w:eastAsia="zh-CN"/>
              </w:rPr>
            </w:pPr>
            <w:r>
              <w:rPr>
                <w:sz w:val="18"/>
                <w:lang w:eastAsia="zh-CN"/>
              </w:rPr>
              <w:t>AI</w:t>
            </w:r>
            <w:r>
              <w:rPr>
                <w:sz w:val="18"/>
                <w:lang w:eastAsia="zh-CN"/>
              </w:rPr>
              <w:t>、通知、解析、索引和定时任务</w:t>
            </w:r>
          </w:p>
        </w:tc>
      </w:tr>
      <w:tr w:rsidR="006D5139" w14:paraId="7F65BA28" w14:textId="77777777">
        <w:trPr>
          <w:cantSplit/>
        </w:trPr>
        <w:tc>
          <w:tcPr>
            <w:tcW w:w="2300" w:type="dxa"/>
            <w:tcMar>
              <w:top w:w="80" w:type="dxa"/>
              <w:left w:w="120" w:type="dxa"/>
              <w:bottom w:w="80" w:type="dxa"/>
              <w:right w:w="120" w:type="dxa"/>
            </w:tcMar>
            <w:vAlign w:val="center"/>
          </w:tcPr>
          <w:p w14:paraId="1A279A76" w14:textId="77777777" w:rsidR="006D5139" w:rsidRDefault="00000000">
            <w:pPr>
              <w:spacing w:after="60" w:line="252" w:lineRule="auto"/>
            </w:pPr>
            <w:r>
              <w:rPr>
                <w:sz w:val="18"/>
              </w:rPr>
              <w:t>实时通信</w:t>
            </w:r>
          </w:p>
        </w:tc>
        <w:tc>
          <w:tcPr>
            <w:tcW w:w="3530" w:type="dxa"/>
            <w:tcMar>
              <w:top w:w="80" w:type="dxa"/>
              <w:left w:w="120" w:type="dxa"/>
              <w:bottom w:w="80" w:type="dxa"/>
              <w:right w:w="120" w:type="dxa"/>
            </w:tcMar>
            <w:vAlign w:val="center"/>
          </w:tcPr>
          <w:p w14:paraId="7C5D68F2" w14:textId="77777777" w:rsidR="006D5139" w:rsidRDefault="00000000">
            <w:pPr>
              <w:spacing w:after="60" w:line="252" w:lineRule="auto"/>
            </w:pPr>
            <w:r>
              <w:rPr>
                <w:sz w:val="18"/>
              </w:rPr>
              <w:t>Frappe Socket.IO</w:t>
            </w:r>
          </w:p>
        </w:tc>
        <w:tc>
          <w:tcPr>
            <w:tcW w:w="3530" w:type="dxa"/>
            <w:tcMar>
              <w:top w:w="80" w:type="dxa"/>
              <w:left w:w="120" w:type="dxa"/>
              <w:bottom w:w="80" w:type="dxa"/>
              <w:right w:w="120" w:type="dxa"/>
            </w:tcMar>
            <w:vAlign w:val="center"/>
          </w:tcPr>
          <w:p w14:paraId="26900D94" w14:textId="77777777" w:rsidR="006D5139" w:rsidRDefault="00000000">
            <w:pPr>
              <w:spacing w:after="60" w:line="252" w:lineRule="auto"/>
              <w:rPr>
                <w:lang w:eastAsia="zh-CN"/>
              </w:rPr>
            </w:pPr>
            <w:r>
              <w:rPr>
                <w:sz w:val="18"/>
                <w:lang w:eastAsia="zh-CN"/>
              </w:rPr>
              <w:t>消息、未读数和任务进度</w:t>
            </w:r>
          </w:p>
        </w:tc>
      </w:tr>
      <w:tr w:rsidR="006D5139" w14:paraId="41BF7061" w14:textId="77777777">
        <w:trPr>
          <w:cantSplit/>
        </w:trPr>
        <w:tc>
          <w:tcPr>
            <w:tcW w:w="2300" w:type="dxa"/>
            <w:tcMar>
              <w:top w:w="80" w:type="dxa"/>
              <w:left w:w="120" w:type="dxa"/>
              <w:bottom w:w="80" w:type="dxa"/>
              <w:right w:w="120" w:type="dxa"/>
            </w:tcMar>
            <w:vAlign w:val="center"/>
          </w:tcPr>
          <w:p w14:paraId="7CA39719" w14:textId="77777777" w:rsidR="006D5139" w:rsidRDefault="00000000">
            <w:pPr>
              <w:spacing w:after="60" w:line="252" w:lineRule="auto"/>
            </w:pPr>
            <w:r>
              <w:rPr>
                <w:sz w:val="18"/>
              </w:rPr>
              <w:t>文件</w:t>
            </w:r>
          </w:p>
        </w:tc>
        <w:tc>
          <w:tcPr>
            <w:tcW w:w="3530" w:type="dxa"/>
            <w:tcMar>
              <w:top w:w="80" w:type="dxa"/>
              <w:left w:w="120" w:type="dxa"/>
              <w:bottom w:w="80" w:type="dxa"/>
              <w:right w:w="120" w:type="dxa"/>
            </w:tcMar>
            <w:vAlign w:val="center"/>
          </w:tcPr>
          <w:p w14:paraId="2AE8A2FA" w14:textId="77777777" w:rsidR="006D5139" w:rsidRDefault="00000000">
            <w:pPr>
              <w:spacing w:after="60" w:line="252" w:lineRule="auto"/>
            </w:pPr>
            <w:r>
              <w:rPr>
                <w:sz w:val="18"/>
              </w:rPr>
              <w:t>对象存储</w:t>
            </w:r>
            <w:r>
              <w:rPr>
                <w:sz w:val="18"/>
              </w:rPr>
              <w:t xml:space="preserve"> S3/MinIO + </w:t>
            </w:r>
            <w:r>
              <w:rPr>
                <w:sz w:val="18"/>
              </w:rPr>
              <w:t>短期签名</w:t>
            </w:r>
            <w:r>
              <w:rPr>
                <w:sz w:val="18"/>
              </w:rPr>
              <w:t xml:space="preserve"> URL</w:t>
            </w:r>
          </w:p>
        </w:tc>
        <w:tc>
          <w:tcPr>
            <w:tcW w:w="3530" w:type="dxa"/>
            <w:tcMar>
              <w:top w:w="80" w:type="dxa"/>
              <w:left w:w="120" w:type="dxa"/>
              <w:bottom w:w="80" w:type="dxa"/>
              <w:right w:w="120" w:type="dxa"/>
            </w:tcMar>
            <w:vAlign w:val="center"/>
          </w:tcPr>
          <w:p w14:paraId="39C12544" w14:textId="77777777" w:rsidR="006D5139" w:rsidRDefault="00000000">
            <w:pPr>
              <w:spacing w:after="60" w:line="252" w:lineRule="auto"/>
              <w:rPr>
                <w:lang w:eastAsia="zh-CN"/>
              </w:rPr>
            </w:pPr>
            <w:r>
              <w:rPr>
                <w:sz w:val="18"/>
                <w:lang w:eastAsia="zh-CN"/>
              </w:rPr>
              <w:t>简历、认证和</w:t>
            </w:r>
            <w:r>
              <w:rPr>
                <w:sz w:val="18"/>
                <w:lang w:eastAsia="zh-CN"/>
              </w:rPr>
              <w:t xml:space="preserve"> Offer </w:t>
            </w:r>
            <w:r>
              <w:rPr>
                <w:sz w:val="18"/>
                <w:lang w:eastAsia="zh-CN"/>
              </w:rPr>
              <w:t>附件不经应用长时间直出</w:t>
            </w:r>
          </w:p>
        </w:tc>
      </w:tr>
      <w:tr w:rsidR="006D5139" w14:paraId="3B9FBE33" w14:textId="77777777">
        <w:trPr>
          <w:cantSplit/>
        </w:trPr>
        <w:tc>
          <w:tcPr>
            <w:tcW w:w="2300" w:type="dxa"/>
            <w:tcMar>
              <w:top w:w="80" w:type="dxa"/>
              <w:left w:w="120" w:type="dxa"/>
              <w:bottom w:w="80" w:type="dxa"/>
              <w:right w:w="120" w:type="dxa"/>
            </w:tcMar>
            <w:vAlign w:val="center"/>
          </w:tcPr>
          <w:p w14:paraId="6847086F" w14:textId="77777777" w:rsidR="006D5139" w:rsidRDefault="00000000">
            <w:pPr>
              <w:spacing w:after="60" w:line="252" w:lineRule="auto"/>
            </w:pPr>
            <w:r>
              <w:rPr>
                <w:sz w:val="18"/>
              </w:rPr>
              <w:t>AI</w:t>
            </w:r>
          </w:p>
        </w:tc>
        <w:tc>
          <w:tcPr>
            <w:tcW w:w="3530" w:type="dxa"/>
            <w:tcMar>
              <w:top w:w="80" w:type="dxa"/>
              <w:left w:w="120" w:type="dxa"/>
              <w:bottom w:w="80" w:type="dxa"/>
              <w:right w:w="120" w:type="dxa"/>
            </w:tcMar>
            <w:vAlign w:val="center"/>
          </w:tcPr>
          <w:p w14:paraId="081B8A4E" w14:textId="77777777" w:rsidR="006D5139" w:rsidRDefault="00000000">
            <w:pPr>
              <w:spacing w:after="60" w:line="252" w:lineRule="auto"/>
            </w:pPr>
            <w:r>
              <w:rPr>
                <w:sz w:val="18"/>
              </w:rPr>
              <w:t>服务端</w:t>
            </w:r>
            <w:r>
              <w:rPr>
                <w:sz w:val="18"/>
              </w:rPr>
              <w:t xml:space="preserve"> Provider Adapter + </w:t>
            </w:r>
            <w:r>
              <w:rPr>
                <w:sz w:val="18"/>
              </w:rPr>
              <w:t>提示词</w:t>
            </w:r>
            <w:r>
              <w:rPr>
                <w:sz w:val="18"/>
              </w:rPr>
              <w:t>/</w:t>
            </w:r>
            <w:r>
              <w:rPr>
                <w:sz w:val="18"/>
              </w:rPr>
              <w:t>评测版本管理</w:t>
            </w:r>
          </w:p>
        </w:tc>
        <w:tc>
          <w:tcPr>
            <w:tcW w:w="3530" w:type="dxa"/>
            <w:tcMar>
              <w:top w:w="80" w:type="dxa"/>
              <w:left w:w="120" w:type="dxa"/>
              <w:bottom w:w="80" w:type="dxa"/>
              <w:right w:w="120" w:type="dxa"/>
            </w:tcMar>
            <w:vAlign w:val="center"/>
          </w:tcPr>
          <w:p w14:paraId="23958F1B" w14:textId="77777777" w:rsidR="006D5139" w:rsidRDefault="00000000">
            <w:pPr>
              <w:spacing w:after="60" w:line="252" w:lineRule="auto"/>
              <w:rPr>
                <w:lang w:eastAsia="zh-CN"/>
              </w:rPr>
            </w:pPr>
            <w:r>
              <w:rPr>
                <w:sz w:val="18"/>
                <w:lang w:eastAsia="zh-CN"/>
              </w:rPr>
              <w:t>可切换模型并控制数据、成本和降级</w:t>
            </w:r>
          </w:p>
        </w:tc>
      </w:tr>
      <w:tr w:rsidR="006D5139" w14:paraId="71F5FF0A" w14:textId="77777777">
        <w:trPr>
          <w:cantSplit/>
        </w:trPr>
        <w:tc>
          <w:tcPr>
            <w:tcW w:w="2300" w:type="dxa"/>
            <w:tcMar>
              <w:top w:w="80" w:type="dxa"/>
              <w:left w:w="120" w:type="dxa"/>
              <w:bottom w:w="80" w:type="dxa"/>
              <w:right w:w="120" w:type="dxa"/>
            </w:tcMar>
            <w:vAlign w:val="center"/>
          </w:tcPr>
          <w:p w14:paraId="7A5077A0" w14:textId="77777777" w:rsidR="006D5139" w:rsidRDefault="00000000">
            <w:pPr>
              <w:spacing w:after="60" w:line="252" w:lineRule="auto"/>
            </w:pPr>
            <w:r>
              <w:rPr>
                <w:sz w:val="18"/>
              </w:rPr>
              <w:lastRenderedPageBreak/>
              <w:t>搜索</w:t>
            </w:r>
          </w:p>
        </w:tc>
        <w:tc>
          <w:tcPr>
            <w:tcW w:w="3530" w:type="dxa"/>
            <w:tcMar>
              <w:top w:w="80" w:type="dxa"/>
              <w:left w:w="120" w:type="dxa"/>
              <w:bottom w:w="80" w:type="dxa"/>
              <w:right w:w="120" w:type="dxa"/>
            </w:tcMar>
            <w:vAlign w:val="center"/>
          </w:tcPr>
          <w:p w14:paraId="7C0A31CD" w14:textId="77777777" w:rsidR="006D5139" w:rsidRDefault="00000000">
            <w:pPr>
              <w:spacing w:after="60" w:line="252" w:lineRule="auto"/>
            </w:pPr>
            <w:r>
              <w:rPr>
                <w:sz w:val="18"/>
              </w:rPr>
              <w:t xml:space="preserve">MVP </w:t>
            </w:r>
            <w:r>
              <w:rPr>
                <w:sz w:val="18"/>
              </w:rPr>
              <w:t>使用</w:t>
            </w:r>
            <w:r>
              <w:rPr>
                <w:sz w:val="18"/>
              </w:rPr>
              <w:t xml:space="preserve"> MariaDB </w:t>
            </w:r>
            <w:r>
              <w:rPr>
                <w:sz w:val="18"/>
              </w:rPr>
              <w:t>索引与结构化筛选；</w:t>
            </w:r>
            <w:r>
              <w:rPr>
                <w:sz w:val="18"/>
              </w:rPr>
              <w:t xml:space="preserve">P1 </w:t>
            </w:r>
            <w:r>
              <w:rPr>
                <w:sz w:val="18"/>
              </w:rPr>
              <w:t>引入</w:t>
            </w:r>
            <w:r>
              <w:rPr>
                <w:sz w:val="18"/>
              </w:rPr>
              <w:t xml:space="preserve"> OpenSearch</w:t>
            </w:r>
          </w:p>
        </w:tc>
        <w:tc>
          <w:tcPr>
            <w:tcW w:w="3530" w:type="dxa"/>
            <w:tcMar>
              <w:top w:w="80" w:type="dxa"/>
              <w:left w:w="120" w:type="dxa"/>
              <w:bottom w:w="80" w:type="dxa"/>
              <w:right w:w="120" w:type="dxa"/>
            </w:tcMar>
            <w:vAlign w:val="center"/>
          </w:tcPr>
          <w:p w14:paraId="2E258F44" w14:textId="77777777" w:rsidR="006D5139" w:rsidRDefault="00000000">
            <w:pPr>
              <w:spacing w:after="60" w:line="252" w:lineRule="auto"/>
              <w:rPr>
                <w:lang w:eastAsia="zh-CN"/>
              </w:rPr>
            </w:pPr>
            <w:r>
              <w:rPr>
                <w:sz w:val="18"/>
                <w:lang w:eastAsia="zh-CN"/>
              </w:rPr>
              <w:t>避免两人团队过早增加运维组件</w:t>
            </w:r>
          </w:p>
        </w:tc>
      </w:tr>
      <w:tr w:rsidR="006D5139" w14:paraId="0328E17E" w14:textId="77777777">
        <w:trPr>
          <w:cantSplit/>
        </w:trPr>
        <w:tc>
          <w:tcPr>
            <w:tcW w:w="2300" w:type="dxa"/>
            <w:tcMar>
              <w:top w:w="80" w:type="dxa"/>
              <w:left w:w="120" w:type="dxa"/>
              <w:bottom w:w="80" w:type="dxa"/>
              <w:right w:w="120" w:type="dxa"/>
            </w:tcMar>
            <w:vAlign w:val="center"/>
          </w:tcPr>
          <w:p w14:paraId="05460C96" w14:textId="77777777" w:rsidR="006D5139" w:rsidRDefault="00000000">
            <w:pPr>
              <w:spacing w:after="60" w:line="252" w:lineRule="auto"/>
            </w:pPr>
            <w:r>
              <w:rPr>
                <w:sz w:val="18"/>
              </w:rPr>
              <w:t>部署</w:t>
            </w:r>
          </w:p>
        </w:tc>
        <w:tc>
          <w:tcPr>
            <w:tcW w:w="3530" w:type="dxa"/>
            <w:tcMar>
              <w:top w:w="80" w:type="dxa"/>
              <w:left w:w="120" w:type="dxa"/>
              <w:bottom w:w="80" w:type="dxa"/>
              <w:right w:w="120" w:type="dxa"/>
            </w:tcMar>
            <w:vAlign w:val="center"/>
          </w:tcPr>
          <w:p w14:paraId="6B5D83F9" w14:textId="77777777" w:rsidR="006D5139" w:rsidRDefault="00000000">
            <w:pPr>
              <w:spacing w:after="60" w:line="252" w:lineRule="auto"/>
            </w:pPr>
            <w:r>
              <w:rPr>
                <w:sz w:val="18"/>
              </w:rPr>
              <w:t>Docker</w:t>
            </w:r>
            <w:r>
              <w:rPr>
                <w:sz w:val="18"/>
              </w:rPr>
              <w:t>、反向代理、托管数据库</w:t>
            </w:r>
            <w:r>
              <w:rPr>
                <w:sz w:val="18"/>
              </w:rPr>
              <w:t>/</w:t>
            </w:r>
            <w:r>
              <w:rPr>
                <w:sz w:val="18"/>
              </w:rPr>
              <w:t>缓存或</w:t>
            </w:r>
            <w:r>
              <w:rPr>
                <w:sz w:val="18"/>
              </w:rPr>
              <w:t xml:space="preserve"> Frappe Cloud </w:t>
            </w:r>
            <w:r>
              <w:rPr>
                <w:sz w:val="18"/>
              </w:rPr>
              <w:t>评估</w:t>
            </w:r>
          </w:p>
        </w:tc>
        <w:tc>
          <w:tcPr>
            <w:tcW w:w="3530" w:type="dxa"/>
            <w:tcMar>
              <w:top w:w="80" w:type="dxa"/>
              <w:left w:w="120" w:type="dxa"/>
              <w:bottom w:w="80" w:type="dxa"/>
              <w:right w:w="120" w:type="dxa"/>
            </w:tcMar>
            <w:vAlign w:val="center"/>
          </w:tcPr>
          <w:p w14:paraId="7D9CCB1C" w14:textId="77777777" w:rsidR="006D5139" w:rsidRDefault="00000000">
            <w:pPr>
              <w:spacing w:after="60" w:line="252" w:lineRule="auto"/>
              <w:rPr>
                <w:lang w:eastAsia="zh-CN"/>
              </w:rPr>
            </w:pPr>
            <w:r>
              <w:rPr>
                <w:sz w:val="18"/>
                <w:lang w:eastAsia="zh-CN"/>
              </w:rPr>
              <w:t>开发、预发、生产隔离</w:t>
            </w:r>
          </w:p>
        </w:tc>
      </w:tr>
      <w:tr w:rsidR="006D5139" w14:paraId="136B6C59" w14:textId="77777777">
        <w:trPr>
          <w:cantSplit/>
        </w:trPr>
        <w:tc>
          <w:tcPr>
            <w:tcW w:w="2300" w:type="dxa"/>
            <w:tcMar>
              <w:top w:w="80" w:type="dxa"/>
              <w:left w:w="120" w:type="dxa"/>
              <w:bottom w:w="80" w:type="dxa"/>
              <w:right w:w="120" w:type="dxa"/>
            </w:tcMar>
            <w:vAlign w:val="center"/>
          </w:tcPr>
          <w:p w14:paraId="525F5D0A" w14:textId="77777777" w:rsidR="006D5139" w:rsidRDefault="00000000">
            <w:pPr>
              <w:spacing w:after="60" w:line="252" w:lineRule="auto"/>
            </w:pPr>
            <w:r>
              <w:rPr>
                <w:sz w:val="18"/>
              </w:rPr>
              <w:t>CI/CD</w:t>
            </w:r>
          </w:p>
        </w:tc>
        <w:tc>
          <w:tcPr>
            <w:tcW w:w="3530" w:type="dxa"/>
            <w:tcMar>
              <w:top w:w="80" w:type="dxa"/>
              <w:left w:w="120" w:type="dxa"/>
              <w:bottom w:w="80" w:type="dxa"/>
              <w:right w:w="120" w:type="dxa"/>
            </w:tcMar>
            <w:vAlign w:val="center"/>
          </w:tcPr>
          <w:p w14:paraId="2F81204D" w14:textId="77777777" w:rsidR="006D5139" w:rsidRDefault="00000000">
            <w:pPr>
              <w:spacing w:after="60" w:line="252" w:lineRule="auto"/>
            </w:pPr>
            <w:r>
              <w:rPr>
                <w:sz w:val="18"/>
              </w:rPr>
              <w:t>GitHub Actions</w:t>
            </w:r>
          </w:p>
        </w:tc>
        <w:tc>
          <w:tcPr>
            <w:tcW w:w="3530" w:type="dxa"/>
            <w:tcMar>
              <w:top w:w="80" w:type="dxa"/>
              <w:left w:w="120" w:type="dxa"/>
              <w:bottom w:w="80" w:type="dxa"/>
              <w:right w:w="120" w:type="dxa"/>
            </w:tcMar>
            <w:vAlign w:val="center"/>
          </w:tcPr>
          <w:p w14:paraId="07C10863" w14:textId="77777777" w:rsidR="006D5139" w:rsidRDefault="00000000">
            <w:pPr>
              <w:spacing w:after="60" w:line="252" w:lineRule="auto"/>
              <w:rPr>
                <w:lang w:eastAsia="zh-CN"/>
              </w:rPr>
            </w:pPr>
            <w:r>
              <w:rPr>
                <w:sz w:val="18"/>
                <w:lang w:eastAsia="zh-CN"/>
              </w:rPr>
              <w:t xml:space="preserve">PR </w:t>
            </w:r>
            <w:r>
              <w:rPr>
                <w:sz w:val="18"/>
                <w:lang w:eastAsia="zh-CN"/>
              </w:rPr>
              <w:t>检查、镜像、迁移检查、部署和回滚</w:t>
            </w:r>
          </w:p>
        </w:tc>
      </w:tr>
      <w:tr w:rsidR="006D5139" w14:paraId="71972DDB" w14:textId="77777777">
        <w:trPr>
          <w:cantSplit/>
        </w:trPr>
        <w:tc>
          <w:tcPr>
            <w:tcW w:w="2300" w:type="dxa"/>
            <w:tcMar>
              <w:top w:w="80" w:type="dxa"/>
              <w:left w:w="120" w:type="dxa"/>
              <w:bottom w:w="80" w:type="dxa"/>
              <w:right w:w="120" w:type="dxa"/>
            </w:tcMar>
            <w:vAlign w:val="center"/>
          </w:tcPr>
          <w:p w14:paraId="1B285685" w14:textId="77777777" w:rsidR="006D5139" w:rsidRDefault="00000000">
            <w:pPr>
              <w:spacing w:after="60" w:line="252" w:lineRule="auto"/>
            </w:pPr>
            <w:r>
              <w:rPr>
                <w:sz w:val="18"/>
              </w:rPr>
              <w:t>测试</w:t>
            </w:r>
          </w:p>
        </w:tc>
        <w:tc>
          <w:tcPr>
            <w:tcW w:w="3530" w:type="dxa"/>
            <w:tcMar>
              <w:top w:w="80" w:type="dxa"/>
              <w:left w:w="120" w:type="dxa"/>
              <w:bottom w:w="80" w:type="dxa"/>
              <w:right w:w="120" w:type="dxa"/>
            </w:tcMar>
            <w:vAlign w:val="center"/>
          </w:tcPr>
          <w:p w14:paraId="758BEB07" w14:textId="77777777" w:rsidR="006D5139" w:rsidRDefault="00000000">
            <w:pPr>
              <w:spacing w:after="60" w:line="252" w:lineRule="auto"/>
            </w:pPr>
            <w:r>
              <w:rPr>
                <w:sz w:val="18"/>
              </w:rPr>
              <w:t>Pytest/Frappe Test</w:t>
            </w:r>
            <w:r>
              <w:rPr>
                <w:sz w:val="18"/>
              </w:rPr>
              <w:t>、</w:t>
            </w:r>
            <w:r>
              <w:rPr>
                <w:sz w:val="18"/>
              </w:rPr>
              <w:t>Vitest</w:t>
            </w:r>
            <w:r>
              <w:rPr>
                <w:sz w:val="18"/>
              </w:rPr>
              <w:t>、</w:t>
            </w:r>
            <w:r>
              <w:rPr>
                <w:sz w:val="18"/>
              </w:rPr>
              <w:t>Playwright</w:t>
            </w:r>
          </w:p>
        </w:tc>
        <w:tc>
          <w:tcPr>
            <w:tcW w:w="3530" w:type="dxa"/>
            <w:tcMar>
              <w:top w:w="80" w:type="dxa"/>
              <w:left w:w="120" w:type="dxa"/>
              <w:bottom w:w="80" w:type="dxa"/>
              <w:right w:w="120" w:type="dxa"/>
            </w:tcMar>
            <w:vAlign w:val="center"/>
          </w:tcPr>
          <w:p w14:paraId="13C46D06" w14:textId="77777777" w:rsidR="006D5139" w:rsidRDefault="00000000">
            <w:pPr>
              <w:spacing w:after="60" w:line="252" w:lineRule="auto"/>
              <w:rPr>
                <w:lang w:eastAsia="zh-CN"/>
              </w:rPr>
            </w:pPr>
            <w:r>
              <w:rPr>
                <w:sz w:val="18"/>
                <w:lang w:eastAsia="zh-CN"/>
              </w:rPr>
              <w:t>后端、前端组件和端到端覆盖</w:t>
            </w:r>
          </w:p>
        </w:tc>
      </w:tr>
      <w:tr w:rsidR="006D5139" w14:paraId="4F7D3E05" w14:textId="77777777">
        <w:trPr>
          <w:cantSplit/>
        </w:trPr>
        <w:tc>
          <w:tcPr>
            <w:tcW w:w="2300" w:type="dxa"/>
            <w:tcMar>
              <w:top w:w="80" w:type="dxa"/>
              <w:left w:w="120" w:type="dxa"/>
              <w:bottom w:w="80" w:type="dxa"/>
              <w:right w:w="120" w:type="dxa"/>
            </w:tcMar>
            <w:vAlign w:val="center"/>
          </w:tcPr>
          <w:p w14:paraId="4FC730FB" w14:textId="77777777" w:rsidR="006D5139" w:rsidRDefault="00000000">
            <w:pPr>
              <w:spacing w:after="60" w:line="252" w:lineRule="auto"/>
            </w:pPr>
            <w:r>
              <w:rPr>
                <w:sz w:val="18"/>
              </w:rPr>
              <w:t>监控</w:t>
            </w:r>
          </w:p>
        </w:tc>
        <w:tc>
          <w:tcPr>
            <w:tcW w:w="3530" w:type="dxa"/>
            <w:tcMar>
              <w:top w:w="80" w:type="dxa"/>
              <w:left w:w="120" w:type="dxa"/>
              <w:bottom w:w="80" w:type="dxa"/>
              <w:right w:w="120" w:type="dxa"/>
            </w:tcMar>
            <w:vAlign w:val="center"/>
          </w:tcPr>
          <w:p w14:paraId="27AEE1EE" w14:textId="77777777" w:rsidR="006D5139" w:rsidRDefault="00000000">
            <w:pPr>
              <w:spacing w:after="60" w:line="252" w:lineRule="auto"/>
            </w:pPr>
            <w:r>
              <w:rPr>
                <w:sz w:val="18"/>
              </w:rPr>
              <w:t>Sentry/</w:t>
            </w:r>
            <w:r>
              <w:rPr>
                <w:sz w:val="18"/>
              </w:rPr>
              <w:t>兼容方案</w:t>
            </w:r>
            <w:r>
              <w:rPr>
                <w:sz w:val="18"/>
              </w:rPr>
              <w:t xml:space="preserve"> + Prometheus/Grafana </w:t>
            </w:r>
            <w:r>
              <w:rPr>
                <w:sz w:val="18"/>
              </w:rPr>
              <w:t>或云监控</w:t>
            </w:r>
          </w:p>
        </w:tc>
        <w:tc>
          <w:tcPr>
            <w:tcW w:w="3530" w:type="dxa"/>
            <w:tcMar>
              <w:top w:w="80" w:type="dxa"/>
              <w:left w:w="120" w:type="dxa"/>
              <w:bottom w:w="80" w:type="dxa"/>
              <w:right w:w="120" w:type="dxa"/>
            </w:tcMar>
            <w:vAlign w:val="center"/>
          </w:tcPr>
          <w:p w14:paraId="7B1E2BA4" w14:textId="77777777" w:rsidR="006D5139" w:rsidRDefault="00000000">
            <w:pPr>
              <w:spacing w:after="60" w:line="252" w:lineRule="auto"/>
              <w:rPr>
                <w:lang w:eastAsia="zh-CN"/>
              </w:rPr>
            </w:pPr>
            <w:r>
              <w:rPr>
                <w:sz w:val="18"/>
                <w:lang w:eastAsia="zh-CN"/>
              </w:rPr>
              <w:t>错误、性能、队列、数据库和业务告警</w:t>
            </w:r>
          </w:p>
        </w:tc>
      </w:tr>
    </w:tbl>
    <w:p w14:paraId="12C12102" w14:textId="77777777" w:rsidR="006D5139" w:rsidRDefault="006D5139">
      <w:pPr>
        <w:spacing w:after="40"/>
        <w:rPr>
          <w:lang w:eastAsia="zh-CN"/>
        </w:rPr>
      </w:pPr>
    </w:p>
    <w:p w14:paraId="161BFF61" w14:textId="77777777" w:rsidR="006D5139" w:rsidRDefault="00000000">
      <w:pPr>
        <w:pStyle w:val="31"/>
        <w:rPr>
          <w:lang w:eastAsia="zh-CN"/>
        </w:rPr>
      </w:pPr>
      <w:r>
        <w:rPr>
          <w:rFonts w:ascii="Calibri" w:eastAsia="微软雅黑" w:hAnsi="Calibri"/>
          <w:lang w:eastAsia="zh-CN"/>
        </w:rPr>
        <w:t xml:space="preserve">8.3 </w:t>
      </w:r>
      <w:r>
        <w:rPr>
          <w:rFonts w:ascii="Calibri" w:eastAsia="微软雅黑" w:hAnsi="Calibri"/>
          <w:lang w:eastAsia="zh-CN"/>
        </w:rPr>
        <w:t>仓库与目录</w:t>
      </w:r>
    </w:p>
    <w:p w14:paraId="4B20E1D0" w14:textId="77777777" w:rsidR="006D5139" w:rsidRDefault="00000000">
      <w:pPr>
        <w:rPr>
          <w:lang w:eastAsia="zh-CN"/>
        </w:rPr>
      </w:pPr>
      <w:r>
        <w:rPr>
          <w:lang w:eastAsia="zh-CN"/>
        </w:rPr>
        <w:t xml:space="preserve">MVP </w:t>
      </w:r>
      <w:r>
        <w:rPr>
          <w:lang w:eastAsia="zh-CN"/>
        </w:rPr>
        <w:t>建议两个代码仓库：</w:t>
      </w:r>
    </w:p>
    <w:p w14:paraId="4783BD88" w14:textId="77777777" w:rsidR="006D5139" w:rsidRDefault="00000000">
      <w:pPr>
        <w:pBdr>
          <w:left w:val="single" w:sz="18" w:space="8" w:color="5B6573"/>
        </w:pBdr>
        <w:shd w:val="clear" w:color="auto" w:fill="F2F4F7"/>
        <w:spacing w:before="60" w:line="240" w:lineRule="auto"/>
        <w:ind w:left="259" w:right="173"/>
      </w:pPr>
      <w:r>
        <w:rPr>
          <w:rFonts w:ascii="Consolas" w:hAnsi="Consolas"/>
          <w:sz w:val="17"/>
        </w:rPr>
        <w:t>zhilai-web/</w:t>
      </w:r>
      <w:r>
        <w:rPr>
          <w:rFonts w:ascii="Consolas" w:hAnsi="Consolas"/>
          <w:sz w:val="17"/>
        </w:rPr>
        <w:br/>
        <w:t xml:space="preserve">  app/                 Nuxt </w:t>
      </w:r>
      <w:r>
        <w:rPr>
          <w:rFonts w:ascii="Consolas" w:hAnsi="Consolas"/>
          <w:sz w:val="17"/>
        </w:rPr>
        <w:t>页面与路由</w:t>
      </w:r>
      <w:r>
        <w:rPr>
          <w:rFonts w:ascii="Consolas" w:hAnsi="Consolas"/>
          <w:sz w:val="17"/>
        </w:rPr>
        <w:br/>
        <w:t xml:space="preserve">  components/          </w:t>
      </w:r>
      <w:r>
        <w:rPr>
          <w:rFonts w:ascii="Consolas" w:hAnsi="Consolas"/>
          <w:sz w:val="17"/>
        </w:rPr>
        <w:t>业务组件</w:t>
      </w:r>
      <w:r>
        <w:rPr>
          <w:rFonts w:ascii="Consolas" w:hAnsi="Consolas"/>
          <w:sz w:val="17"/>
        </w:rPr>
        <w:br/>
        <w:t xml:space="preserve">  composables/         API</w:t>
      </w:r>
      <w:r>
        <w:rPr>
          <w:rFonts w:ascii="Consolas" w:hAnsi="Consolas"/>
          <w:sz w:val="17"/>
        </w:rPr>
        <w:t>、权限、埋点</w:t>
      </w:r>
      <w:r>
        <w:rPr>
          <w:rFonts w:ascii="Consolas" w:hAnsi="Consolas"/>
          <w:sz w:val="17"/>
        </w:rPr>
        <w:br/>
        <w:t xml:space="preserve">  stores/              </w:t>
      </w:r>
      <w:r>
        <w:rPr>
          <w:rFonts w:ascii="Consolas" w:hAnsi="Consolas"/>
          <w:sz w:val="17"/>
        </w:rPr>
        <w:t>前端状态</w:t>
      </w:r>
      <w:r>
        <w:rPr>
          <w:rFonts w:ascii="Consolas" w:hAnsi="Consolas"/>
          <w:sz w:val="17"/>
        </w:rPr>
        <w:br/>
        <w:t xml:space="preserve">  tests/               Vitest / Playwright</w:t>
      </w:r>
      <w:r>
        <w:rPr>
          <w:rFonts w:ascii="Consolas" w:hAnsi="Consolas"/>
          <w:sz w:val="17"/>
        </w:rPr>
        <w:br/>
      </w:r>
      <w:r>
        <w:rPr>
          <w:rFonts w:ascii="Consolas" w:hAnsi="Consolas"/>
          <w:sz w:val="17"/>
        </w:rPr>
        <w:br/>
        <w:t>zhilai-platform/</w:t>
      </w:r>
      <w:r>
        <w:rPr>
          <w:rFonts w:ascii="Consolas" w:hAnsi="Consolas"/>
          <w:sz w:val="17"/>
        </w:rPr>
        <w:br/>
        <w:t xml:space="preserve">  zhilai_core/         Frappe </w:t>
      </w:r>
      <w:r>
        <w:rPr>
          <w:rFonts w:ascii="Consolas" w:hAnsi="Consolas"/>
          <w:sz w:val="17"/>
        </w:rPr>
        <w:t>自研</w:t>
      </w:r>
      <w:r>
        <w:rPr>
          <w:rFonts w:ascii="Consolas" w:hAnsi="Consolas"/>
          <w:sz w:val="17"/>
        </w:rPr>
        <w:t xml:space="preserve"> App</w:t>
      </w:r>
      <w:r>
        <w:rPr>
          <w:rFonts w:ascii="Consolas" w:hAnsi="Consolas"/>
          <w:sz w:val="17"/>
        </w:rPr>
        <w:br/>
        <w:t xml:space="preserve">    doctypes/           </w:t>
      </w:r>
      <w:r>
        <w:rPr>
          <w:rFonts w:ascii="Consolas" w:hAnsi="Consolas"/>
          <w:sz w:val="17"/>
        </w:rPr>
        <w:t>业务模型</w:t>
      </w:r>
      <w:r>
        <w:rPr>
          <w:rFonts w:ascii="Consolas" w:hAnsi="Consolas"/>
          <w:sz w:val="17"/>
        </w:rPr>
        <w:br/>
        <w:t xml:space="preserve">    api/                </w:t>
      </w:r>
      <w:r>
        <w:rPr>
          <w:rFonts w:ascii="Consolas" w:hAnsi="Consolas"/>
          <w:sz w:val="17"/>
        </w:rPr>
        <w:t>面向前台的稳定</w:t>
      </w:r>
      <w:r>
        <w:rPr>
          <w:rFonts w:ascii="Consolas" w:hAnsi="Consolas"/>
          <w:sz w:val="17"/>
        </w:rPr>
        <w:t xml:space="preserve"> API</w:t>
      </w:r>
      <w:r>
        <w:rPr>
          <w:rFonts w:ascii="Consolas" w:hAnsi="Consolas"/>
          <w:sz w:val="17"/>
        </w:rPr>
        <w:br/>
        <w:t xml:space="preserve">    services/           </w:t>
      </w:r>
      <w:r>
        <w:rPr>
          <w:rFonts w:ascii="Consolas" w:hAnsi="Consolas"/>
          <w:sz w:val="17"/>
        </w:rPr>
        <w:t>领域服务</w:t>
      </w:r>
      <w:r>
        <w:rPr>
          <w:rFonts w:ascii="Consolas" w:hAnsi="Consolas"/>
          <w:sz w:val="17"/>
        </w:rPr>
        <w:br/>
        <w:t xml:space="preserve">    ai/                 AI </w:t>
      </w:r>
      <w:r>
        <w:rPr>
          <w:rFonts w:ascii="Consolas" w:hAnsi="Consolas"/>
          <w:sz w:val="17"/>
        </w:rPr>
        <w:t>适配、提示词、评测</w:t>
      </w:r>
      <w:r>
        <w:rPr>
          <w:rFonts w:ascii="Consolas" w:hAnsi="Consolas"/>
          <w:sz w:val="17"/>
        </w:rPr>
        <w:br/>
        <w:t xml:space="preserve">    jobs/               </w:t>
      </w:r>
      <w:r>
        <w:rPr>
          <w:rFonts w:ascii="Consolas" w:hAnsi="Consolas"/>
          <w:sz w:val="17"/>
        </w:rPr>
        <w:t>异步任务</w:t>
      </w:r>
      <w:r>
        <w:rPr>
          <w:rFonts w:ascii="Consolas" w:hAnsi="Consolas"/>
          <w:sz w:val="17"/>
        </w:rPr>
        <w:br/>
        <w:t xml:space="preserve">    patches/            </w:t>
      </w:r>
      <w:r>
        <w:rPr>
          <w:rFonts w:ascii="Consolas" w:hAnsi="Consolas"/>
          <w:sz w:val="17"/>
        </w:rPr>
        <w:t>数据迁移</w:t>
      </w:r>
      <w:r>
        <w:rPr>
          <w:rFonts w:ascii="Consolas" w:hAnsi="Consolas"/>
          <w:sz w:val="17"/>
        </w:rPr>
        <w:br/>
        <w:t xml:space="preserve">    tests/              </w:t>
      </w:r>
      <w:r>
        <w:rPr>
          <w:rFonts w:ascii="Consolas" w:hAnsi="Consolas"/>
          <w:sz w:val="17"/>
        </w:rPr>
        <w:t>单元与集成测试</w:t>
      </w:r>
      <w:r>
        <w:rPr>
          <w:rFonts w:ascii="Consolas" w:hAnsi="Consolas"/>
          <w:sz w:val="17"/>
        </w:rPr>
        <w:br/>
        <w:t xml:space="preserve">  infra/                Docker</w:t>
      </w:r>
      <w:r>
        <w:rPr>
          <w:rFonts w:ascii="Consolas" w:hAnsi="Consolas"/>
          <w:sz w:val="17"/>
        </w:rPr>
        <w:t>、部署、监控配置</w:t>
      </w:r>
    </w:p>
    <w:p w14:paraId="240AE37F" w14:textId="77777777" w:rsidR="006D5139" w:rsidRDefault="00000000">
      <w:pPr>
        <w:rPr>
          <w:lang w:eastAsia="zh-CN"/>
        </w:rPr>
      </w:pPr>
      <w:r>
        <w:rPr>
          <w:lang w:eastAsia="zh-CN"/>
        </w:rPr>
        <w:t>不建议</w:t>
      </w:r>
      <w:r>
        <w:rPr>
          <w:lang w:eastAsia="zh-CN"/>
        </w:rPr>
        <w:t xml:space="preserve"> MVP </w:t>
      </w:r>
      <w:r>
        <w:rPr>
          <w:lang w:eastAsia="zh-CN"/>
        </w:rPr>
        <w:t>创建第三个</w:t>
      </w:r>
      <w:r>
        <w:rPr>
          <w:lang w:eastAsia="zh-CN"/>
        </w:rPr>
        <w:t xml:space="preserve"> AI </w:t>
      </w:r>
      <w:r>
        <w:rPr>
          <w:lang w:eastAsia="zh-CN"/>
        </w:rPr>
        <w:t>微服务。满足以下任一条件后再拆分：</w:t>
      </w:r>
    </w:p>
    <w:p w14:paraId="50C657DA" w14:textId="77777777" w:rsidR="006D5139" w:rsidRDefault="00000000">
      <w:pPr>
        <w:pStyle w:val="a0"/>
        <w:keepLines/>
        <w:numPr>
          <w:ilvl w:val="0"/>
          <w:numId w:val="43"/>
        </w:numPr>
      </w:pPr>
      <w:r>
        <w:t xml:space="preserve">AI </w:t>
      </w:r>
      <w:r>
        <w:t>日任务</w:t>
      </w:r>
      <w:r>
        <w:t xml:space="preserve"> &gt; 10,000</w:t>
      </w:r>
      <w:r>
        <w:t>；</w:t>
      </w:r>
    </w:p>
    <w:p w14:paraId="6425226E" w14:textId="77777777" w:rsidR="006D5139" w:rsidRDefault="00000000">
      <w:pPr>
        <w:pStyle w:val="a0"/>
        <w:keepLines/>
        <w:numPr>
          <w:ilvl w:val="0"/>
          <w:numId w:val="43"/>
        </w:numPr>
      </w:pPr>
      <w:r>
        <w:t>需要</w:t>
      </w:r>
      <w:r>
        <w:t xml:space="preserve"> GPU/</w:t>
      </w:r>
      <w:r>
        <w:t>自托管模型；</w:t>
      </w:r>
    </w:p>
    <w:p w14:paraId="7FA6C6CD" w14:textId="77777777" w:rsidR="006D5139" w:rsidRDefault="00000000">
      <w:pPr>
        <w:pStyle w:val="a0"/>
        <w:keepLines/>
        <w:numPr>
          <w:ilvl w:val="0"/>
          <w:numId w:val="43"/>
        </w:numPr>
        <w:rPr>
          <w:lang w:eastAsia="zh-CN"/>
        </w:rPr>
      </w:pPr>
      <w:r>
        <w:rPr>
          <w:lang w:eastAsia="zh-CN"/>
        </w:rPr>
        <w:t xml:space="preserve">AI </w:t>
      </w:r>
      <w:r>
        <w:rPr>
          <w:lang w:eastAsia="zh-CN"/>
        </w:rPr>
        <w:t>发布节奏与主后端明显不同；</w:t>
      </w:r>
    </w:p>
    <w:p w14:paraId="3C259571" w14:textId="77777777" w:rsidR="006D5139" w:rsidRDefault="00000000">
      <w:pPr>
        <w:pStyle w:val="a0"/>
        <w:keepLines/>
        <w:numPr>
          <w:ilvl w:val="0"/>
          <w:numId w:val="43"/>
        </w:numPr>
        <w:rPr>
          <w:lang w:eastAsia="zh-CN"/>
        </w:rPr>
      </w:pPr>
      <w:r>
        <w:rPr>
          <w:lang w:eastAsia="zh-CN"/>
        </w:rPr>
        <w:t>需要独立扩缩容或隔离敏感数据；</w:t>
      </w:r>
    </w:p>
    <w:p w14:paraId="08E2EA58" w14:textId="77777777" w:rsidR="006D5139" w:rsidRDefault="00000000">
      <w:pPr>
        <w:pStyle w:val="a0"/>
        <w:keepLines/>
        <w:numPr>
          <w:ilvl w:val="0"/>
          <w:numId w:val="43"/>
        </w:numPr>
        <w:rPr>
          <w:lang w:eastAsia="zh-CN"/>
        </w:rPr>
      </w:pPr>
      <w:r>
        <w:rPr>
          <w:lang w:eastAsia="zh-CN"/>
        </w:rPr>
        <w:lastRenderedPageBreak/>
        <w:t xml:space="preserve">AI </w:t>
      </w:r>
      <w:r>
        <w:rPr>
          <w:lang w:eastAsia="zh-CN"/>
        </w:rPr>
        <w:t>故障已经影响主业务稳定性。</w:t>
      </w:r>
    </w:p>
    <w:p w14:paraId="0444E0BA" w14:textId="77777777" w:rsidR="006D5139" w:rsidRDefault="00000000">
      <w:pPr>
        <w:pStyle w:val="31"/>
      </w:pPr>
      <w:r>
        <w:rPr>
          <w:rFonts w:ascii="Calibri" w:eastAsia="微软雅黑" w:hAnsi="Calibri"/>
        </w:rPr>
        <w:t xml:space="preserve">8.4 </w:t>
      </w:r>
      <w:r>
        <w:rPr>
          <w:rFonts w:ascii="Calibri" w:eastAsia="微软雅黑" w:hAnsi="Calibri"/>
        </w:rPr>
        <w:t>核心数据模型</w:t>
      </w:r>
    </w:p>
    <w:tbl>
      <w:tblPr>
        <w:tblStyle w:val="aff1"/>
        <w:tblW w:w="9360" w:type="dxa"/>
        <w:tblInd w:w="120" w:type="dxa"/>
        <w:tblLayout w:type="fixed"/>
        <w:tblLook w:val="04A0" w:firstRow="1" w:lastRow="0" w:firstColumn="1" w:lastColumn="0" w:noHBand="0" w:noVBand="1"/>
      </w:tblPr>
      <w:tblGrid>
        <w:gridCol w:w="2700"/>
        <w:gridCol w:w="6660"/>
      </w:tblGrid>
      <w:tr w:rsidR="006D5139" w14:paraId="63F50A0D" w14:textId="77777777">
        <w:trPr>
          <w:cantSplit/>
          <w:tblHeader/>
        </w:trPr>
        <w:tc>
          <w:tcPr>
            <w:tcW w:w="2700" w:type="dxa"/>
            <w:shd w:val="clear" w:color="auto" w:fill="F2F4F7"/>
            <w:tcMar>
              <w:top w:w="80" w:type="dxa"/>
              <w:left w:w="120" w:type="dxa"/>
              <w:bottom w:w="80" w:type="dxa"/>
              <w:right w:w="120" w:type="dxa"/>
            </w:tcMar>
            <w:vAlign w:val="center"/>
          </w:tcPr>
          <w:p w14:paraId="616E003B" w14:textId="77777777" w:rsidR="006D5139" w:rsidRDefault="00000000">
            <w:pPr>
              <w:spacing w:after="40" w:line="252" w:lineRule="auto"/>
            </w:pPr>
            <w:r>
              <w:rPr>
                <w:b/>
                <w:color w:val="0B2545"/>
                <w:sz w:val="18"/>
              </w:rPr>
              <w:t>实体</w:t>
            </w:r>
          </w:p>
        </w:tc>
        <w:tc>
          <w:tcPr>
            <w:tcW w:w="6660" w:type="dxa"/>
            <w:shd w:val="clear" w:color="auto" w:fill="F2F4F7"/>
            <w:tcMar>
              <w:top w:w="80" w:type="dxa"/>
              <w:left w:w="120" w:type="dxa"/>
              <w:bottom w:w="80" w:type="dxa"/>
              <w:right w:w="120" w:type="dxa"/>
            </w:tcMar>
            <w:vAlign w:val="center"/>
          </w:tcPr>
          <w:p w14:paraId="540BCE45" w14:textId="77777777" w:rsidR="006D5139" w:rsidRDefault="00000000">
            <w:pPr>
              <w:spacing w:after="40" w:line="252" w:lineRule="auto"/>
            </w:pPr>
            <w:r>
              <w:rPr>
                <w:b/>
                <w:color w:val="0B2545"/>
                <w:sz w:val="18"/>
              </w:rPr>
              <w:t>关键关系和说明</w:t>
            </w:r>
          </w:p>
        </w:tc>
      </w:tr>
      <w:tr w:rsidR="006D5139" w14:paraId="5318C6A6" w14:textId="77777777">
        <w:trPr>
          <w:cantSplit/>
        </w:trPr>
        <w:tc>
          <w:tcPr>
            <w:tcW w:w="2700" w:type="dxa"/>
            <w:tcMar>
              <w:top w:w="80" w:type="dxa"/>
              <w:left w:w="120" w:type="dxa"/>
              <w:bottom w:w="80" w:type="dxa"/>
              <w:right w:w="120" w:type="dxa"/>
            </w:tcMar>
            <w:vAlign w:val="center"/>
          </w:tcPr>
          <w:p w14:paraId="4A8F7E85" w14:textId="77777777" w:rsidR="006D5139" w:rsidRDefault="00000000">
            <w:pPr>
              <w:spacing w:after="60" w:line="252" w:lineRule="auto"/>
            </w:pPr>
            <w:r>
              <w:rPr>
                <w:sz w:val="18"/>
              </w:rPr>
              <w:t>User</w:t>
            </w:r>
          </w:p>
        </w:tc>
        <w:tc>
          <w:tcPr>
            <w:tcW w:w="6660" w:type="dxa"/>
            <w:tcMar>
              <w:top w:w="80" w:type="dxa"/>
              <w:left w:w="120" w:type="dxa"/>
              <w:bottom w:w="80" w:type="dxa"/>
              <w:right w:w="120" w:type="dxa"/>
            </w:tcMar>
            <w:vAlign w:val="center"/>
          </w:tcPr>
          <w:p w14:paraId="7DF5A06F" w14:textId="77777777" w:rsidR="006D5139" w:rsidRDefault="00000000">
            <w:pPr>
              <w:spacing w:after="60" w:line="252" w:lineRule="auto"/>
              <w:rPr>
                <w:lang w:eastAsia="zh-CN"/>
              </w:rPr>
            </w:pPr>
            <w:r>
              <w:rPr>
                <w:sz w:val="18"/>
                <w:lang w:eastAsia="zh-CN"/>
              </w:rPr>
              <w:t xml:space="preserve">Frappe </w:t>
            </w:r>
            <w:r>
              <w:rPr>
                <w:sz w:val="18"/>
                <w:lang w:eastAsia="zh-CN"/>
              </w:rPr>
              <w:t>用户；关联角色、登录和账号状态</w:t>
            </w:r>
          </w:p>
        </w:tc>
      </w:tr>
      <w:tr w:rsidR="006D5139" w14:paraId="08D98F53" w14:textId="77777777">
        <w:trPr>
          <w:cantSplit/>
        </w:trPr>
        <w:tc>
          <w:tcPr>
            <w:tcW w:w="2700" w:type="dxa"/>
            <w:tcMar>
              <w:top w:w="80" w:type="dxa"/>
              <w:left w:w="120" w:type="dxa"/>
              <w:bottom w:w="80" w:type="dxa"/>
              <w:right w:w="120" w:type="dxa"/>
            </w:tcMar>
            <w:vAlign w:val="center"/>
          </w:tcPr>
          <w:p w14:paraId="78899FC0" w14:textId="77777777" w:rsidR="006D5139" w:rsidRDefault="00000000">
            <w:pPr>
              <w:spacing w:after="60" w:line="252" w:lineRule="auto"/>
            </w:pPr>
            <w:r>
              <w:rPr>
                <w:sz w:val="18"/>
              </w:rPr>
              <w:t>ConsentRecord</w:t>
            </w:r>
          </w:p>
        </w:tc>
        <w:tc>
          <w:tcPr>
            <w:tcW w:w="6660" w:type="dxa"/>
            <w:tcMar>
              <w:top w:w="80" w:type="dxa"/>
              <w:left w:w="120" w:type="dxa"/>
              <w:bottom w:w="80" w:type="dxa"/>
              <w:right w:w="120" w:type="dxa"/>
            </w:tcMar>
            <w:vAlign w:val="center"/>
          </w:tcPr>
          <w:p w14:paraId="52C27399" w14:textId="77777777" w:rsidR="006D5139" w:rsidRDefault="00000000">
            <w:pPr>
              <w:spacing w:after="60" w:line="252" w:lineRule="auto"/>
              <w:rPr>
                <w:lang w:eastAsia="zh-CN"/>
              </w:rPr>
            </w:pPr>
            <w:r>
              <w:rPr>
                <w:sz w:val="18"/>
                <w:lang w:eastAsia="zh-CN"/>
              </w:rPr>
              <w:t>用户、协议版本、用途、同意</w:t>
            </w:r>
            <w:r>
              <w:rPr>
                <w:sz w:val="18"/>
                <w:lang w:eastAsia="zh-CN"/>
              </w:rPr>
              <w:t>/</w:t>
            </w:r>
            <w:r>
              <w:rPr>
                <w:sz w:val="18"/>
                <w:lang w:eastAsia="zh-CN"/>
              </w:rPr>
              <w:t>撤回时间、来源</w:t>
            </w:r>
          </w:p>
        </w:tc>
      </w:tr>
      <w:tr w:rsidR="006D5139" w14:paraId="14492625" w14:textId="77777777">
        <w:trPr>
          <w:cantSplit/>
        </w:trPr>
        <w:tc>
          <w:tcPr>
            <w:tcW w:w="2700" w:type="dxa"/>
            <w:tcMar>
              <w:top w:w="80" w:type="dxa"/>
              <w:left w:w="120" w:type="dxa"/>
              <w:bottom w:w="80" w:type="dxa"/>
              <w:right w:w="120" w:type="dxa"/>
            </w:tcMar>
            <w:vAlign w:val="center"/>
          </w:tcPr>
          <w:p w14:paraId="1D5C155B" w14:textId="77777777" w:rsidR="006D5139" w:rsidRDefault="00000000">
            <w:pPr>
              <w:spacing w:after="60" w:line="252" w:lineRule="auto"/>
            </w:pPr>
            <w:r>
              <w:rPr>
                <w:sz w:val="18"/>
              </w:rPr>
              <w:t>CandidateProfile</w:t>
            </w:r>
          </w:p>
        </w:tc>
        <w:tc>
          <w:tcPr>
            <w:tcW w:w="6660" w:type="dxa"/>
            <w:tcMar>
              <w:top w:w="80" w:type="dxa"/>
              <w:left w:w="120" w:type="dxa"/>
              <w:bottom w:w="80" w:type="dxa"/>
              <w:right w:w="120" w:type="dxa"/>
            </w:tcMar>
            <w:vAlign w:val="center"/>
          </w:tcPr>
          <w:p w14:paraId="70AC125B" w14:textId="77777777" w:rsidR="006D5139" w:rsidRDefault="00000000">
            <w:pPr>
              <w:spacing w:after="60" w:line="252" w:lineRule="auto"/>
              <w:rPr>
                <w:lang w:eastAsia="zh-CN"/>
              </w:rPr>
            </w:pPr>
            <w:r>
              <w:rPr>
                <w:sz w:val="18"/>
                <w:lang w:eastAsia="zh-CN"/>
              </w:rPr>
              <w:t>求职者主档案；一对多简历、偏好和授权</w:t>
            </w:r>
          </w:p>
        </w:tc>
      </w:tr>
      <w:tr w:rsidR="006D5139" w14:paraId="1FDEB2A6" w14:textId="77777777">
        <w:trPr>
          <w:cantSplit/>
        </w:trPr>
        <w:tc>
          <w:tcPr>
            <w:tcW w:w="2700" w:type="dxa"/>
            <w:tcMar>
              <w:top w:w="80" w:type="dxa"/>
              <w:left w:w="120" w:type="dxa"/>
              <w:bottom w:w="80" w:type="dxa"/>
              <w:right w:w="120" w:type="dxa"/>
            </w:tcMar>
            <w:vAlign w:val="center"/>
          </w:tcPr>
          <w:p w14:paraId="5549214C" w14:textId="77777777" w:rsidR="006D5139" w:rsidRDefault="00000000">
            <w:pPr>
              <w:spacing w:after="60" w:line="252" w:lineRule="auto"/>
            </w:pPr>
            <w:r>
              <w:rPr>
                <w:sz w:val="18"/>
              </w:rPr>
              <w:t>Resume</w:t>
            </w:r>
          </w:p>
        </w:tc>
        <w:tc>
          <w:tcPr>
            <w:tcW w:w="6660" w:type="dxa"/>
            <w:tcMar>
              <w:top w:w="80" w:type="dxa"/>
              <w:left w:w="120" w:type="dxa"/>
              <w:bottom w:w="80" w:type="dxa"/>
              <w:right w:w="120" w:type="dxa"/>
            </w:tcMar>
            <w:vAlign w:val="center"/>
          </w:tcPr>
          <w:p w14:paraId="718F41DD" w14:textId="77777777" w:rsidR="006D5139" w:rsidRDefault="00000000">
            <w:pPr>
              <w:spacing w:after="60" w:line="252" w:lineRule="auto"/>
              <w:rPr>
                <w:lang w:eastAsia="zh-CN"/>
              </w:rPr>
            </w:pPr>
            <w:r>
              <w:rPr>
                <w:sz w:val="18"/>
                <w:lang w:eastAsia="zh-CN"/>
              </w:rPr>
              <w:t>文件、解析状态、结构化版本、可见范围</w:t>
            </w:r>
          </w:p>
        </w:tc>
      </w:tr>
      <w:tr w:rsidR="006D5139" w14:paraId="4520FF01" w14:textId="77777777">
        <w:trPr>
          <w:cantSplit/>
        </w:trPr>
        <w:tc>
          <w:tcPr>
            <w:tcW w:w="2700" w:type="dxa"/>
            <w:tcMar>
              <w:top w:w="80" w:type="dxa"/>
              <w:left w:w="120" w:type="dxa"/>
              <w:bottom w:w="80" w:type="dxa"/>
              <w:right w:w="120" w:type="dxa"/>
            </w:tcMar>
            <w:vAlign w:val="center"/>
          </w:tcPr>
          <w:p w14:paraId="3D784B6B" w14:textId="77777777" w:rsidR="006D5139" w:rsidRDefault="00000000">
            <w:pPr>
              <w:spacing w:after="60" w:line="252" w:lineRule="auto"/>
            </w:pPr>
            <w:r>
              <w:rPr>
                <w:sz w:val="18"/>
              </w:rPr>
              <w:t>ResumeSnapshot</w:t>
            </w:r>
          </w:p>
        </w:tc>
        <w:tc>
          <w:tcPr>
            <w:tcW w:w="6660" w:type="dxa"/>
            <w:tcMar>
              <w:top w:w="80" w:type="dxa"/>
              <w:left w:w="120" w:type="dxa"/>
              <w:bottom w:w="80" w:type="dxa"/>
              <w:right w:w="120" w:type="dxa"/>
            </w:tcMar>
            <w:vAlign w:val="center"/>
          </w:tcPr>
          <w:p w14:paraId="4AF21BCA" w14:textId="77777777" w:rsidR="006D5139" w:rsidRDefault="00000000">
            <w:pPr>
              <w:spacing w:after="60" w:line="252" w:lineRule="auto"/>
            </w:pPr>
            <w:r>
              <w:rPr>
                <w:sz w:val="18"/>
              </w:rPr>
              <w:t>投递时不可变快照</w:t>
            </w:r>
          </w:p>
        </w:tc>
      </w:tr>
      <w:tr w:rsidR="006D5139" w14:paraId="51AF9822" w14:textId="77777777">
        <w:trPr>
          <w:cantSplit/>
        </w:trPr>
        <w:tc>
          <w:tcPr>
            <w:tcW w:w="2700" w:type="dxa"/>
            <w:tcMar>
              <w:top w:w="80" w:type="dxa"/>
              <w:left w:w="120" w:type="dxa"/>
              <w:bottom w:w="80" w:type="dxa"/>
              <w:right w:w="120" w:type="dxa"/>
            </w:tcMar>
            <w:vAlign w:val="center"/>
          </w:tcPr>
          <w:p w14:paraId="1DE3B56A" w14:textId="77777777" w:rsidR="006D5139" w:rsidRDefault="00000000">
            <w:pPr>
              <w:spacing w:after="60" w:line="252" w:lineRule="auto"/>
            </w:pPr>
            <w:r>
              <w:rPr>
                <w:sz w:val="18"/>
              </w:rPr>
              <w:t>Organization</w:t>
            </w:r>
          </w:p>
        </w:tc>
        <w:tc>
          <w:tcPr>
            <w:tcW w:w="6660" w:type="dxa"/>
            <w:tcMar>
              <w:top w:w="80" w:type="dxa"/>
              <w:left w:w="120" w:type="dxa"/>
              <w:bottom w:w="80" w:type="dxa"/>
              <w:right w:w="120" w:type="dxa"/>
            </w:tcMar>
            <w:vAlign w:val="center"/>
          </w:tcPr>
          <w:p w14:paraId="43B35423" w14:textId="77777777" w:rsidR="006D5139" w:rsidRDefault="00000000">
            <w:pPr>
              <w:spacing w:after="60" w:line="252" w:lineRule="auto"/>
              <w:rPr>
                <w:lang w:eastAsia="zh-CN"/>
              </w:rPr>
            </w:pPr>
            <w:r>
              <w:rPr>
                <w:sz w:val="18"/>
                <w:lang w:eastAsia="zh-CN"/>
              </w:rPr>
              <w:t>企业主体、认证状态和风险状态</w:t>
            </w:r>
          </w:p>
        </w:tc>
      </w:tr>
      <w:tr w:rsidR="006D5139" w14:paraId="0F5DBE6A" w14:textId="77777777">
        <w:trPr>
          <w:cantSplit/>
        </w:trPr>
        <w:tc>
          <w:tcPr>
            <w:tcW w:w="2700" w:type="dxa"/>
            <w:tcMar>
              <w:top w:w="80" w:type="dxa"/>
              <w:left w:w="120" w:type="dxa"/>
              <w:bottom w:w="80" w:type="dxa"/>
              <w:right w:w="120" w:type="dxa"/>
            </w:tcMar>
            <w:vAlign w:val="center"/>
          </w:tcPr>
          <w:p w14:paraId="586C2CE3" w14:textId="77777777" w:rsidR="006D5139" w:rsidRDefault="00000000">
            <w:pPr>
              <w:spacing w:after="60" w:line="252" w:lineRule="auto"/>
            </w:pPr>
            <w:r>
              <w:rPr>
                <w:sz w:val="18"/>
              </w:rPr>
              <w:t>RecruiterProfile</w:t>
            </w:r>
          </w:p>
        </w:tc>
        <w:tc>
          <w:tcPr>
            <w:tcW w:w="6660" w:type="dxa"/>
            <w:tcMar>
              <w:top w:w="80" w:type="dxa"/>
              <w:left w:w="120" w:type="dxa"/>
              <w:bottom w:w="80" w:type="dxa"/>
              <w:right w:w="120" w:type="dxa"/>
            </w:tcMar>
            <w:vAlign w:val="center"/>
          </w:tcPr>
          <w:p w14:paraId="4902E6D1" w14:textId="77777777" w:rsidR="006D5139" w:rsidRDefault="00000000">
            <w:pPr>
              <w:spacing w:after="60" w:line="252" w:lineRule="auto"/>
              <w:rPr>
                <w:lang w:eastAsia="zh-CN"/>
              </w:rPr>
            </w:pPr>
            <w:r>
              <w:rPr>
                <w:sz w:val="18"/>
                <w:lang w:eastAsia="zh-CN"/>
              </w:rPr>
              <w:t>招聘者与企业的关系、审核和权限</w:t>
            </w:r>
          </w:p>
        </w:tc>
      </w:tr>
      <w:tr w:rsidR="006D5139" w14:paraId="752A68FF" w14:textId="77777777">
        <w:trPr>
          <w:cantSplit/>
        </w:trPr>
        <w:tc>
          <w:tcPr>
            <w:tcW w:w="2700" w:type="dxa"/>
            <w:tcMar>
              <w:top w:w="80" w:type="dxa"/>
              <w:left w:w="120" w:type="dxa"/>
              <w:bottom w:w="80" w:type="dxa"/>
              <w:right w:w="120" w:type="dxa"/>
            </w:tcMar>
            <w:vAlign w:val="center"/>
          </w:tcPr>
          <w:p w14:paraId="1A5E9DDC" w14:textId="77777777" w:rsidR="006D5139" w:rsidRDefault="00000000">
            <w:pPr>
              <w:spacing w:after="60" w:line="252" w:lineRule="auto"/>
            </w:pPr>
            <w:r>
              <w:rPr>
                <w:sz w:val="18"/>
              </w:rPr>
              <w:t>Job</w:t>
            </w:r>
          </w:p>
        </w:tc>
        <w:tc>
          <w:tcPr>
            <w:tcW w:w="6660" w:type="dxa"/>
            <w:tcMar>
              <w:top w:w="80" w:type="dxa"/>
              <w:left w:w="120" w:type="dxa"/>
              <w:bottom w:w="80" w:type="dxa"/>
              <w:right w:w="120" w:type="dxa"/>
            </w:tcMar>
            <w:vAlign w:val="center"/>
          </w:tcPr>
          <w:p w14:paraId="3ADAC0FC" w14:textId="77777777" w:rsidR="006D5139" w:rsidRDefault="00000000">
            <w:pPr>
              <w:spacing w:after="60" w:line="252" w:lineRule="auto"/>
              <w:rPr>
                <w:lang w:eastAsia="zh-CN"/>
              </w:rPr>
            </w:pPr>
            <w:r>
              <w:rPr>
                <w:sz w:val="18"/>
                <w:lang w:eastAsia="zh-CN"/>
              </w:rPr>
              <w:t>岗位内容、版本、审核、发布和有效期</w:t>
            </w:r>
          </w:p>
        </w:tc>
      </w:tr>
      <w:tr w:rsidR="006D5139" w14:paraId="54C6D5E8" w14:textId="77777777">
        <w:trPr>
          <w:cantSplit/>
        </w:trPr>
        <w:tc>
          <w:tcPr>
            <w:tcW w:w="2700" w:type="dxa"/>
            <w:tcMar>
              <w:top w:w="80" w:type="dxa"/>
              <w:left w:w="120" w:type="dxa"/>
              <w:bottom w:w="80" w:type="dxa"/>
              <w:right w:w="120" w:type="dxa"/>
            </w:tcMar>
            <w:vAlign w:val="center"/>
          </w:tcPr>
          <w:p w14:paraId="770AFC97" w14:textId="77777777" w:rsidR="006D5139" w:rsidRDefault="00000000">
            <w:pPr>
              <w:spacing w:after="60" w:line="252" w:lineRule="auto"/>
            </w:pPr>
            <w:r>
              <w:rPr>
                <w:sz w:val="18"/>
              </w:rPr>
              <w:t>JobVersion</w:t>
            </w:r>
          </w:p>
        </w:tc>
        <w:tc>
          <w:tcPr>
            <w:tcW w:w="6660" w:type="dxa"/>
            <w:tcMar>
              <w:top w:w="80" w:type="dxa"/>
              <w:left w:w="120" w:type="dxa"/>
              <w:bottom w:w="80" w:type="dxa"/>
              <w:right w:w="120" w:type="dxa"/>
            </w:tcMar>
            <w:vAlign w:val="center"/>
          </w:tcPr>
          <w:p w14:paraId="7B8913BB" w14:textId="77777777" w:rsidR="006D5139" w:rsidRDefault="00000000">
            <w:pPr>
              <w:spacing w:after="60" w:line="252" w:lineRule="auto"/>
            </w:pPr>
            <w:r>
              <w:rPr>
                <w:sz w:val="18"/>
              </w:rPr>
              <w:t>高风险字段历史版本</w:t>
            </w:r>
          </w:p>
        </w:tc>
      </w:tr>
      <w:tr w:rsidR="006D5139" w14:paraId="6F098050" w14:textId="77777777">
        <w:trPr>
          <w:cantSplit/>
        </w:trPr>
        <w:tc>
          <w:tcPr>
            <w:tcW w:w="2700" w:type="dxa"/>
            <w:tcMar>
              <w:top w:w="80" w:type="dxa"/>
              <w:left w:w="120" w:type="dxa"/>
              <w:bottom w:w="80" w:type="dxa"/>
              <w:right w:w="120" w:type="dxa"/>
            </w:tcMar>
            <w:vAlign w:val="center"/>
          </w:tcPr>
          <w:p w14:paraId="6B09118D" w14:textId="77777777" w:rsidR="006D5139" w:rsidRDefault="00000000">
            <w:pPr>
              <w:spacing w:after="60" w:line="252" w:lineRule="auto"/>
            </w:pPr>
            <w:r>
              <w:rPr>
                <w:sz w:val="18"/>
              </w:rPr>
              <w:t>Application</w:t>
            </w:r>
          </w:p>
        </w:tc>
        <w:tc>
          <w:tcPr>
            <w:tcW w:w="6660" w:type="dxa"/>
            <w:tcMar>
              <w:top w:w="80" w:type="dxa"/>
              <w:left w:w="120" w:type="dxa"/>
              <w:bottom w:w="80" w:type="dxa"/>
              <w:right w:w="120" w:type="dxa"/>
            </w:tcMar>
            <w:vAlign w:val="center"/>
          </w:tcPr>
          <w:p w14:paraId="55F33A1E" w14:textId="77777777" w:rsidR="006D5139" w:rsidRDefault="00000000">
            <w:pPr>
              <w:spacing w:after="60" w:line="252" w:lineRule="auto"/>
              <w:rPr>
                <w:lang w:eastAsia="zh-CN"/>
              </w:rPr>
            </w:pPr>
            <w:r>
              <w:rPr>
                <w:sz w:val="18"/>
                <w:lang w:eastAsia="zh-CN"/>
              </w:rPr>
              <w:t>求职者</w:t>
            </w:r>
            <w:r>
              <w:rPr>
                <w:sz w:val="18"/>
                <w:lang w:eastAsia="zh-CN"/>
              </w:rPr>
              <w:t>—</w:t>
            </w:r>
            <w:r>
              <w:rPr>
                <w:sz w:val="18"/>
                <w:lang w:eastAsia="zh-CN"/>
              </w:rPr>
              <w:t>岗位</w:t>
            </w:r>
            <w:r>
              <w:rPr>
                <w:sz w:val="18"/>
                <w:lang w:eastAsia="zh-CN"/>
              </w:rPr>
              <w:t>—</w:t>
            </w:r>
            <w:r>
              <w:rPr>
                <w:sz w:val="18"/>
                <w:lang w:eastAsia="zh-CN"/>
              </w:rPr>
              <w:t>简历快照的唯一申请</w:t>
            </w:r>
          </w:p>
        </w:tc>
      </w:tr>
      <w:tr w:rsidR="006D5139" w14:paraId="6866F36D" w14:textId="77777777">
        <w:trPr>
          <w:cantSplit/>
        </w:trPr>
        <w:tc>
          <w:tcPr>
            <w:tcW w:w="2700" w:type="dxa"/>
            <w:tcMar>
              <w:top w:w="80" w:type="dxa"/>
              <w:left w:w="120" w:type="dxa"/>
              <w:bottom w:w="80" w:type="dxa"/>
              <w:right w:w="120" w:type="dxa"/>
            </w:tcMar>
            <w:vAlign w:val="center"/>
          </w:tcPr>
          <w:p w14:paraId="5A8C8116" w14:textId="77777777" w:rsidR="006D5139" w:rsidRDefault="00000000">
            <w:pPr>
              <w:spacing w:after="60" w:line="252" w:lineRule="auto"/>
            </w:pPr>
            <w:r>
              <w:rPr>
                <w:sz w:val="18"/>
              </w:rPr>
              <w:t>ApplicationStageHistory</w:t>
            </w:r>
          </w:p>
        </w:tc>
        <w:tc>
          <w:tcPr>
            <w:tcW w:w="6660" w:type="dxa"/>
            <w:tcMar>
              <w:top w:w="80" w:type="dxa"/>
              <w:left w:w="120" w:type="dxa"/>
              <w:bottom w:w="80" w:type="dxa"/>
              <w:right w:w="120" w:type="dxa"/>
            </w:tcMar>
            <w:vAlign w:val="center"/>
          </w:tcPr>
          <w:p w14:paraId="5B4104EE" w14:textId="77777777" w:rsidR="006D5139" w:rsidRDefault="00000000">
            <w:pPr>
              <w:spacing w:after="60" w:line="252" w:lineRule="auto"/>
              <w:rPr>
                <w:lang w:eastAsia="zh-CN"/>
              </w:rPr>
            </w:pPr>
            <w:r>
              <w:rPr>
                <w:sz w:val="18"/>
                <w:lang w:eastAsia="zh-CN"/>
              </w:rPr>
              <w:t>阶段变更、操作者、原因和时间</w:t>
            </w:r>
          </w:p>
        </w:tc>
      </w:tr>
      <w:tr w:rsidR="006D5139" w14:paraId="3F42DFED" w14:textId="77777777">
        <w:trPr>
          <w:cantSplit/>
        </w:trPr>
        <w:tc>
          <w:tcPr>
            <w:tcW w:w="2700" w:type="dxa"/>
            <w:tcMar>
              <w:top w:w="80" w:type="dxa"/>
              <w:left w:w="120" w:type="dxa"/>
              <w:bottom w:w="80" w:type="dxa"/>
              <w:right w:w="120" w:type="dxa"/>
            </w:tcMar>
            <w:vAlign w:val="center"/>
          </w:tcPr>
          <w:p w14:paraId="50959C0D" w14:textId="77777777" w:rsidR="006D5139" w:rsidRDefault="00000000">
            <w:pPr>
              <w:spacing w:after="60" w:line="252" w:lineRule="auto"/>
            </w:pPr>
            <w:r>
              <w:rPr>
                <w:sz w:val="18"/>
              </w:rPr>
              <w:t>Conversation</w:t>
            </w:r>
          </w:p>
        </w:tc>
        <w:tc>
          <w:tcPr>
            <w:tcW w:w="6660" w:type="dxa"/>
            <w:tcMar>
              <w:top w:w="80" w:type="dxa"/>
              <w:left w:w="120" w:type="dxa"/>
              <w:bottom w:w="80" w:type="dxa"/>
              <w:right w:w="120" w:type="dxa"/>
            </w:tcMar>
            <w:vAlign w:val="center"/>
          </w:tcPr>
          <w:p w14:paraId="16907771" w14:textId="77777777" w:rsidR="006D5139" w:rsidRDefault="00000000">
            <w:pPr>
              <w:spacing w:after="60" w:line="252" w:lineRule="auto"/>
              <w:rPr>
                <w:lang w:eastAsia="zh-CN"/>
              </w:rPr>
            </w:pPr>
            <w:r>
              <w:rPr>
                <w:sz w:val="18"/>
                <w:lang w:eastAsia="zh-CN"/>
              </w:rPr>
              <w:t>岗位、企业、求职者和授权来源</w:t>
            </w:r>
          </w:p>
        </w:tc>
      </w:tr>
      <w:tr w:rsidR="006D5139" w14:paraId="235C0DBA" w14:textId="77777777">
        <w:trPr>
          <w:cantSplit/>
        </w:trPr>
        <w:tc>
          <w:tcPr>
            <w:tcW w:w="2700" w:type="dxa"/>
            <w:tcMar>
              <w:top w:w="80" w:type="dxa"/>
              <w:left w:w="120" w:type="dxa"/>
              <w:bottom w:w="80" w:type="dxa"/>
              <w:right w:w="120" w:type="dxa"/>
            </w:tcMar>
            <w:vAlign w:val="center"/>
          </w:tcPr>
          <w:p w14:paraId="03955195" w14:textId="77777777" w:rsidR="006D5139" w:rsidRDefault="00000000">
            <w:pPr>
              <w:spacing w:after="60" w:line="252" w:lineRule="auto"/>
            </w:pPr>
            <w:r>
              <w:rPr>
                <w:sz w:val="18"/>
              </w:rPr>
              <w:t>Message</w:t>
            </w:r>
          </w:p>
        </w:tc>
        <w:tc>
          <w:tcPr>
            <w:tcW w:w="6660" w:type="dxa"/>
            <w:tcMar>
              <w:top w:w="80" w:type="dxa"/>
              <w:left w:w="120" w:type="dxa"/>
              <w:bottom w:w="80" w:type="dxa"/>
              <w:right w:w="120" w:type="dxa"/>
            </w:tcMar>
            <w:vAlign w:val="center"/>
          </w:tcPr>
          <w:p w14:paraId="12676360" w14:textId="77777777" w:rsidR="006D5139" w:rsidRDefault="00000000">
            <w:pPr>
              <w:spacing w:after="60" w:line="252" w:lineRule="auto"/>
              <w:rPr>
                <w:lang w:eastAsia="zh-CN"/>
              </w:rPr>
            </w:pPr>
            <w:r>
              <w:rPr>
                <w:sz w:val="18"/>
                <w:lang w:eastAsia="zh-CN"/>
              </w:rPr>
              <w:t>幂等键、发送者、内容类型、状态和风控结果</w:t>
            </w:r>
          </w:p>
        </w:tc>
      </w:tr>
      <w:tr w:rsidR="006D5139" w14:paraId="3B135F5F" w14:textId="77777777">
        <w:trPr>
          <w:cantSplit/>
        </w:trPr>
        <w:tc>
          <w:tcPr>
            <w:tcW w:w="2700" w:type="dxa"/>
            <w:tcMar>
              <w:top w:w="80" w:type="dxa"/>
              <w:left w:w="120" w:type="dxa"/>
              <w:bottom w:w="80" w:type="dxa"/>
              <w:right w:w="120" w:type="dxa"/>
            </w:tcMar>
            <w:vAlign w:val="center"/>
          </w:tcPr>
          <w:p w14:paraId="1D8766B9" w14:textId="77777777" w:rsidR="006D5139" w:rsidRDefault="00000000">
            <w:pPr>
              <w:spacing w:after="60" w:line="252" w:lineRule="auto"/>
            </w:pPr>
            <w:r>
              <w:rPr>
                <w:sz w:val="18"/>
              </w:rPr>
              <w:t>InterviewRound/Interview</w:t>
            </w:r>
          </w:p>
        </w:tc>
        <w:tc>
          <w:tcPr>
            <w:tcW w:w="6660" w:type="dxa"/>
            <w:tcMar>
              <w:top w:w="80" w:type="dxa"/>
              <w:left w:w="120" w:type="dxa"/>
              <w:bottom w:w="80" w:type="dxa"/>
              <w:right w:w="120" w:type="dxa"/>
            </w:tcMar>
            <w:vAlign w:val="center"/>
          </w:tcPr>
          <w:p w14:paraId="6E7C8BFD" w14:textId="77777777" w:rsidR="006D5139" w:rsidRDefault="00000000">
            <w:pPr>
              <w:spacing w:after="60" w:line="252" w:lineRule="auto"/>
              <w:rPr>
                <w:lang w:eastAsia="zh-CN"/>
              </w:rPr>
            </w:pPr>
            <w:r>
              <w:rPr>
                <w:sz w:val="18"/>
                <w:lang w:eastAsia="zh-CN"/>
              </w:rPr>
              <w:t>面试轮次、邀请、确认、评分卡</w:t>
            </w:r>
          </w:p>
        </w:tc>
      </w:tr>
      <w:tr w:rsidR="006D5139" w14:paraId="6819A0B2" w14:textId="77777777">
        <w:trPr>
          <w:cantSplit/>
        </w:trPr>
        <w:tc>
          <w:tcPr>
            <w:tcW w:w="2700" w:type="dxa"/>
            <w:tcMar>
              <w:top w:w="80" w:type="dxa"/>
              <w:left w:w="120" w:type="dxa"/>
              <w:bottom w:w="80" w:type="dxa"/>
              <w:right w:w="120" w:type="dxa"/>
            </w:tcMar>
            <w:vAlign w:val="center"/>
          </w:tcPr>
          <w:p w14:paraId="713EA017" w14:textId="77777777" w:rsidR="006D5139" w:rsidRDefault="00000000">
            <w:pPr>
              <w:spacing w:after="60" w:line="252" w:lineRule="auto"/>
            </w:pPr>
            <w:r>
              <w:rPr>
                <w:sz w:val="18"/>
              </w:rPr>
              <w:t>JobOffer</w:t>
            </w:r>
          </w:p>
        </w:tc>
        <w:tc>
          <w:tcPr>
            <w:tcW w:w="6660" w:type="dxa"/>
            <w:tcMar>
              <w:top w:w="80" w:type="dxa"/>
              <w:left w:w="120" w:type="dxa"/>
              <w:bottom w:w="80" w:type="dxa"/>
              <w:right w:w="120" w:type="dxa"/>
            </w:tcMar>
            <w:vAlign w:val="center"/>
          </w:tcPr>
          <w:p w14:paraId="0A9097BB" w14:textId="77777777" w:rsidR="006D5139" w:rsidRDefault="00000000">
            <w:pPr>
              <w:spacing w:after="60" w:line="252" w:lineRule="auto"/>
            </w:pPr>
            <w:r>
              <w:rPr>
                <w:sz w:val="18"/>
              </w:rPr>
              <w:t xml:space="preserve">Offer </w:t>
            </w:r>
            <w:r>
              <w:rPr>
                <w:sz w:val="18"/>
              </w:rPr>
              <w:t>版本、有效期和结果</w:t>
            </w:r>
          </w:p>
        </w:tc>
      </w:tr>
      <w:tr w:rsidR="006D5139" w14:paraId="360D8AE8" w14:textId="77777777">
        <w:trPr>
          <w:cantSplit/>
        </w:trPr>
        <w:tc>
          <w:tcPr>
            <w:tcW w:w="2700" w:type="dxa"/>
            <w:tcMar>
              <w:top w:w="80" w:type="dxa"/>
              <w:left w:w="120" w:type="dxa"/>
              <w:bottom w:w="80" w:type="dxa"/>
              <w:right w:w="120" w:type="dxa"/>
            </w:tcMar>
            <w:vAlign w:val="center"/>
          </w:tcPr>
          <w:p w14:paraId="3A36BC9C" w14:textId="77777777" w:rsidR="006D5139" w:rsidRDefault="00000000">
            <w:pPr>
              <w:spacing w:after="60" w:line="252" w:lineRule="auto"/>
            </w:pPr>
            <w:r>
              <w:rPr>
                <w:sz w:val="18"/>
              </w:rPr>
              <w:t>VerificationCase</w:t>
            </w:r>
          </w:p>
        </w:tc>
        <w:tc>
          <w:tcPr>
            <w:tcW w:w="6660" w:type="dxa"/>
            <w:tcMar>
              <w:top w:w="80" w:type="dxa"/>
              <w:left w:w="120" w:type="dxa"/>
              <w:bottom w:w="80" w:type="dxa"/>
              <w:right w:w="120" w:type="dxa"/>
            </w:tcMar>
            <w:vAlign w:val="center"/>
          </w:tcPr>
          <w:p w14:paraId="60EE6E62" w14:textId="77777777" w:rsidR="006D5139" w:rsidRDefault="00000000">
            <w:pPr>
              <w:spacing w:after="60" w:line="252" w:lineRule="auto"/>
              <w:rPr>
                <w:lang w:eastAsia="zh-CN"/>
              </w:rPr>
            </w:pPr>
            <w:r>
              <w:rPr>
                <w:sz w:val="18"/>
                <w:lang w:eastAsia="zh-CN"/>
              </w:rPr>
              <w:t>企业</w:t>
            </w:r>
            <w:r>
              <w:rPr>
                <w:sz w:val="18"/>
                <w:lang w:eastAsia="zh-CN"/>
              </w:rPr>
              <w:t>/</w:t>
            </w:r>
            <w:r>
              <w:rPr>
                <w:sz w:val="18"/>
                <w:lang w:eastAsia="zh-CN"/>
              </w:rPr>
              <w:t>招聘者认证材料和审核记录</w:t>
            </w:r>
          </w:p>
        </w:tc>
      </w:tr>
      <w:tr w:rsidR="006D5139" w14:paraId="3EBFEFD5" w14:textId="77777777">
        <w:trPr>
          <w:cantSplit/>
        </w:trPr>
        <w:tc>
          <w:tcPr>
            <w:tcW w:w="2700" w:type="dxa"/>
            <w:tcMar>
              <w:top w:w="80" w:type="dxa"/>
              <w:left w:w="120" w:type="dxa"/>
              <w:bottom w:w="80" w:type="dxa"/>
              <w:right w:w="120" w:type="dxa"/>
            </w:tcMar>
            <w:vAlign w:val="center"/>
          </w:tcPr>
          <w:p w14:paraId="4096AFF0" w14:textId="77777777" w:rsidR="006D5139" w:rsidRDefault="00000000">
            <w:pPr>
              <w:spacing w:after="60" w:line="252" w:lineRule="auto"/>
            </w:pPr>
            <w:r>
              <w:rPr>
                <w:sz w:val="18"/>
              </w:rPr>
              <w:t>ReportCase/Appeal</w:t>
            </w:r>
          </w:p>
        </w:tc>
        <w:tc>
          <w:tcPr>
            <w:tcW w:w="6660" w:type="dxa"/>
            <w:tcMar>
              <w:top w:w="80" w:type="dxa"/>
              <w:left w:w="120" w:type="dxa"/>
              <w:bottom w:w="80" w:type="dxa"/>
              <w:right w:w="120" w:type="dxa"/>
            </w:tcMar>
            <w:vAlign w:val="center"/>
          </w:tcPr>
          <w:p w14:paraId="6FE852DE" w14:textId="77777777" w:rsidR="006D5139" w:rsidRDefault="00000000">
            <w:pPr>
              <w:spacing w:after="60" w:line="252" w:lineRule="auto"/>
              <w:rPr>
                <w:lang w:eastAsia="zh-CN"/>
              </w:rPr>
            </w:pPr>
            <w:r>
              <w:rPr>
                <w:sz w:val="18"/>
                <w:lang w:eastAsia="zh-CN"/>
              </w:rPr>
              <w:t>举报、证据、处置、申诉和</w:t>
            </w:r>
            <w:r>
              <w:rPr>
                <w:sz w:val="18"/>
                <w:lang w:eastAsia="zh-CN"/>
              </w:rPr>
              <w:t xml:space="preserve"> SLA</w:t>
            </w:r>
          </w:p>
        </w:tc>
      </w:tr>
      <w:tr w:rsidR="006D5139" w14:paraId="2A128BCE" w14:textId="77777777">
        <w:trPr>
          <w:cantSplit/>
        </w:trPr>
        <w:tc>
          <w:tcPr>
            <w:tcW w:w="2700" w:type="dxa"/>
            <w:tcMar>
              <w:top w:w="80" w:type="dxa"/>
              <w:left w:w="120" w:type="dxa"/>
              <w:bottom w:w="80" w:type="dxa"/>
              <w:right w:w="120" w:type="dxa"/>
            </w:tcMar>
            <w:vAlign w:val="center"/>
          </w:tcPr>
          <w:p w14:paraId="6460887B" w14:textId="77777777" w:rsidR="006D5139" w:rsidRDefault="00000000">
            <w:pPr>
              <w:spacing w:after="60" w:line="252" w:lineRule="auto"/>
            </w:pPr>
            <w:r>
              <w:rPr>
                <w:sz w:val="18"/>
              </w:rPr>
              <w:t>AITask/AIResult</w:t>
            </w:r>
          </w:p>
        </w:tc>
        <w:tc>
          <w:tcPr>
            <w:tcW w:w="6660" w:type="dxa"/>
            <w:tcMar>
              <w:top w:w="80" w:type="dxa"/>
              <w:left w:w="120" w:type="dxa"/>
              <w:bottom w:w="80" w:type="dxa"/>
              <w:right w:w="120" w:type="dxa"/>
            </w:tcMar>
            <w:vAlign w:val="center"/>
          </w:tcPr>
          <w:p w14:paraId="6660C92C" w14:textId="77777777" w:rsidR="006D5139" w:rsidRDefault="00000000">
            <w:pPr>
              <w:spacing w:after="60" w:line="252" w:lineRule="auto"/>
              <w:rPr>
                <w:lang w:eastAsia="zh-CN"/>
              </w:rPr>
            </w:pPr>
            <w:r>
              <w:rPr>
                <w:sz w:val="18"/>
                <w:lang w:eastAsia="zh-CN"/>
              </w:rPr>
              <w:t>输入摘要、输出、模型、提示词、规则、成本、状态</w:t>
            </w:r>
          </w:p>
        </w:tc>
      </w:tr>
      <w:tr w:rsidR="006D5139" w14:paraId="04BF1E80" w14:textId="77777777">
        <w:trPr>
          <w:cantSplit/>
        </w:trPr>
        <w:tc>
          <w:tcPr>
            <w:tcW w:w="2700" w:type="dxa"/>
            <w:tcMar>
              <w:top w:w="80" w:type="dxa"/>
              <w:left w:w="120" w:type="dxa"/>
              <w:bottom w:w="80" w:type="dxa"/>
              <w:right w:w="120" w:type="dxa"/>
            </w:tcMar>
            <w:vAlign w:val="center"/>
          </w:tcPr>
          <w:p w14:paraId="248A2A1D" w14:textId="77777777" w:rsidR="006D5139" w:rsidRDefault="00000000">
            <w:pPr>
              <w:spacing w:after="60" w:line="252" w:lineRule="auto"/>
            </w:pPr>
            <w:r>
              <w:rPr>
                <w:sz w:val="18"/>
              </w:rPr>
              <w:t>DataRightsRequest</w:t>
            </w:r>
          </w:p>
        </w:tc>
        <w:tc>
          <w:tcPr>
            <w:tcW w:w="6660" w:type="dxa"/>
            <w:tcMar>
              <w:top w:w="80" w:type="dxa"/>
              <w:left w:w="120" w:type="dxa"/>
              <w:bottom w:w="80" w:type="dxa"/>
              <w:right w:w="120" w:type="dxa"/>
            </w:tcMar>
            <w:vAlign w:val="center"/>
          </w:tcPr>
          <w:p w14:paraId="637E70ED" w14:textId="77777777" w:rsidR="006D5139" w:rsidRDefault="00000000">
            <w:pPr>
              <w:spacing w:after="60" w:line="252" w:lineRule="auto"/>
              <w:rPr>
                <w:lang w:eastAsia="zh-CN"/>
              </w:rPr>
            </w:pPr>
            <w:r>
              <w:rPr>
                <w:sz w:val="18"/>
                <w:lang w:eastAsia="zh-CN"/>
              </w:rPr>
              <w:t>导出、删除、注销、更正等请求</w:t>
            </w:r>
          </w:p>
        </w:tc>
      </w:tr>
      <w:tr w:rsidR="006D5139" w14:paraId="467D3E19" w14:textId="77777777">
        <w:trPr>
          <w:cantSplit/>
        </w:trPr>
        <w:tc>
          <w:tcPr>
            <w:tcW w:w="2700" w:type="dxa"/>
            <w:tcMar>
              <w:top w:w="80" w:type="dxa"/>
              <w:left w:w="120" w:type="dxa"/>
              <w:bottom w:w="80" w:type="dxa"/>
              <w:right w:w="120" w:type="dxa"/>
            </w:tcMar>
            <w:vAlign w:val="center"/>
          </w:tcPr>
          <w:p w14:paraId="3301C548" w14:textId="77777777" w:rsidR="006D5139" w:rsidRDefault="00000000">
            <w:pPr>
              <w:spacing w:after="60" w:line="252" w:lineRule="auto"/>
            </w:pPr>
            <w:r>
              <w:rPr>
                <w:sz w:val="18"/>
              </w:rPr>
              <w:t>AuditEvent</w:t>
            </w:r>
          </w:p>
        </w:tc>
        <w:tc>
          <w:tcPr>
            <w:tcW w:w="6660" w:type="dxa"/>
            <w:tcMar>
              <w:top w:w="80" w:type="dxa"/>
              <w:left w:w="120" w:type="dxa"/>
              <w:bottom w:w="80" w:type="dxa"/>
              <w:right w:w="120" w:type="dxa"/>
            </w:tcMar>
            <w:vAlign w:val="center"/>
          </w:tcPr>
          <w:p w14:paraId="65FA1825" w14:textId="77777777" w:rsidR="006D5139" w:rsidRDefault="00000000">
            <w:pPr>
              <w:spacing w:after="60" w:line="252" w:lineRule="auto"/>
              <w:rPr>
                <w:lang w:eastAsia="zh-CN"/>
              </w:rPr>
            </w:pPr>
            <w:r>
              <w:rPr>
                <w:sz w:val="18"/>
                <w:lang w:eastAsia="zh-CN"/>
              </w:rPr>
              <w:t>高风险读取和写入审计</w:t>
            </w:r>
          </w:p>
        </w:tc>
      </w:tr>
    </w:tbl>
    <w:p w14:paraId="4DC42C2F" w14:textId="77777777" w:rsidR="006D5139" w:rsidRDefault="006D5139">
      <w:pPr>
        <w:spacing w:after="40"/>
        <w:rPr>
          <w:lang w:eastAsia="zh-CN"/>
        </w:rPr>
      </w:pPr>
    </w:p>
    <w:p w14:paraId="79DFDE83" w14:textId="77777777" w:rsidR="006D5139" w:rsidRDefault="00000000">
      <w:pPr>
        <w:pStyle w:val="31"/>
      </w:pPr>
      <w:r>
        <w:rPr>
          <w:rFonts w:ascii="Calibri" w:eastAsia="微软雅黑" w:hAnsi="Calibri"/>
        </w:rPr>
        <w:t xml:space="preserve">8.5 API </w:t>
      </w:r>
      <w:r>
        <w:rPr>
          <w:rFonts w:ascii="Calibri" w:eastAsia="微软雅黑" w:hAnsi="Calibri"/>
        </w:rPr>
        <w:t>设计约定</w:t>
      </w:r>
    </w:p>
    <w:p w14:paraId="1C6846D2" w14:textId="77777777" w:rsidR="006D5139" w:rsidRDefault="00000000">
      <w:r>
        <w:t>前台不直接依赖任意</w:t>
      </w:r>
      <w:r>
        <w:t xml:space="preserve"> DocType </w:t>
      </w:r>
      <w:r>
        <w:t>的通用</w:t>
      </w:r>
      <w:r>
        <w:t xml:space="preserve"> CRUD</w:t>
      </w:r>
      <w:r>
        <w:t>；对外使用稳定的业务</w:t>
      </w:r>
      <w:r>
        <w:t xml:space="preserve"> API</w:t>
      </w:r>
      <w:r>
        <w:t>：</w:t>
      </w:r>
    </w:p>
    <w:p w14:paraId="6771AA3F" w14:textId="77777777" w:rsidR="006D5139" w:rsidRDefault="00000000">
      <w:pPr>
        <w:pBdr>
          <w:left w:val="single" w:sz="18" w:space="8" w:color="5B6573"/>
        </w:pBdr>
        <w:shd w:val="clear" w:color="auto" w:fill="F2F4F7"/>
        <w:spacing w:before="60" w:line="240" w:lineRule="auto"/>
        <w:ind w:left="259" w:right="173"/>
      </w:pPr>
      <w:r>
        <w:rPr>
          <w:rFonts w:ascii="Consolas" w:hAnsi="Consolas"/>
          <w:sz w:val="17"/>
        </w:rPr>
        <w:t>/api/v1/auth/*</w:t>
      </w:r>
      <w:r>
        <w:rPr>
          <w:rFonts w:ascii="Consolas" w:hAnsi="Consolas"/>
          <w:sz w:val="17"/>
        </w:rPr>
        <w:br/>
        <w:t>/api/v1/candidates/me</w:t>
      </w:r>
      <w:r>
        <w:rPr>
          <w:rFonts w:ascii="Consolas" w:hAnsi="Consolas"/>
          <w:sz w:val="17"/>
        </w:rPr>
        <w:br/>
        <w:t>/api/v1/resumes/*</w:t>
      </w:r>
      <w:r>
        <w:rPr>
          <w:rFonts w:ascii="Consolas" w:hAnsi="Consolas"/>
          <w:sz w:val="17"/>
        </w:rPr>
        <w:br/>
        <w:t>/api/v1/organizations/*</w:t>
      </w:r>
      <w:r>
        <w:rPr>
          <w:rFonts w:ascii="Consolas" w:hAnsi="Consolas"/>
          <w:sz w:val="17"/>
        </w:rPr>
        <w:br/>
        <w:t>/api/v1/jobs/*</w:t>
      </w:r>
      <w:r>
        <w:rPr>
          <w:rFonts w:ascii="Consolas" w:hAnsi="Consolas"/>
          <w:sz w:val="17"/>
        </w:rPr>
        <w:br/>
        <w:t>/api/v1/applications/*</w:t>
      </w:r>
      <w:r>
        <w:rPr>
          <w:rFonts w:ascii="Consolas" w:hAnsi="Consolas"/>
          <w:sz w:val="17"/>
        </w:rPr>
        <w:br/>
        <w:t>/api/v1/conversations/*</w:t>
      </w:r>
      <w:r>
        <w:rPr>
          <w:rFonts w:ascii="Consolas" w:hAnsi="Consolas"/>
          <w:sz w:val="17"/>
        </w:rPr>
        <w:br/>
        <w:t>/api/v1/interviews/*</w:t>
      </w:r>
      <w:r>
        <w:rPr>
          <w:rFonts w:ascii="Consolas" w:hAnsi="Consolas"/>
          <w:sz w:val="17"/>
        </w:rPr>
        <w:br/>
        <w:t>/api/v1/offers/*</w:t>
      </w:r>
      <w:r>
        <w:rPr>
          <w:rFonts w:ascii="Consolas" w:hAnsi="Consolas"/>
          <w:sz w:val="17"/>
        </w:rPr>
        <w:br/>
        <w:t>/api/v1/ai/tasks/*</w:t>
      </w:r>
      <w:r>
        <w:rPr>
          <w:rFonts w:ascii="Consolas" w:hAnsi="Consolas"/>
          <w:sz w:val="17"/>
        </w:rPr>
        <w:br/>
        <w:t>/api/v1/reports/*</w:t>
      </w:r>
      <w:r>
        <w:rPr>
          <w:rFonts w:ascii="Consolas" w:hAnsi="Consolas"/>
          <w:sz w:val="17"/>
        </w:rPr>
        <w:br/>
        <w:t>/api/v1/privacy/*</w:t>
      </w:r>
    </w:p>
    <w:p w14:paraId="0E9D296D" w14:textId="77777777" w:rsidR="006D5139" w:rsidRDefault="00000000">
      <w:r>
        <w:t>统一约定：</w:t>
      </w:r>
    </w:p>
    <w:p w14:paraId="3E4AFBB6" w14:textId="77777777" w:rsidR="006D5139" w:rsidRDefault="00000000">
      <w:pPr>
        <w:pStyle w:val="a0"/>
        <w:keepLines/>
        <w:numPr>
          <w:ilvl w:val="0"/>
          <w:numId w:val="44"/>
        </w:numPr>
      </w:pPr>
      <w:r>
        <w:t xml:space="preserve">JSON </w:t>
      </w:r>
      <w:r>
        <w:t>使用</w:t>
      </w:r>
      <w:r>
        <w:t xml:space="preserve"> </w:t>
      </w:r>
      <w:r>
        <w:rPr>
          <w:rFonts w:ascii="Consolas" w:hAnsi="Consolas"/>
          <w:color w:val="1F4D78"/>
          <w:sz w:val="21"/>
        </w:rPr>
        <w:t>snake_case</w:t>
      </w:r>
      <w:r>
        <w:t xml:space="preserve"> </w:t>
      </w:r>
      <w:r>
        <w:t>或</w:t>
      </w:r>
      <w:r>
        <w:t xml:space="preserve"> </w:t>
      </w:r>
      <w:r>
        <w:rPr>
          <w:rFonts w:ascii="Consolas" w:hAnsi="Consolas"/>
          <w:color w:val="1F4D78"/>
          <w:sz w:val="21"/>
        </w:rPr>
        <w:t>camelCase</w:t>
      </w:r>
      <w:r>
        <w:t xml:space="preserve"> </w:t>
      </w:r>
      <w:r>
        <w:t>二选一并冻结，建议前后端统一</w:t>
      </w:r>
      <w:r>
        <w:t xml:space="preserve"> </w:t>
      </w:r>
      <w:r>
        <w:rPr>
          <w:rFonts w:ascii="Consolas" w:hAnsi="Consolas"/>
          <w:color w:val="1F4D78"/>
          <w:sz w:val="21"/>
        </w:rPr>
        <w:t>snake_case</w:t>
      </w:r>
      <w:r>
        <w:t>；</w:t>
      </w:r>
    </w:p>
    <w:p w14:paraId="5DA74909" w14:textId="77777777" w:rsidR="006D5139" w:rsidRDefault="00000000">
      <w:pPr>
        <w:pStyle w:val="a0"/>
        <w:keepLines/>
        <w:numPr>
          <w:ilvl w:val="0"/>
          <w:numId w:val="44"/>
        </w:numPr>
        <w:rPr>
          <w:lang w:eastAsia="zh-CN"/>
        </w:rPr>
      </w:pPr>
      <w:r>
        <w:rPr>
          <w:lang w:eastAsia="zh-CN"/>
        </w:rPr>
        <w:t>列表使用游标或页码、统一过滤和排序参数；</w:t>
      </w:r>
    </w:p>
    <w:p w14:paraId="75A9C8E4" w14:textId="77777777" w:rsidR="006D5139" w:rsidRDefault="00000000">
      <w:pPr>
        <w:pStyle w:val="a0"/>
        <w:keepLines/>
        <w:numPr>
          <w:ilvl w:val="0"/>
          <w:numId w:val="44"/>
        </w:numPr>
      </w:pPr>
      <w:r>
        <w:t>写接口支持</w:t>
      </w:r>
      <w:r>
        <w:t xml:space="preserve"> </w:t>
      </w:r>
      <w:r>
        <w:rPr>
          <w:rFonts w:ascii="Consolas" w:hAnsi="Consolas"/>
          <w:color w:val="1F4D78"/>
          <w:sz w:val="21"/>
        </w:rPr>
        <w:t>Idempotency-Key</w:t>
      </w:r>
      <w:r>
        <w:t>；</w:t>
      </w:r>
    </w:p>
    <w:p w14:paraId="0D8CBEE1" w14:textId="77777777" w:rsidR="006D5139" w:rsidRDefault="00000000">
      <w:pPr>
        <w:pStyle w:val="a0"/>
        <w:keepLines/>
        <w:numPr>
          <w:ilvl w:val="0"/>
          <w:numId w:val="44"/>
        </w:numPr>
      </w:pPr>
      <w:r>
        <w:t>错误包含</w:t>
      </w:r>
      <w:r>
        <w:t xml:space="preserve"> </w:t>
      </w:r>
      <w:r>
        <w:rPr>
          <w:rFonts w:ascii="Consolas" w:hAnsi="Consolas"/>
          <w:color w:val="1F4D78"/>
          <w:sz w:val="21"/>
        </w:rPr>
        <w:t>code</w:t>
      </w:r>
      <w:r>
        <w:t>、</w:t>
      </w:r>
      <w:r>
        <w:rPr>
          <w:rFonts w:ascii="Consolas" w:hAnsi="Consolas"/>
          <w:color w:val="1F4D78"/>
          <w:sz w:val="21"/>
        </w:rPr>
        <w:t>message</w:t>
      </w:r>
      <w:r>
        <w:t>、</w:t>
      </w:r>
      <w:r>
        <w:rPr>
          <w:rFonts w:ascii="Consolas" w:hAnsi="Consolas"/>
          <w:color w:val="1F4D78"/>
          <w:sz w:val="21"/>
        </w:rPr>
        <w:t>request_id</w:t>
      </w:r>
      <w:r>
        <w:t xml:space="preserve"> </w:t>
      </w:r>
      <w:r>
        <w:t>和可选字段错误；</w:t>
      </w:r>
    </w:p>
    <w:p w14:paraId="6B836E84" w14:textId="77777777" w:rsidR="006D5139" w:rsidRDefault="00000000">
      <w:pPr>
        <w:pStyle w:val="a0"/>
        <w:keepLines/>
        <w:numPr>
          <w:ilvl w:val="0"/>
          <w:numId w:val="44"/>
        </w:numPr>
      </w:pPr>
      <w:r>
        <w:t>不把</w:t>
      </w:r>
      <w:r>
        <w:t xml:space="preserve"> Python </w:t>
      </w:r>
      <w:r>
        <w:t>堆栈和内部</w:t>
      </w:r>
      <w:r>
        <w:t xml:space="preserve"> DocType </w:t>
      </w:r>
      <w:r>
        <w:t>名称返回给生产用户；</w:t>
      </w:r>
    </w:p>
    <w:p w14:paraId="2C33A14F" w14:textId="77777777" w:rsidR="006D5139" w:rsidRDefault="00000000">
      <w:pPr>
        <w:pStyle w:val="a0"/>
        <w:keepLines/>
        <w:numPr>
          <w:ilvl w:val="0"/>
          <w:numId w:val="44"/>
        </w:numPr>
        <w:rPr>
          <w:lang w:eastAsia="zh-CN"/>
        </w:rPr>
      </w:pPr>
      <w:r>
        <w:rPr>
          <w:lang w:eastAsia="zh-CN"/>
        </w:rPr>
        <w:t>接口变更先更新契约和</w:t>
      </w:r>
      <w:r>
        <w:rPr>
          <w:lang w:eastAsia="zh-CN"/>
        </w:rPr>
        <w:t xml:space="preserve"> Mock</w:t>
      </w:r>
      <w:r>
        <w:rPr>
          <w:lang w:eastAsia="zh-CN"/>
        </w:rPr>
        <w:t>，再开发；</w:t>
      </w:r>
    </w:p>
    <w:p w14:paraId="53C02824" w14:textId="77777777" w:rsidR="006D5139" w:rsidRDefault="00000000">
      <w:pPr>
        <w:pStyle w:val="a0"/>
        <w:keepLines/>
        <w:numPr>
          <w:ilvl w:val="0"/>
          <w:numId w:val="44"/>
        </w:numPr>
        <w:rPr>
          <w:lang w:eastAsia="zh-CN"/>
        </w:rPr>
      </w:pPr>
      <w:r>
        <w:rPr>
          <w:lang w:eastAsia="zh-CN"/>
        </w:rPr>
        <w:t>所有高风险资源在服务端再次校验归属和权限，不能只依赖前端隐藏。</w:t>
      </w:r>
    </w:p>
    <w:p w14:paraId="0DD0E21F" w14:textId="77777777" w:rsidR="006D5139" w:rsidRDefault="00000000">
      <w:pPr>
        <w:pStyle w:val="31"/>
      </w:pPr>
      <w:r>
        <w:rPr>
          <w:rFonts w:ascii="Calibri" w:eastAsia="微软雅黑" w:hAnsi="Calibri"/>
        </w:rPr>
        <w:t xml:space="preserve">8.6 </w:t>
      </w:r>
      <w:r>
        <w:rPr>
          <w:rFonts w:ascii="Calibri" w:eastAsia="微软雅黑" w:hAnsi="Calibri"/>
        </w:rPr>
        <w:t>状态机实现</w:t>
      </w:r>
    </w:p>
    <w:p w14:paraId="217F681A" w14:textId="77777777" w:rsidR="006D5139" w:rsidRDefault="00000000">
      <w:pPr>
        <w:pStyle w:val="a0"/>
        <w:keepLines/>
        <w:numPr>
          <w:ilvl w:val="0"/>
          <w:numId w:val="45"/>
        </w:numPr>
      </w:pPr>
      <w:r>
        <w:t xml:space="preserve">Frappe Workflow </w:t>
      </w:r>
      <w:r>
        <w:t>管理岗位审核、企业认证、投诉和</w:t>
      </w:r>
      <w:r>
        <w:t xml:space="preserve"> Offer </w:t>
      </w:r>
      <w:r>
        <w:t>等运营流程；</w:t>
      </w:r>
    </w:p>
    <w:p w14:paraId="2FC960B3" w14:textId="77777777" w:rsidR="006D5139" w:rsidRDefault="00000000">
      <w:pPr>
        <w:pStyle w:val="a0"/>
        <w:keepLines/>
        <w:numPr>
          <w:ilvl w:val="0"/>
          <w:numId w:val="45"/>
        </w:numPr>
        <w:rPr>
          <w:lang w:eastAsia="zh-CN"/>
        </w:rPr>
      </w:pPr>
      <w:r>
        <w:rPr>
          <w:lang w:eastAsia="zh-CN"/>
        </w:rPr>
        <w:t>应用服务层管理消息授权、申请阶段和隐私授权等高频业务规则；</w:t>
      </w:r>
    </w:p>
    <w:p w14:paraId="5B8F6FCB" w14:textId="77777777" w:rsidR="006D5139" w:rsidRDefault="00000000">
      <w:pPr>
        <w:pStyle w:val="a0"/>
        <w:keepLines/>
        <w:numPr>
          <w:ilvl w:val="0"/>
          <w:numId w:val="45"/>
        </w:numPr>
      </w:pPr>
      <w:r>
        <w:t>状态迁移使用显式命令，例如</w:t>
      </w:r>
      <w:r>
        <w:t xml:space="preserve"> </w:t>
      </w:r>
      <w:r>
        <w:rPr>
          <w:rFonts w:ascii="Consolas" w:hAnsi="Consolas"/>
          <w:color w:val="1F4D78"/>
          <w:sz w:val="21"/>
        </w:rPr>
        <w:t>submit_job</w:t>
      </w:r>
      <w:r>
        <w:t>、</w:t>
      </w:r>
      <w:r>
        <w:rPr>
          <w:rFonts w:ascii="Consolas" w:hAnsi="Consolas"/>
          <w:color w:val="1F4D78"/>
          <w:sz w:val="21"/>
        </w:rPr>
        <w:t>publish_job</w:t>
      </w:r>
      <w:r>
        <w:t>、</w:t>
      </w:r>
      <w:r>
        <w:rPr>
          <w:rFonts w:ascii="Consolas" w:hAnsi="Consolas"/>
          <w:color w:val="1F4D78"/>
          <w:sz w:val="21"/>
        </w:rPr>
        <w:t>move_application_stage</w:t>
      </w:r>
      <w:r>
        <w:t>；</w:t>
      </w:r>
    </w:p>
    <w:p w14:paraId="28C0A480" w14:textId="77777777" w:rsidR="006D5139" w:rsidRDefault="00000000">
      <w:pPr>
        <w:pStyle w:val="a0"/>
        <w:keepLines/>
        <w:numPr>
          <w:ilvl w:val="0"/>
          <w:numId w:val="45"/>
        </w:numPr>
      </w:pPr>
      <w:r>
        <w:t>禁止前台直接更新</w:t>
      </w:r>
      <w:r>
        <w:t xml:space="preserve"> </w:t>
      </w:r>
      <w:r>
        <w:rPr>
          <w:rFonts w:ascii="Consolas" w:hAnsi="Consolas"/>
          <w:color w:val="1F4D78"/>
          <w:sz w:val="21"/>
        </w:rPr>
        <w:t>status</w:t>
      </w:r>
      <w:r>
        <w:t xml:space="preserve"> </w:t>
      </w:r>
      <w:r>
        <w:t>字段；</w:t>
      </w:r>
    </w:p>
    <w:p w14:paraId="01738F9B" w14:textId="77777777" w:rsidR="006D5139" w:rsidRDefault="00000000">
      <w:pPr>
        <w:pStyle w:val="a0"/>
        <w:keepLines/>
        <w:numPr>
          <w:ilvl w:val="0"/>
          <w:numId w:val="45"/>
        </w:numPr>
        <w:rPr>
          <w:lang w:eastAsia="zh-CN"/>
        </w:rPr>
      </w:pPr>
      <w:r>
        <w:rPr>
          <w:lang w:eastAsia="zh-CN"/>
        </w:rPr>
        <w:t>每个迁移命令验证当前状态、角色、归属、前置条件和幂等键；</w:t>
      </w:r>
    </w:p>
    <w:p w14:paraId="4958DD43" w14:textId="77777777" w:rsidR="006D5139" w:rsidRDefault="00000000">
      <w:pPr>
        <w:pStyle w:val="a0"/>
        <w:keepLines/>
        <w:numPr>
          <w:ilvl w:val="0"/>
          <w:numId w:val="45"/>
        </w:numPr>
        <w:rPr>
          <w:lang w:eastAsia="zh-CN"/>
        </w:rPr>
      </w:pPr>
      <w:r>
        <w:rPr>
          <w:lang w:eastAsia="zh-CN"/>
        </w:rPr>
        <w:t>迁移成功后写历史记录并发布领域事件。</w:t>
      </w:r>
    </w:p>
    <w:p w14:paraId="712D36C5" w14:textId="77777777" w:rsidR="006D5139" w:rsidRDefault="00000000">
      <w:pPr>
        <w:pStyle w:val="31"/>
      </w:pPr>
      <w:r>
        <w:rPr>
          <w:rFonts w:ascii="Calibri" w:eastAsia="微软雅黑" w:hAnsi="Calibri"/>
        </w:rPr>
        <w:t xml:space="preserve">8.7 AI </w:t>
      </w:r>
      <w:r>
        <w:rPr>
          <w:rFonts w:ascii="Calibri" w:eastAsia="微软雅黑" w:hAnsi="Calibri"/>
        </w:rPr>
        <w:t>技术实现</w:t>
      </w:r>
    </w:p>
    <w:p w14:paraId="6E9B0A4A" w14:textId="77777777" w:rsidR="006D5139" w:rsidRDefault="00000000">
      <w:r>
        <w:t xml:space="preserve">AI Provider Adapter </w:t>
      </w:r>
      <w:r>
        <w:t>至少定义：</w:t>
      </w:r>
    </w:p>
    <w:p w14:paraId="4CE6BA49" w14:textId="77777777" w:rsidR="006D5139" w:rsidRDefault="00000000">
      <w:pPr>
        <w:pStyle w:val="a0"/>
        <w:keepLines/>
        <w:numPr>
          <w:ilvl w:val="0"/>
          <w:numId w:val="46"/>
        </w:numPr>
      </w:pPr>
      <w:r>
        <w:rPr>
          <w:rFonts w:ascii="Consolas" w:hAnsi="Consolas"/>
          <w:color w:val="1F4D78"/>
          <w:sz w:val="21"/>
        </w:rPr>
        <w:t>parse_resume</w:t>
      </w:r>
    </w:p>
    <w:p w14:paraId="4A8550AB" w14:textId="77777777" w:rsidR="006D5139" w:rsidRDefault="00000000">
      <w:pPr>
        <w:pStyle w:val="a0"/>
        <w:keepLines/>
        <w:numPr>
          <w:ilvl w:val="0"/>
          <w:numId w:val="46"/>
        </w:numPr>
      </w:pPr>
      <w:r>
        <w:rPr>
          <w:rFonts w:ascii="Consolas" w:hAnsi="Consolas"/>
          <w:color w:val="1F4D78"/>
          <w:sz w:val="21"/>
        </w:rPr>
        <w:lastRenderedPageBreak/>
        <w:t>review_resume</w:t>
      </w:r>
    </w:p>
    <w:p w14:paraId="77749B44" w14:textId="77777777" w:rsidR="006D5139" w:rsidRDefault="00000000">
      <w:pPr>
        <w:pStyle w:val="a0"/>
        <w:keepLines/>
        <w:numPr>
          <w:ilvl w:val="0"/>
          <w:numId w:val="46"/>
        </w:numPr>
      </w:pPr>
      <w:r>
        <w:rPr>
          <w:rFonts w:ascii="Consolas" w:hAnsi="Consolas"/>
          <w:color w:val="1F4D78"/>
          <w:sz w:val="21"/>
        </w:rPr>
        <w:t>explain_job_match</w:t>
      </w:r>
    </w:p>
    <w:p w14:paraId="4F75762A" w14:textId="77777777" w:rsidR="006D5139" w:rsidRDefault="00000000">
      <w:pPr>
        <w:pStyle w:val="a0"/>
        <w:keepLines/>
        <w:numPr>
          <w:ilvl w:val="0"/>
          <w:numId w:val="46"/>
        </w:numPr>
      </w:pPr>
      <w:r>
        <w:rPr>
          <w:rFonts w:ascii="Consolas" w:hAnsi="Consolas"/>
          <w:color w:val="1F4D78"/>
          <w:sz w:val="21"/>
        </w:rPr>
        <w:t>suggest_greeting</w:t>
      </w:r>
    </w:p>
    <w:p w14:paraId="684309D7" w14:textId="77777777" w:rsidR="006D5139" w:rsidRDefault="00000000">
      <w:pPr>
        <w:pStyle w:val="a0"/>
        <w:keepLines/>
        <w:numPr>
          <w:ilvl w:val="0"/>
          <w:numId w:val="46"/>
        </w:numPr>
      </w:pPr>
      <w:r>
        <w:rPr>
          <w:rFonts w:ascii="Consolas" w:hAnsi="Consolas"/>
          <w:color w:val="1F4D78"/>
          <w:sz w:val="21"/>
        </w:rPr>
        <w:t>generate_interview_questions</w:t>
      </w:r>
    </w:p>
    <w:p w14:paraId="6EDD5C1D" w14:textId="77777777" w:rsidR="006D5139" w:rsidRDefault="00000000">
      <w:pPr>
        <w:pStyle w:val="a0"/>
        <w:keepLines/>
        <w:numPr>
          <w:ilvl w:val="0"/>
          <w:numId w:val="46"/>
        </w:numPr>
      </w:pPr>
      <w:r>
        <w:rPr>
          <w:rFonts w:ascii="Consolas" w:hAnsi="Consolas"/>
          <w:color w:val="1F4D78"/>
          <w:sz w:val="21"/>
        </w:rPr>
        <w:t>evaluate_interview_answer</w:t>
      </w:r>
    </w:p>
    <w:p w14:paraId="3D23AAAA" w14:textId="77777777" w:rsidR="006D5139" w:rsidRDefault="00000000">
      <w:r>
        <w:t>每个能力配置：</w:t>
      </w:r>
    </w:p>
    <w:p w14:paraId="1C57056A" w14:textId="77777777" w:rsidR="006D5139" w:rsidRDefault="00000000">
      <w:pPr>
        <w:pStyle w:val="a0"/>
        <w:keepLines/>
        <w:numPr>
          <w:ilvl w:val="0"/>
          <w:numId w:val="47"/>
        </w:numPr>
      </w:pPr>
      <w:r>
        <w:t>允许的字段白名单；</w:t>
      </w:r>
    </w:p>
    <w:p w14:paraId="51777C30" w14:textId="77777777" w:rsidR="006D5139" w:rsidRDefault="00000000">
      <w:pPr>
        <w:pStyle w:val="a0"/>
        <w:keepLines/>
        <w:numPr>
          <w:ilvl w:val="0"/>
          <w:numId w:val="47"/>
        </w:numPr>
      </w:pPr>
      <w:r>
        <w:t>模型与区域；</w:t>
      </w:r>
    </w:p>
    <w:p w14:paraId="6FE41E9E" w14:textId="77777777" w:rsidR="006D5139" w:rsidRDefault="00000000">
      <w:pPr>
        <w:pStyle w:val="a0"/>
        <w:keepLines/>
        <w:numPr>
          <w:ilvl w:val="0"/>
          <w:numId w:val="47"/>
        </w:numPr>
      </w:pPr>
      <w:r>
        <w:t>提示词版本；</w:t>
      </w:r>
    </w:p>
    <w:p w14:paraId="1D7783CB" w14:textId="77777777" w:rsidR="006D5139" w:rsidRDefault="00000000">
      <w:pPr>
        <w:pStyle w:val="a0"/>
        <w:keepLines/>
        <w:numPr>
          <w:ilvl w:val="0"/>
          <w:numId w:val="47"/>
        </w:numPr>
      </w:pPr>
      <w:r>
        <w:t>输出</w:t>
      </w:r>
      <w:r>
        <w:t xml:space="preserve"> JSON Schema</w:t>
      </w:r>
      <w:r>
        <w:t>；</w:t>
      </w:r>
    </w:p>
    <w:p w14:paraId="0D07C7E9" w14:textId="77777777" w:rsidR="006D5139" w:rsidRDefault="00000000">
      <w:pPr>
        <w:pStyle w:val="a0"/>
        <w:keepLines/>
        <w:numPr>
          <w:ilvl w:val="0"/>
          <w:numId w:val="47"/>
        </w:numPr>
        <w:rPr>
          <w:lang w:eastAsia="zh-CN"/>
        </w:rPr>
      </w:pPr>
      <w:r>
        <w:rPr>
          <w:lang w:eastAsia="zh-CN"/>
        </w:rPr>
        <w:t>超时、重试、熔断和降级；</w:t>
      </w:r>
    </w:p>
    <w:p w14:paraId="7E8CDBDB" w14:textId="77777777" w:rsidR="006D5139" w:rsidRDefault="00000000">
      <w:pPr>
        <w:pStyle w:val="a0"/>
        <w:keepLines/>
        <w:numPr>
          <w:ilvl w:val="0"/>
          <w:numId w:val="47"/>
        </w:numPr>
      </w:pPr>
      <w:r>
        <w:t>输入</w:t>
      </w:r>
      <w:r>
        <w:t>/</w:t>
      </w:r>
      <w:r>
        <w:t>输出安全检查；</w:t>
      </w:r>
    </w:p>
    <w:p w14:paraId="7CDB52D2" w14:textId="77777777" w:rsidR="006D5139" w:rsidRDefault="00000000">
      <w:pPr>
        <w:pStyle w:val="a0"/>
        <w:keepLines/>
        <w:numPr>
          <w:ilvl w:val="0"/>
          <w:numId w:val="47"/>
        </w:numPr>
        <w:rPr>
          <w:lang w:eastAsia="zh-CN"/>
        </w:rPr>
      </w:pPr>
      <w:r>
        <w:rPr>
          <w:lang w:eastAsia="zh-CN"/>
        </w:rPr>
        <w:t>单次和用户日成本上限；</w:t>
      </w:r>
    </w:p>
    <w:p w14:paraId="050542A5" w14:textId="77777777" w:rsidR="006D5139" w:rsidRDefault="00000000">
      <w:pPr>
        <w:pStyle w:val="a0"/>
        <w:keepLines/>
        <w:numPr>
          <w:ilvl w:val="0"/>
          <w:numId w:val="47"/>
        </w:numPr>
        <w:rPr>
          <w:lang w:eastAsia="zh-CN"/>
        </w:rPr>
      </w:pPr>
      <w:r>
        <w:rPr>
          <w:lang w:eastAsia="zh-CN"/>
        </w:rPr>
        <w:t>固定评测集和上线门槛；</w:t>
      </w:r>
    </w:p>
    <w:p w14:paraId="35DA6D43" w14:textId="77777777" w:rsidR="006D5139" w:rsidRDefault="00000000">
      <w:pPr>
        <w:pStyle w:val="a0"/>
        <w:keepLines/>
        <w:numPr>
          <w:ilvl w:val="0"/>
          <w:numId w:val="47"/>
        </w:numPr>
        <w:rPr>
          <w:lang w:eastAsia="zh-CN"/>
        </w:rPr>
      </w:pPr>
      <w:r>
        <w:rPr>
          <w:lang w:eastAsia="zh-CN"/>
        </w:rPr>
        <w:t>数据是否用于模型训练的供应商条款记录。</w:t>
      </w:r>
    </w:p>
    <w:p w14:paraId="179E7B75" w14:textId="77777777" w:rsidR="006D5139" w:rsidRDefault="00000000">
      <w:r>
        <w:t>降级策略：</w:t>
      </w:r>
    </w:p>
    <w:p w14:paraId="35F3025C" w14:textId="77777777" w:rsidR="006D5139" w:rsidRDefault="00000000">
      <w:pPr>
        <w:pStyle w:val="a0"/>
        <w:keepLines/>
        <w:numPr>
          <w:ilvl w:val="0"/>
          <w:numId w:val="48"/>
        </w:numPr>
        <w:rPr>
          <w:lang w:eastAsia="zh-CN"/>
        </w:rPr>
      </w:pPr>
      <w:r>
        <w:rPr>
          <w:lang w:eastAsia="zh-CN"/>
        </w:rPr>
        <w:t>模型不可用：返回排队</w:t>
      </w:r>
      <w:r>
        <w:rPr>
          <w:lang w:eastAsia="zh-CN"/>
        </w:rPr>
        <w:t>/</w:t>
      </w:r>
      <w:r>
        <w:rPr>
          <w:lang w:eastAsia="zh-CN"/>
        </w:rPr>
        <w:t>稍后重试，不阻塞投递和消息；</w:t>
      </w:r>
    </w:p>
    <w:p w14:paraId="46AE4881" w14:textId="77777777" w:rsidR="006D5139" w:rsidRDefault="00000000">
      <w:pPr>
        <w:pStyle w:val="a0"/>
        <w:keepLines/>
        <w:numPr>
          <w:ilvl w:val="0"/>
          <w:numId w:val="48"/>
        </w:numPr>
        <w:rPr>
          <w:lang w:eastAsia="zh-CN"/>
        </w:rPr>
      </w:pPr>
      <w:r>
        <w:rPr>
          <w:lang w:eastAsia="zh-CN"/>
        </w:rPr>
        <w:t>结构化解析失败：回退到手动填写；</w:t>
      </w:r>
    </w:p>
    <w:p w14:paraId="272068D6" w14:textId="77777777" w:rsidR="006D5139" w:rsidRDefault="00000000">
      <w:pPr>
        <w:pStyle w:val="a0"/>
        <w:keepLines/>
        <w:numPr>
          <w:ilvl w:val="0"/>
          <w:numId w:val="48"/>
        </w:numPr>
        <w:rPr>
          <w:lang w:eastAsia="zh-CN"/>
        </w:rPr>
      </w:pPr>
      <w:r>
        <w:rPr>
          <w:lang w:eastAsia="zh-CN"/>
        </w:rPr>
        <w:t>匹配解释失败：展示规则型匹配项，不输出虚假分数；</w:t>
      </w:r>
    </w:p>
    <w:p w14:paraId="2162A9C5" w14:textId="77777777" w:rsidR="006D5139" w:rsidRDefault="00000000">
      <w:pPr>
        <w:pStyle w:val="a0"/>
        <w:keepLines/>
        <w:numPr>
          <w:ilvl w:val="0"/>
          <w:numId w:val="48"/>
        </w:numPr>
        <w:rPr>
          <w:lang w:eastAsia="zh-CN"/>
        </w:rPr>
      </w:pPr>
      <w:r>
        <w:rPr>
          <w:lang w:eastAsia="zh-CN"/>
        </w:rPr>
        <w:t>成本超限：关闭非核心重生成，保留基础功能；</w:t>
      </w:r>
    </w:p>
    <w:p w14:paraId="61179DBE" w14:textId="77777777" w:rsidR="006D5139" w:rsidRDefault="00000000">
      <w:pPr>
        <w:pStyle w:val="a0"/>
        <w:keepLines/>
        <w:numPr>
          <w:ilvl w:val="0"/>
          <w:numId w:val="48"/>
        </w:numPr>
        <w:rPr>
          <w:lang w:eastAsia="zh-CN"/>
        </w:rPr>
      </w:pPr>
      <w:r>
        <w:rPr>
          <w:lang w:eastAsia="zh-CN"/>
        </w:rPr>
        <w:t>高风险输出：拦截并进入人工复核，不直接展示。</w:t>
      </w:r>
    </w:p>
    <w:p w14:paraId="620B5E2F" w14:textId="77777777" w:rsidR="006D5139" w:rsidRDefault="00000000">
      <w:pPr>
        <w:pStyle w:val="31"/>
      </w:pPr>
      <w:r>
        <w:rPr>
          <w:rFonts w:ascii="Calibri" w:eastAsia="微软雅黑" w:hAnsi="Calibri"/>
        </w:rPr>
        <w:t xml:space="preserve">8.8 </w:t>
      </w:r>
      <w:r>
        <w:rPr>
          <w:rFonts w:ascii="Calibri" w:eastAsia="微软雅黑" w:hAnsi="Calibri"/>
        </w:rPr>
        <w:t>安全设计</w:t>
      </w:r>
    </w:p>
    <w:p w14:paraId="69291AF2" w14:textId="77777777" w:rsidR="006D5139" w:rsidRDefault="00000000">
      <w:pPr>
        <w:pStyle w:val="a0"/>
        <w:keepLines/>
        <w:numPr>
          <w:ilvl w:val="0"/>
          <w:numId w:val="49"/>
        </w:numPr>
      </w:pPr>
      <w:r>
        <w:t>全站</w:t>
      </w:r>
      <w:r>
        <w:t xml:space="preserve"> HTTPS</w:t>
      </w:r>
      <w:r>
        <w:t>，</w:t>
      </w:r>
      <w:r>
        <w:t xml:space="preserve">Cookie </w:t>
      </w:r>
      <w:r>
        <w:t>使用</w:t>
      </w:r>
      <w:r>
        <w:t xml:space="preserve"> Secure</w:t>
      </w:r>
      <w:r>
        <w:t>、</w:t>
      </w:r>
      <w:r>
        <w:t>HttpOnly</w:t>
      </w:r>
      <w:r>
        <w:t>、</w:t>
      </w:r>
      <w:r>
        <w:t>SameSite</w:t>
      </w:r>
      <w:r>
        <w:t>；</w:t>
      </w:r>
    </w:p>
    <w:p w14:paraId="68FBA900" w14:textId="77777777" w:rsidR="006D5139" w:rsidRDefault="00000000">
      <w:pPr>
        <w:pStyle w:val="a0"/>
        <w:keepLines/>
        <w:numPr>
          <w:ilvl w:val="0"/>
          <w:numId w:val="49"/>
        </w:numPr>
        <w:rPr>
          <w:lang w:eastAsia="zh-CN"/>
        </w:rPr>
      </w:pPr>
      <w:r>
        <w:rPr>
          <w:lang w:eastAsia="zh-CN"/>
        </w:rPr>
        <w:t>密码和令牌使用框架安全机制，密钥不进入仓库；</w:t>
      </w:r>
    </w:p>
    <w:p w14:paraId="198F6534" w14:textId="77777777" w:rsidR="006D5139" w:rsidRDefault="00000000">
      <w:pPr>
        <w:pStyle w:val="a0"/>
        <w:keepLines/>
        <w:numPr>
          <w:ilvl w:val="0"/>
          <w:numId w:val="49"/>
        </w:numPr>
        <w:rPr>
          <w:lang w:eastAsia="zh-CN"/>
        </w:rPr>
      </w:pPr>
      <w:r>
        <w:rPr>
          <w:lang w:eastAsia="zh-CN"/>
        </w:rPr>
        <w:t>企业、求职者、运营三类权限分别做对象级测试；</w:t>
      </w:r>
    </w:p>
    <w:p w14:paraId="2D2A4D90" w14:textId="77777777" w:rsidR="006D5139" w:rsidRDefault="00000000">
      <w:pPr>
        <w:pStyle w:val="a0"/>
        <w:keepLines/>
        <w:numPr>
          <w:ilvl w:val="0"/>
          <w:numId w:val="49"/>
        </w:numPr>
        <w:rPr>
          <w:lang w:eastAsia="zh-CN"/>
        </w:rPr>
      </w:pPr>
      <w:r>
        <w:rPr>
          <w:lang w:eastAsia="zh-CN"/>
        </w:rPr>
        <w:t>文件私有存储、短期签名</w:t>
      </w:r>
      <w:r>
        <w:rPr>
          <w:lang w:eastAsia="zh-CN"/>
        </w:rPr>
        <w:t xml:space="preserve"> URL</w:t>
      </w:r>
      <w:r>
        <w:rPr>
          <w:lang w:eastAsia="zh-CN"/>
        </w:rPr>
        <w:t>、病毒</w:t>
      </w:r>
      <w:r>
        <w:rPr>
          <w:lang w:eastAsia="zh-CN"/>
        </w:rPr>
        <w:t>/</w:t>
      </w:r>
      <w:r>
        <w:rPr>
          <w:lang w:eastAsia="zh-CN"/>
        </w:rPr>
        <w:t>宏检测；</w:t>
      </w:r>
    </w:p>
    <w:p w14:paraId="4AEE66B4" w14:textId="77777777" w:rsidR="006D5139" w:rsidRDefault="00000000">
      <w:pPr>
        <w:pStyle w:val="a0"/>
        <w:keepLines/>
        <w:numPr>
          <w:ilvl w:val="0"/>
          <w:numId w:val="49"/>
        </w:numPr>
        <w:rPr>
          <w:lang w:eastAsia="zh-CN"/>
        </w:rPr>
      </w:pPr>
      <w:r>
        <w:rPr>
          <w:lang w:eastAsia="zh-CN"/>
        </w:rPr>
        <w:t>认证材料和联系方式字段级加密或独立密钥保护；</w:t>
      </w:r>
    </w:p>
    <w:p w14:paraId="36E6D59E" w14:textId="77777777" w:rsidR="006D5139" w:rsidRDefault="00000000">
      <w:pPr>
        <w:pStyle w:val="a0"/>
        <w:keepLines/>
        <w:numPr>
          <w:ilvl w:val="0"/>
          <w:numId w:val="49"/>
        </w:numPr>
        <w:rPr>
          <w:lang w:eastAsia="zh-CN"/>
        </w:rPr>
      </w:pPr>
      <w:r>
        <w:rPr>
          <w:lang w:eastAsia="zh-CN"/>
        </w:rPr>
        <w:t>登录、消息、搜索、</w:t>
      </w:r>
      <w:r>
        <w:rPr>
          <w:lang w:eastAsia="zh-CN"/>
        </w:rPr>
        <w:t>AI</w:t>
      </w:r>
      <w:r>
        <w:rPr>
          <w:lang w:eastAsia="zh-CN"/>
        </w:rPr>
        <w:t>、导出使用分级限流；</w:t>
      </w:r>
    </w:p>
    <w:p w14:paraId="509DDA26" w14:textId="77777777" w:rsidR="006D5139" w:rsidRDefault="00000000">
      <w:pPr>
        <w:pStyle w:val="a0"/>
        <w:keepLines/>
        <w:numPr>
          <w:ilvl w:val="0"/>
          <w:numId w:val="49"/>
        </w:numPr>
      </w:pPr>
      <w:r>
        <w:t>防止</w:t>
      </w:r>
      <w:r>
        <w:t xml:space="preserve"> SQL </w:t>
      </w:r>
      <w:r>
        <w:t>注入、</w:t>
      </w:r>
      <w:r>
        <w:t>XSS</w:t>
      </w:r>
      <w:r>
        <w:t>、</w:t>
      </w:r>
      <w:r>
        <w:t>CSRF</w:t>
      </w:r>
      <w:r>
        <w:t>、</w:t>
      </w:r>
      <w:r>
        <w:t>SSRF</w:t>
      </w:r>
      <w:r>
        <w:t>、越权下载和</w:t>
      </w:r>
      <w:r>
        <w:t xml:space="preserve"> ID </w:t>
      </w:r>
      <w:r>
        <w:t>枚举；</w:t>
      </w:r>
    </w:p>
    <w:p w14:paraId="52C6D625" w14:textId="77777777" w:rsidR="006D5139" w:rsidRDefault="00000000">
      <w:pPr>
        <w:pStyle w:val="a0"/>
        <w:keepLines/>
        <w:numPr>
          <w:ilvl w:val="0"/>
          <w:numId w:val="49"/>
        </w:numPr>
        <w:rPr>
          <w:lang w:eastAsia="zh-CN"/>
        </w:rPr>
      </w:pPr>
      <w:r>
        <w:rPr>
          <w:lang w:eastAsia="zh-CN"/>
        </w:rPr>
        <w:lastRenderedPageBreak/>
        <w:t>生产数据库不直接供开发人员日常查询；</w:t>
      </w:r>
    </w:p>
    <w:p w14:paraId="31122A53" w14:textId="77777777" w:rsidR="006D5139" w:rsidRDefault="00000000">
      <w:pPr>
        <w:pStyle w:val="a0"/>
        <w:keepLines/>
        <w:numPr>
          <w:ilvl w:val="0"/>
          <w:numId w:val="49"/>
        </w:numPr>
        <w:rPr>
          <w:lang w:eastAsia="zh-CN"/>
        </w:rPr>
      </w:pPr>
      <w:r>
        <w:rPr>
          <w:lang w:eastAsia="zh-CN"/>
        </w:rPr>
        <w:t>日志默认脱敏，不记录完整简历、证件、模型密钥和私密消息；</w:t>
      </w:r>
    </w:p>
    <w:p w14:paraId="20EE86AC" w14:textId="77777777" w:rsidR="006D5139" w:rsidRDefault="00000000">
      <w:pPr>
        <w:pStyle w:val="a0"/>
        <w:keepLines/>
        <w:numPr>
          <w:ilvl w:val="0"/>
          <w:numId w:val="49"/>
        </w:numPr>
        <w:rPr>
          <w:lang w:eastAsia="zh-CN"/>
        </w:rPr>
      </w:pPr>
      <w:r>
        <w:rPr>
          <w:lang w:eastAsia="zh-CN"/>
        </w:rPr>
        <w:t>每日备份，至少每季度恢复演练；上线前必须完成一次；</w:t>
      </w:r>
    </w:p>
    <w:p w14:paraId="79B14A20" w14:textId="77777777" w:rsidR="006D5139" w:rsidRDefault="00000000">
      <w:pPr>
        <w:pStyle w:val="a0"/>
        <w:keepLines/>
        <w:numPr>
          <w:ilvl w:val="0"/>
          <w:numId w:val="49"/>
        </w:numPr>
        <w:rPr>
          <w:lang w:eastAsia="zh-CN"/>
        </w:rPr>
      </w:pPr>
      <w:r>
        <w:rPr>
          <w:lang w:eastAsia="zh-CN"/>
        </w:rPr>
        <w:t xml:space="preserve">P0 </w:t>
      </w:r>
      <w:r>
        <w:rPr>
          <w:lang w:eastAsia="zh-CN"/>
        </w:rPr>
        <w:t>安全事件可一键关闭岗位发布、陌生邀请、</w:t>
      </w:r>
      <w:r>
        <w:rPr>
          <w:lang w:eastAsia="zh-CN"/>
        </w:rPr>
        <w:t xml:space="preserve">AI </w:t>
      </w:r>
      <w:r>
        <w:rPr>
          <w:lang w:eastAsia="zh-CN"/>
        </w:rPr>
        <w:t>和附件下载。</w:t>
      </w:r>
    </w:p>
    <w:p w14:paraId="21759F12" w14:textId="77777777" w:rsidR="006D5139" w:rsidRDefault="00000000">
      <w:pPr>
        <w:pStyle w:val="21"/>
        <w:rPr>
          <w:lang w:eastAsia="zh-CN"/>
        </w:rPr>
      </w:pPr>
      <w:r>
        <w:rPr>
          <w:rFonts w:ascii="Calibri" w:eastAsia="微软雅黑" w:hAnsi="Calibri"/>
          <w:lang w:eastAsia="zh-CN"/>
        </w:rPr>
        <w:t xml:space="preserve">9. </w:t>
      </w:r>
      <w:r>
        <w:rPr>
          <w:rFonts w:ascii="Calibri" w:eastAsia="微软雅黑" w:hAnsi="Calibri"/>
          <w:lang w:eastAsia="zh-CN"/>
        </w:rPr>
        <w:t>合规落地清单</w:t>
      </w:r>
    </w:p>
    <w:p w14:paraId="38642951" w14:textId="77777777" w:rsidR="006D5139" w:rsidRDefault="00000000">
      <w:pPr>
        <w:pStyle w:val="31"/>
        <w:rPr>
          <w:lang w:eastAsia="zh-CN"/>
        </w:rPr>
      </w:pPr>
      <w:r>
        <w:rPr>
          <w:rFonts w:ascii="Calibri" w:eastAsia="微软雅黑" w:hAnsi="Calibri"/>
          <w:lang w:eastAsia="zh-CN"/>
        </w:rPr>
        <w:t xml:space="preserve">9.1 </w:t>
      </w:r>
      <w:r>
        <w:rPr>
          <w:rFonts w:ascii="Calibri" w:eastAsia="微软雅黑" w:hAnsi="Calibri"/>
          <w:lang w:eastAsia="zh-CN"/>
        </w:rPr>
        <w:t>网络招聘</w:t>
      </w:r>
    </w:p>
    <w:p w14:paraId="7591CF9B" w14:textId="77777777" w:rsidR="006D5139" w:rsidRDefault="00000000">
      <w:r>
        <w:rPr>
          <w:lang w:eastAsia="zh-CN"/>
        </w:rPr>
        <w:t>上线前由公司负责人确认是否需要并已取得相应的人力资源服务许可、备案、电信</w:t>
      </w:r>
      <w:r>
        <w:rPr>
          <w:lang w:eastAsia="zh-CN"/>
        </w:rPr>
        <w:t>/</w:t>
      </w:r>
      <w:r>
        <w:rPr>
          <w:lang w:eastAsia="zh-CN"/>
        </w:rPr>
        <w:t>互联网资质。</w:t>
      </w:r>
      <w:r>
        <w:t>产品和运营至少落实：</w:t>
      </w:r>
    </w:p>
    <w:p w14:paraId="75D65C93" w14:textId="77777777" w:rsidR="006D5139" w:rsidRDefault="00000000">
      <w:pPr>
        <w:pStyle w:val="a0"/>
        <w:keepLines/>
        <w:numPr>
          <w:ilvl w:val="0"/>
          <w:numId w:val="50"/>
        </w:numPr>
        <w:rPr>
          <w:lang w:eastAsia="zh-CN"/>
        </w:rPr>
      </w:pPr>
      <w:r>
        <w:rPr>
          <w:lang w:eastAsia="zh-CN"/>
        </w:rPr>
        <w:t>核验招聘单位提供材料的真实性、合法性；</w:t>
      </w:r>
    </w:p>
    <w:p w14:paraId="3BAA6991" w14:textId="77777777" w:rsidR="006D5139" w:rsidRDefault="00000000">
      <w:pPr>
        <w:pStyle w:val="a0"/>
        <w:keepLines/>
        <w:numPr>
          <w:ilvl w:val="0"/>
          <w:numId w:val="50"/>
        </w:numPr>
        <w:rPr>
          <w:lang w:eastAsia="zh-CN"/>
        </w:rPr>
      </w:pPr>
      <w:r>
        <w:rPr>
          <w:lang w:eastAsia="zh-CN"/>
        </w:rPr>
        <w:t>对招聘信息进行合法性、真实性审核；</w:t>
      </w:r>
    </w:p>
    <w:p w14:paraId="13A0A463" w14:textId="77777777" w:rsidR="006D5139" w:rsidRDefault="00000000">
      <w:pPr>
        <w:pStyle w:val="a0"/>
        <w:keepLines/>
        <w:numPr>
          <w:ilvl w:val="0"/>
          <w:numId w:val="50"/>
        </w:numPr>
        <w:rPr>
          <w:lang w:eastAsia="zh-CN"/>
        </w:rPr>
      </w:pPr>
      <w:r>
        <w:rPr>
          <w:lang w:eastAsia="zh-CN"/>
        </w:rPr>
        <w:t>明示服务协议、服务规则、投诉渠道、收费项目和相关主体信息；</w:t>
      </w:r>
    </w:p>
    <w:p w14:paraId="14CF3319" w14:textId="77777777" w:rsidR="006D5139" w:rsidRDefault="00000000">
      <w:pPr>
        <w:pStyle w:val="a0"/>
        <w:keepLines/>
        <w:numPr>
          <w:ilvl w:val="0"/>
          <w:numId w:val="50"/>
        </w:numPr>
        <w:rPr>
          <w:lang w:eastAsia="zh-CN"/>
        </w:rPr>
      </w:pPr>
      <w:r>
        <w:rPr>
          <w:lang w:eastAsia="zh-CN"/>
        </w:rPr>
        <w:t>建立招聘信息、服务信息和处置记录的保存机制；</w:t>
      </w:r>
    </w:p>
    <w:p w14:paraId="6BE80458" w14:textId="77777777" w:rsidR="006D5139" w:rsidRDefault="00000000">
      <w:pPr>
        <w:pStyle w:val="a0"/>
        <w:keepLines/>
        <w:numPr>
          <w:ilvl w:val="0"/>
          <w:numId w:val="50"/>
        </w:numPr>
        <w:rPr>
          <w:lang w:eastAsia="zh-CN"/>
        </w:rPr>
      </w:pPr>
      <w:r>
        <w:rPr>
          <w:lang w:eastAsia="zh-CN"/>
        </w:rPr>
        <w:t>禁止发布歧视、虚假、违法、收取押金或以招聘名义牟取不当利益的内容；</w:t>
      </w:r>
    </w:p>
    <w:p w14:paraId="3EFBA200" w14:textId="77777777" w:rsidR="006D5139" w:rsidRDefault="00000000">
      <w:pPr>
        <w:pStyle w:val="a0"/>
        <w:keepLines/>
        <w:numPr>
          <w:ilvl w:val="0"/>
          <w:numId w:val="50"/>
        </w:numPr>
        <w:rPr>
          <w:lang w:eastAsia="zh-CN"/>
        </w:rPr>
      </w:pPr>
      <w:r>
        <w:rPr>
          <w:lang w:eastAsia="zh-CN"/>
        </w:rPr>
        <w:t>建立投诉、举报、先限制分发、复核、申诉和证据留存流程；</w:t>
      </w:r>
    </w:p>
    <w:p w14:paraId="5682A18E" w14:textId="77777777" w:rsidR="006D5139" w:rsidRDefault="00000000">
      <w:pPr>
        <w:pStyle w:val="a0"/>
        <w:keepLines/>
        <w:numPr>
          <w:ilvl w:val="0"/>
          <w:numId w:val="50"/>
        </w:numPr>
        <w:rPr>
          <w:lang w:eastAsia="zh-CN"/>
        </w:rPr>
      </w:pPr>
      <w:r>
        <w:rPr>
          <w:lang w:eastAsia="zh-CN"/>
        </w:rPr>
        <w:t>保存期限由法务根据实际业务模式确定，系统默认支持不少于</w:t>
      </w:r>
      <w:r>
        <w:rPr>
          <w:lang w:eastAsia="zh-CN"/>
        </w:rPr>
        <w:t xml:space="preserve"> 3 </w:t>
      </w:r>
      <w:r>
        <w:rPr>
          <w:lang w:eastAsia="zh-CN"/>
        </w:rPr>
        <w:t>年的招聘</w:t>
      </w:r>
      <w:r>
        <w:rPr>
          <w:lang w:eastAsia="zh-CN"/>
        </w:rPr>
        <w:t>/</w:t>
      </w:r>
      <w:r>
        <w:rPr>
          <w:lang w:eastAsia="zh-CN"/>
        </w:rPr>
        <w:t>服务记录归档策略。</w:t>
      </w:r>
    </w:p>
    <w:p w14:paraId="6C7CB055" w14:textId="77777777" w:rsidR="006D5139" w:rsidRDefault="00000000">
      <w:pPr>
        <w:pStyle w:val="31"/>
      </w:pPr>
      <w:r>
        <w:rPr>
          <w:rFonts w:ascii="Calibri" w:eastAsia="微软雅黑" w:hAnsi="Calibri"/>
        </w:rPr>
        <w:t xml:space="preserve">9.2 </w:t>
      </w:r>
      <w:r>
        <w:rPr>
          <w:rFonts w:ascii="Calibri" w:eastAsia="微软雅黑" w:hAnsi="Calibri"/>
        </w:rPr>
        <w:t>个人信息保护</w:t>
      </w:r>
    </w:p>
    <w:p w14:paraId="06858E5D" w14:textId="77777777" w:rsidR="006D5139" w:rsidRDefault="00000000">
      <w:pPr>
        <w:pStyle w:val="a0"/>
        <w:keepLines/>
        <w:numPr>
          <w:ilvl w:val="0"/>
          <w:numId w:val="51"/>
        </w:numPr>
        <w:rPr>
          <w:lang w:eastAsia="zh-CN"/>
        </w:rPr>
      </w:pPr>
      <w:r>
        <w:rPr>
          <w:lang w:eastAsia="zh-CN"/>
        </w:rPr>
        <w:t>说明处理者、目的、方式、种类、保存期限和权利行使方式；</w:t>
      </w:r>
    </w:p>
    <w:p w14:paraId="4CB34566" w14:textId="77777777" w:rsidR="006D5139" w:rsidRDefault="00000000">
      <w:pPr>
        <w:pStyle w:val="a0"/>
        <w:keepLines/>
        <w:numPr>
          <w:ilvl w:val="0"/>
          <w:numId w:val="51"/>
        </w:numPr>
        <w:rPr>
          <w:lang w:eastAsia="zh-CN"/>
        </w:rPr>
      </w:pPr>
      <w:r>
        <w:rPr>
          <w:lang w:eastAsia="zh-CN"/>
        </w:rPr>
        <w:t>收集范围限于实现服务目的的最小必要；</w:t>
      </w:r>
    </w:p>
    <w:p w14:paraId="147A3C10" w14:textId="77777777" w:rsidR="006D5139" w:rsidRDefault="00000000">
      <w:pPr>
        <w:pStyle w:val="a0"/>
        <w:keepLines/>
        <w:numPr>
          <w:ilvl w:val="0"/>
          <w:numId w:val="51"/>
        </w:numPr>
        <w:rPr>
          <w:lang w:eastAsia="zh-CN"/>
        </w:rPr>
      </w:pPr>
      <w:r>
        <w:rPr>
          <w:lang w:eastAsia="zh-CN"/>
        </w:rPr>
        <w:t>简历、联系方式、面试内容等按高风险个人信息管理；</w:t>
      </w:r>
    </w:p>
    <w:p w14:paraId="305EFBC5" w14:textId="77777777" w:rsidR="006D5139" w:rsidRDefault="00000000">
      <w:pPr>
        <w:pStyle w:val="a0"/>
        <w:keepLines/>
        <w:numPr>
          <w:ilvl w:val="0"/>
          <w:numId w:val="51"/>
        </w:numPr>
        <w:rPr>
          <w:lang w:eastAsia="zh-CN"/>
        </w:rPr>
      </w:pPr>
      <w:r>
        <w:rPr>
          <w:lang w:eastAsia="zh-CN"/>
        </w:rPr>
        <w:t>处理敏感个人信息、自动化决策、委托处理、向第三方提供或跨境前进行个人信息保护影响评估；</w:t>
      </w:r>
    </w:p>
    <w:p w14:paraId="46ED72C2" w14:textId="77777777" w:rsidR="006D5139" w:rsidRDefault="00000000">
      <w:pPr>
        <w:pStyle w:val="a0"/>
        <w:keepLines/>
        <w:numPr>
          <w:ilvl w:val="0"/>
          <w:numId w:val="51"/>
        </w:numPr>
        <w:rPr>
          <w:lang w:eastAsia="zh-CN"/>
        </w:rPr>
      </w:pPr>
      <w:r>
        <w:rPr>
          <w:lang w:eastAsia="zh-CN"/>
        </w:rPr>
        <w:t>提供访问、复制、更正、补充、删除、撤回同意和注销入口；</w:t>
      </w:r>
    </w:p>
    <w:p w14:paraId="1E584D2D" w14:textId="77777777" w:rsidR="006D5139" w:rsidRDefault="00000000">
      <w:pPr>
        <w:pStyle w:val="a0"/>
        <w:keepLines/>
        <w:numPr>
          <w:ilvl w:val="0"/>
          <w:numId w:val="51"/>
        </w:numPr>
        <w:rPr>
          <w:lang w:eastAsia="zh-CN"/>
        </w:rPr>
      </w:pPr>
      <w:r>
        <w:rPr>
          <w:lang w:eastAsia="zh-CN"/>
        </w:rPr>
        <w:t>推荐和匹配提供非个性化选项或便捷关闭方式；</w:t>
      </w:r>
    </w:p>
    <w:p w14:paraId="3C9582E0" w14:textId="77777777" w:rsidR="006D5139" w:rsidRDefault="00000000">
      <w:pPr>
        <w:pStyle w:val="a0"/>
        <w:keepLines/>
        <w:numPr>
          <w:ilvl w:val="0"/>
          <w:numId w:val="51"/>
        </w:numPr>
        <w:rPr>
          <w:lang w:eastAsia="zh-CN"/>
        </w:rPr>
      </w:pPr>
      <w:r>
        <w:rPr>
          <w:lang w:eastAsia="zh-CN"/>
        </w:rPr>
        <w:t>对可能产生重大影响的自动化结果提供说明和人工复核渠道；</w:t>
      </w:r>
    </w:p>
    <w:p w14:paraId="4ECAA8CF" w14:textId="77777777" w:rsidR="006D5139" w:rsidRDefault="00000000">
      <w:pPr>
        <w:pStyle w:val="a0"/>
        <w:keepLines/>
        <w:numPr>
          <w:ilvl w:val="0"/>
          <w:numId w:val="51"/>
        </w:numPr>
        <w:rPr>
          <w:lang w:eastAsia="zh-CN"/>
        </w:rPr>
      </w:pPr>
      <w:r>
        <w:rPr>
          <w:lang w:eastAsia="zh-CN"/>
        </w:rPr>
        <w:t>海外模型或基础设施涉及跨境时，未完成评估和法律路径前不得发送可识别个人信息；</w:t>
      </w:r>
    </w:p>
    <w:p w14:paraId="4FBAFA72" w14:textId="77777777" w:rsidR="006D5139" w:rsidRDefault="00000000">
      <w:pPr>
        <w:pStyle w:val="a0"/>
        <w:keepLines/>
        <w:numPr>
          <w:ilvl w:val="0"/>
          <w:numId w:val="51"/>
        </w:numPr>
        <w:rPr>
          <w:lang w:eastAsia="zh-CN"/>
        </w:rPr>
      </w:pPr>
      <w:r>
        <w:rPr>
          <w:lang w:eastAsia="zh-CN"/>
        </w:rPr>
        <w:t>建立泄露、篡改、丢失的响应、通知和补救流程。</w:t>
      </w:r>
    </w:p>
    <w:p w14:paraId="5326BACF" w14:textId="77777777" w:rsidR="006D5139" w:rsidRDefault="00000000">
      <w:pPr>
        <w:pStyle w:val="31"/>
      </w:pPr>
      <w:r>
        <w:rPr>
          <w:rFonts w:ascii="Calibri" w:eastAsia="微软雅黑" w:hAnsi="Calibri"/>
        </w:rPr>
        <w:lastRenderedPageBreak/>
        <w:t xml:space="preserve">9.3 </w:t>
      </w:r>
      <w:r>
        <w:rPr>
          <w:rFonts w:ascii="Calibri" w:eastAsia="微软雅黑" w:hAnsi="Calibri"/>
        </w:rPr>
        <w:t>生成式</w:t>
      </w:r>
      <w:r>
        <w:rPr>
          <w:rFonts w:ascii="Calibri" w:eastAsia="微软雅黑" w:hAnsi="Calibri"/>
        </w:rPr>
        <w:t xml:space="preserve"> AI</w:t>
      </w:r>
    </w:p>
    <w:p w14:paraId="0FD97769" w14:textId="77777777" w:rsidR="006D5139" w:rsidRDefault="00000000">
      <w:pPr>
        <w:pStyle w:val="a0"/>
        <w:keepLines/>
        <w:numPr>
          <w:ilvl w:val="0"/>
          <w:numId w:val="52"/>
        </w:numPr>
        <w:rPr>
          <w:lang w:eastAsia="zh-CN"/>
        </w:rPr>
      </w:pPr>
      <w:r>
        <w:rPr>
          <w:lang w:eastAsia="zh-CN"/>
        </w:rPr>
        <w:t xml:space="preserve">AI </w:t>
      </w:r>
      <w:r>
        <w:rPr>
          <w:lang w:eastAsia="zh-CN"/>
        </w:rPr>
        <w:t>功能由用户主动发起，明确用途、边界和数据范围；</w:t>
      </w:r>
    </w:p>
    <w:p w14:paraId="24C6B350" w14:textId="77777777" w:rsidR="006D5139" w:rsidRDefault="00000000">
      <w:pPr>
        <w:pStyle w:val="a0"/>
        <w:keepLines/>
        <w:numPr>
          <w:ilvl w:val="0"/>
          <w:numId w:val="52"/>
        </w:numPr>
        <w:rPr>
          <w:lang w:eastAsia="zh-CN"/>
        </w:rPr>
      </w:pPr>
      <w:r>
        <w:rPr>
          <w:lang w:eastAsia="zh-CN"/>
        </w:rPr>
        <w:t>输出显著标注</w:t>
      </w:r>
      <w:r>
        <w:rPr>
          <w:lang w:eastAsia="zh-CN"/>
        </w:rPr>
        <w:t xml:space="preserve">“AI </w:t>
      </w:r>
      <w:r>
        <w:rPr>
          <w:lang w:eastAsia="zh-CN"/>
        </w:rPr>
        <w:t>生成</w:t>
      </w:r>
      <w:r>
        <w:rPr>
          <w:lang w:eastAsia="zh-CN"/>
        </w:rPr>
        <w:t xml:space="preserve">/AI </w:t>
      </w:r>
      <w:r>
        <w:rPr>
          <w:lang w:eastAsia="zh-CN"/>
        </w:rPr>
        <w:t>辅助建议</w:t>
      </w:r>
      <w:r>
        <w:rPr>
          <w:lang w:eastAsia="zh-CN"/>
        </w:rPr>
        <w:t>”</w:t>
      </w:r>
      <w:r>
        <w:rPr>
          <w:lang w:eastAsia="zh-CN"/>
        </w:rPr>
        <w:t>；</w:t>
      </w:r>
    </w:p>
    <w:p w14:paraId="75D9D86E" w14:textId="77777777" w:rsidR="006D5139" w:rsidRDefault="00000000">
      <w:pPr>
        <w:pStyle w:val="a0"/>
        <w:keepLines/>
        <w:numPr>
          <w:ilvl w:val="0"/>
          <w:numId w:val="52"/>
        </w:numPr>
        <w:rPr>
          <w:lang w:eastAsia="zh-CN"/>
        </w:rPr>
      </w:pPr>
      <w:r>
        <w:rPr>
          <w:lang w:eastAsia="zh-CN"/>
        </w:rPr>
        <w:t>导出的</w:t>
      </w:r>
      <w:r>
        <w:rPr>
          <w:lang w:eastAsia="zh-CN"/>
        </w:rPr>
        <w:t xml:space="preserve"> AI </w:t>
      </w:r>
      <w:r>
        <w:rPr>
          <w:lang w:eastAsia="zh-CN"/>
        </w:rPr>
        <w:t>生成文本、图片或文件按适用规定实现显式</w:t>
      </w:r>
      <w:r>
        <w:rPr>
          <w:lang w:eastAsia="zh-CN"/>
        </w:rPr>
        <w:t>/</w:t>
      </w:r>
      <w:r>
        <w:rPr>
          <w:lang w:eastAsia="zh-CN"/>
        </w:rPr>
        <w:t>隐式标识；</w:t>
      </w:r>
    </w:p>
    <w:p w14:paraId="4150E208" w14:textId="77777777" w:rsidR="006D5139" w:rsidRDefault="00000000">
      <w:pPr>
        <w:pStyle w:val="a0"/>
        <w:keepLines/>
        <w:numPr>
          <w:ilvl w:val="0"/>
          <w:numId w:val="52"/>
        </w:numPr>
        <w:rPr>
          <w:lang w:eastAsia="zh-CN"/>
        </w:rPr>
      </w:pPr>
      <w:r>
        <w:rPr>
          <w:lang w:eastAsia="zh-CN"/>
        </w:rPr>
        <w:t>供应商、模型、提示词、规则和输出保留可审计版本；</w:t>
      </w:r>
    </w:p>
    <w:p w14:paraId="56FC204D" w14:textId="77777777" w:rsidR="006D5139" w:rsidRDefault="00000000">
      <w:pPr>
        <w:pStyle w:val="a0"/>
        <w:keepLines/>
        <w:numPr>
          <w:ilvl w:val="0"/>
          <w:numId w:val="52"/>
        </w:numPr>
        <w:rPr>
          <w:lang w:eastAsia="zh-CN"/>
        </w:rPr>
      </w:pPr>
      <w:r>
        <w:rPr>
          <w:lang w:eastAsia="zh-CN"/>
        </w:rPr>
        <w:t>不生成歧视性招聘条件，不编造经历、公司事实或录用承诺；</w:t>
      </w:r>
    </w:p>
    <w:p w14:paraId="21700A2F" w14:textId="77777777" w:rsidR="006D5139" w:rsidRDefault="00000000">
      <w:pPr>
        <w:pStyle w:val="a0"/>
        <w:keepLines/>
        <w:numPr>
          <w:ilvl w:val="0"/>
          <w:numId w:val="52"/>
        </w:numPr>
        <w:rPr>
          <w:lang w:eastAsia="zh-CN"/>
        </w:rPr>
      </w:pPr>
      <w:r>
        <w:rPr>
          <w:lang w:eastAsia="zh-CN"/>
        </w:rPr>
        <w:t>对违法、欺诈、侵权、骚扰等输入输出进行拦截和举报处置；</w:t>
      </w:r>
    </w:p>
    <w:p w14:paraId="6243693D" w14:textId="77777777" w:rsidR="006D5139" w:rsidRDefault="00000000">
      <w:pPr>
        <w:pStyle w:val="a0"/>
        <w:keepLines/>
        <w:numPr>
          <w:ilvl w:val="0"/>
          <w:numId w:val="52"/>
        </w:numPr>
        <w:rPr>
          <w:lang w:eastAsia="zh-CN"/>
        </w:rPr>
      </w:pPr>
      <w:r>
        <w:rPr>
          <w:lang w:eastAsia="zh-CN"/>
        </w:rPr>
        <w:t>上线前判断是否涉及生成式</w:t>
      </w:r>
      <w:r>
        <w:rPr>
          <w:lang w:eastAsia="zh-CN"/>
        </w:rPr>
        <w:t xml:space="preserve"> AI </w:t>
      </w:r>
      <w:r>
        <w:rPr>
          <w:lang w:eastAsia="zh-CN"/>
        </w:rPr>
        <w:t>服务备案、安全评估、算法备案等要求；</w:t>
      </w:r>
    </w:p>
    <w:p w14:paraId="4F2943E4" w14:textId="77777777" w:rsidR="006D5139" w:rsidRDefault="00000000">
      <w:pPr>
        <w:pStyle w:val="a0"/>
        <w:keepLines/>
        <w:numPr>
          <w:ilvl w:val="0"/>
          <w:numId w:val="52"/>
        </w:numPr>
        <w:rPr>
          <w:lang w:eastAsia="zh-CN"/>
        </w:rPr>
      </w:pPr>
      <w:r>
        <w:rPr>
          <w:lang w:eastAsia="zh-CN"/>
        </w:rPr>
        <w:t xml:space="preserve">AI </w:t>
      </w:r>
      <w:r>
        <w:rPr>
          <w:lang w:eastAsia="zh-CN"/>
        </w:rPr>
        <w:t>内容标识规范写入用户协议和产品说明；</w:t>
      </w:r>
    </w:p>
    <w:p w14:paraId="7D1E6FE5" w14:textId="77777777" w:rsidR="006D5139" w:rsidRDefault="00000000">
      <w:pPr>
        <w:pStyle w:val="a0"/>
        <w:keepLines/>
        <w:numPr>
          <w:ilvl w:val="0"/>
          <w:numId w:val="52"/>
        </w:numPr>
        <w:rPr>
          <w:lang w:eastAsia="zh-CN"/>
        </w:rPr>
      </w:pPr>
      <w:r>
        <w:rPr>
          <w:lang w:eastAsia="zh-CN"/>
        </w:rPr>
        <w:t>如提供无显式标识导出能力，须在法律允许的前提下设计协议和日志留存，</w:t>
      </w:r>
      <w:r>
        <w:rPr>
          <w:lang w:eastAsia="zh-CN"/>
        </w:rPr>
        <w:t xml:space="preserve">MVP </w:t>
      </w:r>
      <w:r>
        <w:rPr>
          <w:lang w:eastAsia="zh-CN"/>
        </w:rPr>
        <w:t>默认不提供。</w:t>
      </w:r>
    </w:p>
    <w:p w14:paraId="13B79DE1" w14:textId="77777777" w:rsidR="006D5139" w:rsidRDefault="00000000">
      <w:pPr>
        <w:pStyle w:val="31"/>
        <w:rPr>
          <w:lang w:eastAsia="zh-CN"/>
        </w:rPr>
      </w:pPr>
      <w:r>
        <w:rPr>
          <w:rFonts w:ascii="Calibri" w:eastAsia="微软雅黑" w:hAnsi="Calibri"/>
          <w:lang w:eastAsia="zh-CN"/>
        </w:rPr>
        <w:t xml:space="preserve">9.4 </w:t>
      </w:r>
      <w:r>
        <w:rPr>
          <w:rFonts w:ascii="Calibri" w:eastAsia="微软雅黑" w:hAnsi="Calibri"/>
          <w:lang w:eastAsia="zh-CN"/>
        </w:rPr>
        <w:t>合规发布门禁</w:t>
      </w:r>
    </w:p>
    <w:p w14:paraId="0630739E" w14:textId="77777777" w:rsidR="006D5139" w:rsidRDefault="00000000">
      <w:pPr>
        <w:rPr>
          <w:lang w:eastAsia="zh-CN"/>
        </w:rPr>
      </w:pPr>
      <w:r>
        <w:rPr>
          <w:lang w:eastAsia="zh-CN"/>
        </w:rPr>
        <w:t>以下任一项未完成，不得公开公测：</w:t>
      </w:r>
    </w:p>
    <w:p w14:paraId="0BD034B1" w14:textId="77777777" w:rsidR="006D5139" w:rsidRDefault="00000000">
      <w:pPr>
        <w:pStyle w:val="a0"/>
        <w:keepLines/>
        <w:numPr>
          <w:ilvl w:val="0"/>
          <w:numId w:val="53"/>
        </w:numPr>
        <w:rPr>
          <w:lang w:eastAsia="zh-CN"/>
        </w:rPr>
      </w:pPr>
      <w:r>
        <w:rPr>
          <w:lang w:eastAsia="zh-CN"/>
        </w:rPr>
        <w:t>企业经营资质和网络招聘业务模式未完成专业核验；</w:t>
      </w:r>
    </w:p>
    <w:p w14:paraId="4D8217EE" w14:textId="77777777" w:rsidR="006D5139" w:rsidRDefault="00000000">
      <w:pPr>
        <w:pStyle w:val="a0"/>
        <w:keepLines/>
        <w:numPr>
          <w:ilvl w:val="0"/>
          <w:numId w:val="53"/>
        </w:numPr>
        <w:rPr>
          <w:lang w:eastAsia="zh-CN"/>
        </w:rPr>
      </w:pPr>
      <w:r>
        <w:rPr>
          <w:lang w:eastAsia="zh-CN"/>
        </w:rPr>
        <w:t>隐私政策、用户协议、企业协议、</w:t>
      </w:r>
      <w:r>
        <w:rPr>
          <w:lang w:eastAsia="zh-CN"/>
        </w:rPr>
        <w:t xml:space="preserve">AI </w:t>
      </w:r>
      <w:r>
        <w:rPr>
          <w:lang w:eastAsia="zh-CN"/>
        </w:rPr>
        <w:t>说明未确认；</w:t>
      </w:r>
    </w:p>
    <w:p w14:paraId="12DCF70E" w14:textId="77777777" w:rsidR="006D5139" w:rsidRDefault="00000000">
      <w:pPr>
        <w:pStyle w:val="a0"/>
        <w:keepLines/>
        <w:numPr>
          <w:ilvl w:val="0"/>
          <w:numId w:val="53"/>
        </w:numPr>
        <w:rPr>
          <w:lang w:eastAsia="zh-CN"/>
        </w:rPr>
      </w:pPr>
      <w:r>
        <w:rPr>
          <w:lang w:eastAsia="zh-CN"/>
        </w:rPr>
        <w:t>企业</w:t>
      </w:r>
      <w:r>
        <w:rPr>
          <w:lang w:eastAsia="zh-CN"/>
        </w:rPr>
        <w:t>/</w:t>
      </w:r>
      <w:r>
        <w:rPr>
          <w:lang w:eastAsia="zh-CN"/>
        </w:rPr>
        <w:t>岗位核验流程无法运行；</w:t>
      </w:r>
    </w:p>
    <w:p w14:paraId="41FE95A6" w14:textId="77777777" w:rsidR="006D5139" w:rsidRDefault="00000000">
      <w:pPr>
        <w:pStyle w:val="a0"/>
        <w:keepLines/>
        <w:numPr>
          <w:ilvl w:val="0"/>
          <w:numId w:val="53"/>
        </w:numPr>
        <w:rPr>
          <w:lang w:eastAsia="zh-CN"/>
        </w:rPr>
      </w:pPr>
      <w:r>
        <w:rPr>
          <w:lang w:eastAsia="zh-CN"/>
        </w:rPr>
        <w:t>数据导出、删除、注销和投诉入口不可用；</w:t>
      </w:r>
    </w:p>
    <w:p w14:paraId="5EBFD8AB" w14:textId="77777777" w:rsidR="006D5139" w:rsidRDefault="00000000">
      <w:pPr>
        <w:pStyle w:val="a0"/>
        <w:keepLines/>
        <w:numPr>
          <w:ilvl w:val="0"/>
          <w:numId w:val="53"/>
        </w:numPr>
        <w:rPr>
          <w:lang w:eastAsia="zh-CN"/>
        </w:rPr>
      </w:pPr>
      <w:r>
        <w:rPr>
          <w:lang w:eastAsia="zh-CN"/>
        </w:rPr>
        <w:t xml:space="preserve">AI </w:t>
      </w:r>
      <w:r>
        <w:rPr>
          <w:lang w:eastAsia="zh-CN"/>
        </w:rPr>
        <w:t>输出没有显著标识或不能关闭；</w:t>
      </w:r>
    </w:p>
    <w:p w14:paraId="00E81063" w14:textId="77777777" w:rsidR="006D5139" w:rsidRDefault="00000000">
      <w:pPr>
        <w:pStyle w:val="a0"/>
        <w:keepLines/>
        <w:numPr>
          <w:ilvl w:val="0"/>
          <w:numId w:val="53"/>
        </w:numPr>
        <w:rPr>
          <w:lang w:eastAsia="zh-CN"/>
        </w:rPr>
      </w:pPr>
      <w:r>
        <w:rPr>
          <w:lang w:eastAsia="zh-CN"/>
        </w:rPr>
        <w:t>无法追踪招聘信息和服务记录；</w:t>
      </w:r>
    </w:p>
    <w:p w14:paraId="61C94788" w14:textId="77777777" w:rsidR="006D5139" w:rsidRDefault="00000000">
      <w:pPr>
        <w:pStyle w:val="a0"/>
        <w:keepLines/>
        <w:numPr>
          <w:ilvl w:val="0"/>
          <w:numId w:val="53"/>
        </w:numPr>
      </w:pPr>
      <w:r>
        <w:t>数据跨境路径不清晰；</w:t>
      </w:r>
    </w:p>
    <w:p w14:paraId="01CA14A3" w14:textId="77777777" w:rsidR="006D5139" w:rsidRDefault="00000000">
      <w:pPr>
        <w:pStyle w:val="a0"/>
        <w:keepLines/>
        <w:numPr>
          <w:ilvl w:val="0"/>
          <w:numId w:val="53"/>
        </w:numPr>
        <w:rPr>
          <w:lang w:eastAsia="zh-CN"/>
        </w:rPr>
      </w:pPr>
      <w:r>
        <w:rPr>
          <w:lang w:eastAsia="zh-CN"/>
        </w:rPr>
        <w:t>未完成一次权限测试、安全检查和数据恢复演练。</w:t>
      </w:r>
    </w:p>
    <w:p w14:paraId="40866331" w14:textId="77777777" w:rsidR="006D5139" w:rsidRDefault="00000000">
      <w:pPr>
        <w:pStyle w:val="21"/>
      </w:pPr>
      <w:r>
        <w:rPr>
          <w:rFonts w:ascii="Calibri" w:eastAsia="微软雅黑" w:hAnsi="Calibri"/>
        </w:rPr>
        <w:t xml:space="preserve">10. </w:t>
      </w:r>
      <w:r>
        <w:rPr>
          <w:rFonts w:ascii="Calibri" w:eastAsia="微软雅黑" w:hAnsi="Calibri"/>
        </w:rPr>
        <w:t>开发流程</w:t>
      </w:r>
    </w:p>
    <w:p w14:paraId="7E982E8F" w14:textId="77777777" w:rsidR="006D5139" w:rsidRDefault="00000000">
      <w:pPr>
        <w:pStyle w:val="31"/>
      </w:pPr>
      <w:r>
        <w:rPr>
          <w:rFonts w:ascii="Calibri" w:eastAsia="微软雅黑" w:hAnsi="Calibri"/>
        </w:rPr>
        <w:t xml:space="preserve">10.1 </w:t>
      </w:r>
      <w:r>
        <w:rPr>
          <w:rFonts w:ascii="Calibri" w:eastAsia="微软雅黑" w:hAnsi="Calibri"/>
        </w:rPr>
        <w:t>迭代节奏</w:t>
      </w:r>
    </w:p>
    <w:p w14:paraId="2F3F1A0A" w14:textId="77777777" w:rsidR="006D5139" w:rsidRDefault="00000000">
      <w:r>
        <w:t>采用双周</w:t>
      </w:r>
      <w:r>
        <w:t xml:space="preserve"> Sprint</w:t>
      </w:r>
      <w:r>
        <w:t>：</w:t>
      </w:r>
    </w:p>
    <w:p w14:paraId="22D6AF4D" w14:textId="77777777" w:rsidR="006D5139" w:rsidRDefault="00000000">
      <w:pPr>
        <w:pStyle w:val="a0"/>
        <w:keepLines/>
        <w:numPr>
          <w:ilvl w:val="0"/>
          <w:numId w:val="54"/>
        </w:numPr>
        <w:rPr>
          <w:lang w:eastAsia="zh-CN"/>
        </w:rPr>
      </w:pPr>
      <w:r>
        <w:rPr>
          <w:lang w:eastAsia="zh-CN"/>
        </w:rPr>
        <w:t>周一上午：迭代计划与需求确认，</w:t>
      </w:r>
      <w:r>
        <w:rPr>
          <w:lang w:eastAsia="zh-CN"/>
        </w:rPr>
        <w:t xml:space="preserve">60 </w:t>
      </w:r>
      <w:r>
        <w:rPr>
          <w:lang w:eastAsia="zh-CN"/>
        </w:rPr>
        <w:t>分钟；</w:t>
      </w:r>
    </w:p>
    <w:p w14:paraId="210FE342" w14:textId="77777777" w:rsidR="006D5139" w:rsidRDefault="00000000">
      <w:pPr>
        <w:pStyle w:val="a0"/>
        <w:keepLines/>
        <w:numPr>
          <w:ilvl w:val="0"/>
          <w:numId w:val="54"/>
        </w:numPr>
        <w:rPr>
          <w:lang w:eastAsia="zh-CN"/>
        </w:rPr>
      </w:pPr>
      <w:r>
        <w:rPr>
          <w:lang w:eastAsia="zh-CN"/>
        </w:rPr>
        <w:t>每日：异步站会，写明</w:t>
      </w:r>
      <w:r>
        <w:rPr>
          <w:lang w:eastAsia="zh-CN"/>
        </w:rPr>
        <w:t>“</w:t>
      </w:r>
      <w:r>
        <w:rPr>
          <w:lang w:eastAsia="zh-CN"/>
        </w:rPr>
        <w:t>完成</w:t>
      </w:r>
      <w:r>
        <w:rPr>
          <w:lang w:eastAsia="zh-CN"/>
        </w:rPr>
        <w:t>/</w:t>
      </w:r>
      <w:r>
        <w:rPr>
          <w:lang w:eastAsia="zh-CN"/>
        </w:rPr>
        <w:t>今天</w:t>
      </w:r>
      <w:r>
        <w:rPr>
          <w:lang w:eastAsia="zh-CN"/>
        </w:rPr>
        <w:t>/</w:t>
      </w:r>
      <w:r>
        <w:rPr>
          <w:lang w:eastAsia="zh-CN"/>
        </w:rPr>
        <w:t>阻塞</w:t>
      </w:r>
      <w:r>
        <w:rPr>
          <w:lang w:eastAsia="zh-CN"/>
        </w:rPr>
        <w:t>”</w:t>
      </w:r>
      <w:r>
        <w:rPr>
          <w:lang w:eastAsia="zh-CN"/>
        </w:rPr>
        <w:t>，不超过</w:t>
      </w:r>
      <w:r>
        <w:rPr>
          <w:lang w:eastAsia="zh-CN"/>
        </w:rPr>
        <w:t xml:space="preserve"> 10 </w:t>
      </w:r>
      <w:r>
        <w:rPr>
          <w:lang w:eastAsia="zh-CN"/>
        </w:rPr>
        <w:t>分钟；</w:t>
      </w:r>
    </w:p>
    <w:p w14:paraId="798E1CFC" w14:textId="77777777" w:rsidR="006D5139" w:rsidRDefault="00000000">
      <w:pPr>
        <w:pStyle w:val="a0"/>
        <w:keepLines/>
        <w:numPr>
          <w:ilvl w:val="0"/>
          <w:numId w:val="54"/>
        </w:numPr>
        <w:rPr>
          <w:lang w:eastAsia="zh-CN"/>
        </w:rPr>
      </w:pPr>
      <w:r>
        <w:rPr>
          <w:lang w:eastAsia="zh-CN"/>
        </w:rPr>
        <w:t>周三：接口与风险同步，</w:t>
      </w:r>
      <w:r>
        <w:rPr>
          <w:lang w:eastAsia="zh-CN"/>
        </w:rPr>
        <w:t xml:space="preserve">30 </w:t>
      </w:r>
      <w:r>
        <w:rPr>
          <w:lang w:eastAsia="zh-CN"/>
        </w:rPr>
        <w:t>分钟；</w:t>
      </w:r>
    </w:p>
    <w:p w14:paraId="5BFAF0B9" w14:textId="77777777" w:rsidR="006D5139" w:rsidRDefault="00000000">
      <w:pPr>
        <w:pStyle w:val="a0"/>
        <w:keepLines/>
        <w:numPr>
          <w:ilvl w:val="0"/>
          <w:numId w:val="54"/>
        </w:numPr>
        <w:rPr>
          <w:lang w:eastAsia="zh-CN"/>
        </w:rPr>
      </w:pPr>
      <w:r>
        <w:rPr>
          <w:lang w:eastAsia="zh-CN"/>
        </w:rPr>
        <w:lastRenderedPageBreak/>
        <w:t>每周五：可运行版本演示、缺陷和指标复盘，</w:t>
      </w:r>
      <w:r>
        <w:rPr>
          <w:lang w:eastAsia="zh-CN"/>
        </w:rPr>
        <w:t xml:space="preserve">60 </w:t>
      </w:r>
      <w:r>
        <w:rPr>
          <w:lang w:eastAsia="zh-CN"/>
        </w:rPr>
        <w:t>分钟；</w:t>
      </w:r>
    </w:p>
    <w:p w14:paraId="44F1C8BE" w14:textId="77777777" w:rsidR="006D5139" w:rsidRDefault="00000000">
      <w:pPr>
        <w:pStyle w:val="a0"/>
        <w:keepLines/>
        <w:numPr>
          <w:ilvl w:val="0"/>
          <w:numId w:val="54"/>
        </w:numPr>
      </w:pPr>
      <w:r>
        <w:t xml:space="preserve">Sprint </w:t>
      </w:r>
      <w:r>
        <w:t>最后一天：验收、回顾、版本标记和下个</w:t>
      </w:r>
      <w:r>
        <w:t xml:space="preserve"> Sprint </w:t>
      </w:r>
      <w:r>
        <w:t>准备。</w:t>
      </w:r>
    </w:p>
    <w:p w14:paraId="0AAEEB35" w14:textId="77777777" w:rsidR="006D5139" w:rsidRDefault="00000000">
      <w:pPr>
        <w:rPr>
          <w:lang w:eastAsia="zh-CN"/>
        </w:rPr>
      </w:pPr>
      <w:r>
        <w:rPr>
          <w:lang w:eastAsia="zh-CN"/>
        </w:rPr>
        <w:t>两人团队不设复杂流程，但必须保留需求、代码、测试和发布证据。</w:t>
      </w:r>
    </w:p>
    <w:p w14:paraId="7381FCFC" w14:textId="77777777" w:rsidR="006D5139" w:rsidRDefault="00000000">
      <w:pPr>
        <w:pStyle w:val="31"/>
      </w:pPr>
      <w:r>
        <w:rPr>
          <w:rFonts w:ascii="Calibri" w:eastAsia="微软雅黑" w:hAnsi="Calibri"/>
        </w:rPr>
        <w:t xml:space="preserve">10.2 </w:t>
      </w:r>
      <w:r>
        <w:rPr>
          <w:rFonts w:ascii="Calibri" w:eastAsia="微软雅黑" w:hAnsi="Calibri"/>
        </w:rPr>
        <w:t>需求流转</w:t>
      </w:r>
    </w:p>
    <w:p w14:paraId="5CD33A3E" w14:textId="77777777" w:rsidR="006D5139" w:rsidRDefault="00000000">
      <w:pPr>
        <w:pBdr>
          <w:left w:val="single" w:sz="18" w:space="8" w:color="5B6573"/>
        </w:pBdr>
        <w:shd w:val="clear" w:color="auto" w:fill="F2F4F7"/>
        <w:spacing w:before="60" w:line="240" w:lineRule="auto"/>
        <w:ind w:left="259" w:right="173"/>
      </w:pPr>
      <w:r>
        <w:rPr>
          <w:rFonts w:ascii="Consolas" w:hAnsi="Consolas"/>
          <w:sz w:val="17"/>
        </w:rPr>
        <w:t>Idea → Backlog → Ready → In Development → In Review</w:t>
      </w:r>
      <w:r>
        <w:rPr>
          <w:rFonts w:ascii="Consolas" w:hAnsi="Consolas"/>
          <w:sz w:val="17"/>
        </w:rPr>
        <w:br/>
        <w:t xml:space="preserve">     → In Test → Ready for Release → Done</w:t>
      </w:r>
    </w:p>
    <w:p w14:paraId="2E6E4F8A" w14:textId="77777777" w:rsidR="006D5139" w:rsidRDefault="00000000">
      <w:r>
        <w:rPr>
          <w:b/>
        </w:rPr>
        <w:t>Definition of Ready</w:t>
      </w:r>
      <w:r>
        <w:rPr>
          <w:b/>
        </w:rPr>
        <w:t>：</w:t>
      </w:r>
    </w:p>
    <w:p w14:paraId="58EE3401" w14:textId="77777777" w:rsidR="006D5139" w:rsidRDefault="00000000">
      <w:pPr>
        <w:pStyle w:val="a0"/>
        <w:keepLines/>
        <w:numPr>
          <w:ilvl w:val="0"/>
          <w:numId w:val="55"/>
        </w:numPr>
        <w:rPr>
          <w:lang w:eastAsia="zh-CN"/>
        </w:rPr>
      </w:pPr>
      <w:r>
        <w:rPr>
          <w:lang w:eastAsia="zh-CN"/>
        </w:rPr>
        <w:t>用户价值、范围和不做项清晰；</w:t>
      </w:r>
    </w:p>
    <w:p w14:paraId="454DE028" w14:textId="77777777" w:rsidR="006D5139" w:rsidRDefault="00000000">
      <w:pPr>
        <w:pStyle w:val="a0"/>
        <w:keepLines/>
        <w:numPr>
          <w:ilvl w:val="0"/>
          <w:numId w:val="55"/>
        </w:numPr>
        <w:rPr>
          <w:lang w:eastAsia="zh-CN"/>
        </w:rPr>
      </w:pPr>
      <w:r>
        <w:rPr>
          <w:lang w:eastAsia="zh-CN"/>
        </w:rPr>
        <w:t>有验收标准、页面</w:t>
      </w:r>
      <w:r>
        <w:rPr>
          <w:lang w:eastAsia="zh-CN"/>
        </w:rPr>
        <w:t>/</w:t>
      </w:r>
      <w:r>
        <w:rPr>
          <w:lang w:eastAsia="zh-CN"/>
        </w:rPr>
        <w:t>接口或数据变更说明；</w:t>
      </w:r>
    </w:p>
    <w:p w14:paraId="579D378C" w14:textId="77777777" w:rsidR="006D5139" w:rsidRDefault="00000000">
      <w:pPr>
        <w:pStyle w:val="a0"/>
        <w:keepLines/>
        <w:numPr>
          <w:ilvl w:val="0"/>
          <w:numId w:val="55"/>
        </w:numPr>
        <w:rPr>
          <w:lang w:eastAsia="zh-CN"/>
        </w:rPr>
      </w:pPr>
      <w:r>
        <w:rPr>
          <w:lang w:eastAsia="zh-CN"/>
        </w:rPr>
        <w:t>权限、隐私、</w:t>
      </w:r>
      <w:r>
        <w:rPr>
          <w:lang w:eastAsia="zh-CN"/>
        </w:rPr>
        <w:t>AI</w:t>
      </w:r>
      <w:r>
        <w:rPr>
          <w:lang w:eastAsia="zh-CN"/>
        </w:rPr>
        <w:t>、审核和异常路径已考虑；</w:t>
      </w:r>
    </w:p>
    <w:p w14:paraId="4568C79B" w14:textId="77777777" w:rsidR="006D5139" w:rsidRDefault="00000000">
      <w:pPr>
        <w:pStyle w:val="a0"/>
        <w:keepLines/>
        <w:numPr>
          <w:ilvl w:val="0"/>
          <w:numId w:val="55"/>
        </w:numPr>
      </w:pPr>
      <w:r>
        <w:t>前后端依赖明确，能在一个</w:t>
      </w:r>
      <w:r>
        <w:t xml:space="preserve"> Sprint </w:t>
      </w:r>
      <w:r>
        <w:t>内完成；</w:t>
      </w:r>
    </w:p>
    <w:p w14:paraId="5FBE65AA" w14:textId="77777777" w:rsidR="006D5139" w:rsidRDefault="00000000">
      <w:pPr>
        <w:pStyle w:val="a0"/>
        <w:keepLines/>
        <w:numPr>
          <w:ilvl w:val="0"/>
          <w:numId w:val="55"/>
        </w:numPr>
        <w:rPr>
          <w:lang w:eastAsia="zh-CN"/>
        </w:rPr>
      </w:pPr>
      <w:r>
        <w:rPr>
          <w:lang w:eastAsia="zh-CN"/>
        </w:rPr>
        <w:t>超过</w:t>
      </w:r>
      <w:r>
        <w:rPr>
          <w:lang w:eastAsia="zh-CN"/>
        </w:rPr>
        <w:t xml:space="preserve"> 3 </w:t>
      </w:r>
      <w:r>
        <w:rPr>
          <w:lang w:eastAsia="zh-CN"/>
        </w:rPr>
        <w:t>人日的任务尽量拆分。</w:t>
      </w:r>
    </w:p>
    <w:p w14:paraId="264F1B3A" w14:textId="77777777" w:rsidR="006D5139" w:rsidRDefault="00000000">
      <w:r>
        <w:rPr>
          <w:b/>
        </w:rPr>
        <w:t>Definition of Done</w:t>
      </w:r>
      <w:r>
        <w:rPr>
          <w:b/>
        </w:rPr>
        <w:t>：</w:t>
      </w:r>
    </w:p>
    <w:p w14:paraId="43D44C33" w14:textId="77777777" w:rsidR="006D5139" w:rsidRDefault="00000000">
      <w:pPr>
        <w:pStyle w:val="a0"/>
        <w:keepLines/>
        <w:numPr>
          <w:ilvl w:val="0"/>
          <w:numId w:val="56"/>
        </w:numPr>
        <w:rPr>
          <w:lang w:eastAsia="zh-CN"/>
        </w:rPr>
      </w:pPr>
      <w:r>
        <w:rPr>
          <w:lang w:eastAsia="zh-CN"/>
        </w:rPr>
        <w:t>代码已合并并通过</w:t>
      </w:r>
      <w:r>
        <w:rPr>
          <w:lang w:eastAsia="zh-CN"/>
        </w:rPr>
        <w:t xml:space="preserve"> CI</w:t>
      </w:r>
      <w:r>
        <w:rPr>
          <w:lang w:eastAsia="zh-CN"/>
        </w:rPr>
        <w:t>；</w:t>
      </w:r>
    </w:p>
    <w:p w14:paraId="427C08FC" w14:textId="77777777" w:rsidR="006D5139" w:rsidRDefault="00000000">
      <w:pPr>
        <w:pStyle w:val="a0"/>
        <w:keepLines/>
        <w:numPr>
          <w:ilvl w:val="0"/>
          <w:numId w:val="56"/>
        </w:numPr>
        <w:rPr>
          <w:lang w:eastAsia="zh-CN"/>
        </w:rPr>
      </w:pPr>
      <w:r>
        <w:rPr>
          <w:lang w:eastAsia="zh-CN"/>
        </w:rPr>
        <w:t>单元</w:t>
      </w:r>
      <w:r>
        <w:rPr>
          <w:lang w:eastAsia="zh-CN"/>
        </w:rPr>
        <w:t>/</w:t>
      </w:r>
      <w:r>
        <w:rPr>
          <w:lang w:eastAsia="zh-CN"/>
        </w:rPr>
        <w:t>集成</w:t>
      </w:r>
      <w:r>
        <w:rPr>
          <w:lang w:eastAsia="zh-CN"/>
        </w:rPr>
        <w:t>/</w:t>
      </w:r>
      <w:r>
        <w:rPr>
          <w:lang w:eastAsia="zh-CN"/>
        </w:rPr>
        <w:t>端到端测试达到约定；</w:t>
      </w:r>
    </w:p>
    <w:p w14:paraId="2B7177D3" w14:textId="77777777" w:rsidR="006D5139" w:rsidRDefault="00000000">
      <w:pPr>
        <w:pStyle w:val="a0"/>
        <w:keepLines/>
        <w:numPr>
          <w:ilvl w:val="0"/>
          <w:numId w:val="56"/>
        </w:numPr>
        <w:rPr>
          <w:lang w:eastAsia="zh-CN"/>
        </w:rPr>
      </w:pPr>
      <w:r>
        <w:rPr>
          <w:lang w:eastAsia="zh-CN"/>
        </w:rPr>
        <w:t>权限和异常路径已验证；</w:t>
      </w:r>
    </w:p>
    <w:p w14:paraId="3B0EB00C" w14:textId="77777777" w:rsidR="006D5139" w:rsidRDefault="00000000">
      <w:pPr>
        <w:pStyle w:val="a0"/>
        <w:keepLines/>
        <w:numPr>
          <w:ilvl w:val="0"/>
          <w:numId w:val="56"/>
        </w:numPr>
        <w:rPr>
          <w:lang w:eastAsia="zh-CN"/>
        </w:rPr>
      </w:pPr>
      <w:r>
        <w:rPr>
          <w:lang w:eastAsia="zh-CN"/>
        </w:rPr>
        <w:t>数据迁移、回滚和功能开关已处理；</w:t>
      </w:r>
    </w:p>
    <w:p w14:paraId="3D848065" w14:textId="77777777" w:rsidR="006D5139" w:rsidRDefault="00000000">
      <w:pPr>
        <w:pStyle w:val="a0"/>
        <w:keepLines/>
        <w:numPr>
          <w:ilvl w:val="0"/>
          <w:numId w:val="56"/>
        </w:numPr>
      </w:pPr>
      <w:r>
        <w:t>预发环境完成验收；</w:t>
      </w:r>
    </w:p>
    <w:p w14:paraId="1F3E79D6" w14:textId="77777777" w:rsidR="006D5139" w:rsidRDefault="00000000">
      <w:pPr>
        <w:pStyle w:val="a0"/>
        <w:keepLines/>
        <w:numPr>
          <w:ilvl w:val="0"/>
          <w:numId w:val="56"/>
        </w:numPr>
        <w:rPr>
          <w:lang w:eastAsia="zh-CN"/>
        </w:rPr>
      </w:pPr>
      <w:r>
        <w:rPr>
          <w:lang w:eastAsia="zh-CN"/>
        </w:rPr>
        <w:t>文档、埋点、监控和操作说明已更新；</w:t>
      </w:r>
    </w:p>
    <w:p w14:paraId="3AD4C3BC" w14:textId="77777777" w:rsidR="006D5139" w:rsidRDefault="00000000">
      <w:pPr>
        <w:pStyle w:val="a0"/>
        <w:keepLines/>
        <w:numPr>
          <w:ilvl w:val="0"/>
          <w:numId w:val="56"/>
        </w:numPr>
      </w:pPr>
      <w:r>
        <w:t>无未处理</w:t>
      </w:r>
      <w:r>
        <w:t xml:space="preserve"> P0/P1 </w:t>
      </w:r>
      <w:r>
        <w:t>缺陷。</w:t>
      </w:r>
    </w:p>
    <w:p w14:paraId="0F65D798" w14:textId="77777777" w:rsidR="006D5139" w:rsidRDefault="00000000">
      <w:pPr>
        <w:pStyle w:val="31"/>
      </w:pPr>
      <w:r>
        <w:rPr>
          <w:rFonts w:ascii="Calibri" w:eastAsia="微软雅黑" w:hAnsi="Calibri"/>
        </w:rPr>
        <w:t xml:space="preserve">10.3 Git </w:t>
      </w:r>
      <w:r>
        <w:rPr>
          <w:rFonts w:ascii="Calibri" w:eastAsia="微软雅黑" w:hAnsi="Calibri"/>
        </w:rPr>
        <w:t>与评审</w:t>
      </w:r>
    </w:p>
    <w:p w14:paraId="510CA2F5" w14:textId="77777777" w:rsidR="006D5139" w:rsidRDefault="00000000">
      <w:pPr>
        <w:pStyle w:val="a0"/>
        <w:keepLines/>
        <w:numPr>
          <w:ilvl w:val="0"/>
          <w:numId w:val="57"/>
        </w:numPr>
      </w:pPr>
      <w:r>
        <w:rPr>
          <w:rFonts w:ascii="Consolas" w:hAnsi="Consolas"/>
          <w:color w:val="1F4D78"/>
          <w:sz w:val="21"/>
        </w:rPr>
        <w:t>main</w:t>
      </w:r>
      <w:r>
        <w:t xml:space="preserve"> </w:t>
      </w:r>
      <w:r>
        <w:t>为受保护的可发布分支；</w:t>
      </w:r>
    </w:p>
    <w:p w14:paraId="6CD46871" w14:textId="77777777" w:rsidR="006D5139" w:rsidRDefault="00000000">
      <w:pPr>
        <w:pStyle w:val="a0"/>
        <w:keepLines/>
        <w:numPr>
          <w:ilvl w:val="0"/>
          <w:numId w:val="57"/>
        </w:numPr>
      </w:pPr>
      <w:r>
        <w:t>使用短生命周期分支：</w:t>
      </w:r>
      <w:r>
        <w:rPr>
          <w:rFonts w:ascii="Consolas" w:hAnsi="Consolas"/>
          <w:color w:val="1F4D78"/>
          <w:sz w:val="21"/>
        </w:rPr>
        <w:t>feat/</w:t>
      </w:r>
      <w:r>
        <w:t>、</w:t>
      </w:r>
      <w:r>
        <w:rPr>
          <w:rFonts w:ascii="Consolas" w:hAnsi="Consolas"/>
          <w:color w:val="1F4D78"/>
          <w:sz w:val="21"/>
        </w:rPr>
        <w:t>fix/</w:t>
      </w:r>
      <w:r>
        <w:t>、</w:t>
      </w:r>
      <w:r>
        <w:rPr>
          <w:rFonts w:ascii="Consolas" w:hAnsi="Consolas"/>
          <w:color w:val="1F4D78"/>
          <w:sz w:val="21"/>
        </w:rPr>
        <w:t>chore/</w:t>
      </w:r>
      <w:r>
        <w:t>；</w:t>
      </w:r>
    </w:p>
    <w:p w14:paraId="2BB7B648" w14:textId="77777777" w:rsidR="006D5139" w:rsidRDefault="00000000">
      <w:pPr>
        <w:pStyle w:val="a0"/>
        <w:keepLines/>
        <w:numPr>
          <w:ilvl w:val="0"/>
          <w:numId w:val="57"/>
        </w:numPr>
      </w:pPr>
      <w:r>
        <w:t>所有变更通过</w:t>
      </w:r>
      <w:r>
        <w:t xml:space="preserve"> Pull Request</w:t>
      </w:r>
      <w:r>
        <w:t>；</w:t>
      </w:r>
    </w:p>
    <w:p w14:paraId="41D8AC1E" w14:textId="77777777" w:rsidR="006D5139" w:rsidRDefault="00000000">
      <w:pPr>
        <w:pStyle w:val="a0"/>
        <w:keepLines/>
        <w:numPr>
          <w:ilvl w:val="0"/>
          <w:numId w:val="57"/>
        </w:numPr>
        <w:rPr>
          <w:lang w:eastAsia="zh-CN"/>
        </w:rPr>
      </w:pPr>
      <w:r>
        <w:rPr>
          <w:lang w:eastAsia="zh-CN"/>
        </w:rPr>
        <w:t>杨幸幸评审前端和接口使用，张顺评审后端、数据和安全；跨层功能互相评审；</w:t>
      </w:r>
    </w:p>
    <w:p w14:paraId="304FCB13" w14:textId="77777777" w:rsidR="006D5139" w:rsidRDefault="00000000">
      <w:pPr>
        <w:pStyle w:val="a0"/>
        <w:keepLines/>
        <w:numPr>
          <w:ilvl w:val="0"/>
          <w:numId w:val="57"/>
        </w:numPr>
      </w:pPr>
      <w:r>
        <w:t>禁止直接向</w:t>
      </w:r>
      <w:r>
        <w:t xml:space="preserve"> </w:t>
      </w:r>
      <w:r>
        <w:rPr>
          <w:rFonts w:ascii="Consolas" w:hAnsi="Consolas"/>
          <w:color w:val="1F4D78"/>
          <w:sz w:val="21"/>
        </w:rPr>
        <w:t>main</w:t>
      </w:r>
      <w:r>
        <w:t xml:space="preserve"> </w:t>
      </w:r>
      <w:r>
        <w:t>推送；</w:t>
      </w:r>
    </w:p>
    <w:p w14:paraId="002E5905" w14:textId="77777777" w:rsidR="006D5139" w:rsidRDefault="00000000">
      <w:pPr>
        <w:pStyle w:val="a0"/>
        <w:keepLines/>
        <w:numPr>
          <w:ilvl w:val="0"/>
          <w:numId w:val="57"/>
        </w:numPr>
        <w:rPr>
          <w:lang w:eastAsia="zh-CN"/>
        </w:rPr>
      </w:pPr>
      <w:r>
        <w:rPr>
          <w:lang w:eastAsia="zh-CN"/>
        </w:rPr>
        <w:t>每个</w:t>
      </w:r>
      <w:r>
        <w:rPr>
          <w:lang w:eastAsia="zh-CN"/>
        </w:rPr>
        <w:t xml:space="preserve"> PR </w:t>
      </w:r>
      <w:r>
        <w:rPr>
          <w:lang w:eastAsia="zh-CN"/>
        </w:rPr>
        <w:t>只解决一个明确问题，理想规模</w:t>
      </w:r>
      <w:r>
        <w:rPr>
          <w:lang w:eastAsia="zh-CN"/>
        </w:rPr>
        <w:t xml:space="preserve"> &lt; 500 </w:t>
      </w:r>
      <w:r>
        <w:rPr>
          <w:lang w:eastAsia="zh-CN"/>
        </w:rPr>
        <w:t>行有效变更；</w:t>
      </w:r>
    </w:p>
    <w:p w14:paraId="0D19C260" w14:textId="77777777" w:rsidR="006D5139" w:rsidRDefault="00000000">
      <w:pPr>
        <w:pStyle w:val="a0"/>
        <w:keepLines/>
        <w:numPr>
          <w:ilvl w:val="0"/>
          <w:numId w:val="57"/>
        </w:numPr>
        <w:rPr>
          <w:lang w:eastAsia="zh-CN"/>
        </w:rPr>
      </w:pPr>
      <w:r>
        <w:rPr>
          <w:lang w:eastAsia="zh-CN"/>
        </w:rPr>
        <w:lastRenderedPageBreak/>
        <w:t xml:space="preserve">PR </w:t>
      </w:r>
      <w:r>
        <w:rPr>
          <w:lang w:eastAsia="zh-CN"/>
        </w:rPr>
        <w:t>模板包含：需求、变更、截图</w:t>
      </w:r>
      <w:r>
        <w:rPr>
          <w:lang w:eastAsia="zh-CN"/>
        </w:rPr>
        <w:t>/API</w:t>
      </w:r>
      <w:r>
        <w:rPr>
          <w:lang w:eastAsia="zh-CN"/>
        </w:rPr>
        <w:t>、测试、迁移、风险、回滚；</w:t>
      </w:r>
    </w:p>
    <w:p w14:paraId="3042A123" w14:textId="77777777" w:rsidR="006D5139" w:rsidRDefault="00000000">
      <w:pPr>
        <w:pStyle w:val="a0"/>
        <w:keepLines/>
        <w:numPr>
          <w:ilvl w:val="0"/>
          <w:numId w:val="57"/>
        </w:numPr>
        <w:rPr>
          <w:lang w:eastAsia="zh-CN"/>
        </w:rPr>
      </w:pPr>
      <w:r>
        <w:rPr>
          <w:lang w:eastAsia="zh-CN"/>
        </w:rPr>
        <w:t>合并采用</w:t>
      </w:r>
      <w:r>
        <w:rPr>
          <w:lang w:eastAsia="zh-CN"/>
        </w:rPr>
        <w:t xml:space="preserve"> squash</w:t>
      </w:r>
      <w:r>
        <w:rPr>
          <w:lang w:eastAsia="zh-CN"/>
        </w:rPr>
        <w:t>，提交信息关联任务编号；</w:t>
      </w:r>
    </w:p>
    <w:p w14:paraId="072C8FC7" w14:textId="77777777" w:rsidR="006D5139" w:rsidRDefault="00000000">
      <w:pPr>
        <w:pStyle w:val="a0"/>
        <w:keepLines/>
        <w:numPr>
          <w:ilvl w:val="0"/>
          <w:numId w:val="57"/>
        </w:numPr>
        <w:rPr>
          <w:lang w:eastAsia="zh-CN"/>
        </w:rPr>
      </w:pPr>
      <w:r>
        <w:rPr>
          <w:lang w:eastAsia="zh-CN"/>
        </w:rPr>
        <w:t>数据库紧急修改必须转成补丁脚本并入库，不允许只在生产手工改。</w:t>
      </w:r>
    </w:p>
    <w:p w14:paraId="5394883E" w14:textId="77777777" w:rsidR="006D5139" w:rsidRDefault="00000000">
      <w:pPr>
        <w:pStyle w:val="31"/>
        <w:rPr>
          <w:lang w:eastAsia="zh-CN"/>
        </w:rPr>
      </w:pPr>
      <w:r>
        <w:rPr>
          <w:rFonts w:ascii="Calibri" w:eastAsia="微软雅黑" w:hAnsi="Calibri"/>
          <w:lang w:eastAsia="zh-CN"/>
        </w:rPr>
        <w:t xml:space="preserve">10.4 CI </w:t>
      </w:r>
      <w:r>
        <w:rPr>
          <w:rFonts w:ascii="Calibri" w:eastAsia="微软雅黑" w:hAnsi="Calibri"/>
          <w:lang w:eastAsia="zh-CN"/>
        </w:rPr>
        <w:t>质量门禁</w:t>
      </w:r>
    </w:p>
    <w:p w14:paraId="043B8489" w14:textId="77777777" w:rsidR="006D5139" w:rsidRDefault="00000000">
      <w:pPr>
        <w:rPr>
          <w:lang w:eastAsia="zh-CN"/>
        </w:rPr>
      </w:pPr>
      <w:r>
        <w:rPr>
          <w:lang w:eastAsia="zh-CN"/>
        </w:rPr>
        <w:t>每个</w:t>
      </w:r>
      <w:r>
        <w:rPr>
          <w:lang w:eastAsia="zh-CN"/>
        </w:rPr>
        <w:t xml:space="preserve"> PR </w:t>
      </w:r>
      <w:r>
        <w:rPr>
          <w:lang w:eastAsia="zh-CN"/>
        </w:rPr>
        <w:t>自动执行：</w:t>
      </w:r>
    </w:p>
    <w:p w14:paraId="7A583B01" w14:textId="77777777" w:rsidR="006D5139" w:rsidRDefault="00000000">
      <w:pPr>
        <w:pStyle w:val="a"/>
        <w:keepLines/>
        <w:numPr>
          <w:ilvl w:val="0"/>
          <w:numId w:val="58"/>
        </w:numPr>
      </w:pPr>
      <w:r>
        <w:t>格式化、</w:t>
      </w:r>
      <w:r>
        <w:t>Lint</w:t>
      </w:r>
      <w:r>
        <w:t>、</w:t>
      </w:r>
      <w:r>
        <w:t xml:space="preserve">TypeScript </w:t>
      </w:r>
      <w:r>
        <w:t>类型检查；</w:t>
      </w:r>
    </w:p>
    <w:p w14:paraId="25DCA142" w14:textId="77777777" w:rsidR="006D5139" w:rsidRDefault="00000000">
      <w:pPr>
        <w:pStyle w:val="a"/>
        <w:keepLines/>
        <w:numPr>
          <w:ilvl w:val="0"/>
          <w:numId w:val="58"/>
        </w:numPr>
      </w:pPr>
      <w:r>
        <w:t xml:space="preserve">Python </w:t>
      </w:r>
      <w:r>
        <w:t>静态检查和</w:t>
      </w:r>
      <w:r>
        <w:t xml:space="preserve"> Frappe </w:t>
      </w:r>
      <w:r>
        <w:t>后端测试；</w:t>
      </w:r>
    </w:p>
    <w:p w14:paraId="1C231940" w14:textId="77777777" w:rsidR="006D5139" w:rsidRDefault="00000000">
      <w:pPr>
        <w:pStyle w:val="a"/>
        <w:keepLines/>
        <w:numPr>
          <w:ilvl w:val="0"/>
          <w:numId w:val="58"/>
        </w:numPr>
      </w:pPr>
      <w:r>
        <w:t>前端</w:t>
      </w:r>
      <w:r>
        <w:t xml:space="preserve"> Vitest</w:t>
      </w:r>
      <w:r>
        <w:t>；</w:t>
      </w:r>
    </w:p>
    <w:p w14:paraId="098C6F8A" w14:textId="77777777" w:rsidR="006D5139" w:rsidRDefault="00000000">
      <w:pPr>
        <w:pStyle w:val="a"/>
        <w:keepLines/>
        <w:numPr>
          <w:ilvl w:val="0"/>
          <w:numId w:val="58"/>
        </w:numPr>
      </w:pPr>
      <w:r>
        <w:t>核心</w:t>
      </w:r>
      <w:r>
        <w:t xml:space="preserve"> Playwright </w:t>
      </w:r>
      <w:r>
        <w:t>冒烟；</w:t>
      </w:r>
    </w:p>
    <w:p w14:paraId="6B9FB8F4" w14:textId="77777777" w:rsidR="006D5139" w:rsidRDefault="00000000">
      <w:pPr>
        <w:pStyle w:val="a"/>
        <w:keepLines/>
        <w:numPr>
          <w:ilvl w:val="0"/>
          <w:numId w:val="58"/>
        </w:numPr>
        <w:rPr>
          <w:lang w:eastAsia="zh-CN"/>
        </w:rPr>
      </w:pPr>
      <w:r>
        <w:rPr>
          <w:lang w:eastAsia="zh-CN"/>
        </w:rPr>
        <w:t>数据迁移</w:t>
      </w:r>
      <w:r>
        <w:rPr>
          <w:lang w:eastAsia="zh-CN"/>
        </w:rPr>
        <w:t>/</w:t>
      </w:r>
      <w:r>
        <w:rPr>
          <w:lang w:eastAsia="zh-CN"/>
        </w:rPr>
        <w:t>补丁可执行检查；</w:t>
      </w:r>
    </w:p>
    <w:p w14:paraId="69874ED7" w14:textId="77777777" w:rsidR="006D5139" w:rsidRDefault="00000000">
      <w:pPr>
        <w:pStyle w:val="a"/>
        <w:keepLines/>
        <w:numPr>
          <w:ilvl w:val="0"/>
          <w:numId w:val="58"/>
        </w:numPr>
      </w:pPr>
      <w:r>
        <w:t>依赖漏洞和密钥扫描；</w:t>
      </w:r>
    </w:p>
    <w:p w14:paraId="06E88505" w14:textId="77777777" w:rsidR="006D5139" w:rsidRDefault="00000000">
      <w:pPr>
        <w:pStyle w:val="a"/>
        <w:keepLines/>
        <w:numPr>
          <w:ilvl w:val="0"/>
          <w:numId w:val="58"/>
        </w:numPr>
        <w:rPr>
          <w:lang w:eastAsia="zh-CN"/>
        </w:rPr>
      </w:pPr>
      <w:r>
        <w:rPr>
          <w:lang w:eastAsia="zh-CN"/>
        </w:rPr>
        <w:t>前端构建、后端镜像构建；</w:t>
      </w:r>
    </w:p>
    <w:p w14:paraId="2143CE69" w14:textId="77777777" w:rsidR="006D5139" w:rsidRDefault="00000000">
      <w:pPr>
        <w:pStyle w:val="a"/>
        <w:keepLines/>
        <w:numPr>
          <w:ilvl w:val="0"/>
          <w:numId w:val="58"/>
        </w:numPr>
      </w:pPr>
      <w:r>
        <w:t>OpenAPI/</w:t>
      </w:r>
      <w:r>
        <w:t>接口契约差异检查。</w:t>
      </w:r>
    </w:p>
    <w:p w14:paraId="41525176" w14:textId="77777777" w:rsidR="006D5139" w:rsidRDefault="00000000">
      <w:r>
        <w:rPr>
          <w:rFonts w:ascii="Consolas" w:hAnsi="Consolas"/>
          <w:color w:val="1F4D78"/>
          <w:sz w:val="21"/>
        </w:rPr>
        <w:t>main</w:t>
      </w:r>
      <w:r>
        <w:t xml:space="preserve"> </w:t>
      </w:r>
      <w:r>
        <w:t>合并后：</w:t>
      </w:r>
    </w:p>
    <w:p w14:paraId="0E0BE201" w14:textId="77777777" w:rsidR="006D5139" w:rsidRDefault="00000000">
      <w:pPr>
        <w:pStyle w:val="a0"/>
        <w:keepLines/>
        <w:numPr>
          <w:ilvl w:val="0"/>
          <w:numId w:val="59"/>
        </w:numPr>
      </w:pPr>
      <w:r>
        <w:t>自动部署预发；</w:t>
      </w:r>
    </w:p>
    <w:p w14:paraId="78E9F46F" w14:textId="77777777" w:rsidR="006D5139" w:rsidRDefault="00000000">
      <w:pPr>
        <w:pStyle w:val="a0"/>
        <w:keepLines/>
        <w:numPr>
          <w:ilvl w:val="0"/>
          <w:numId w:val="59"/>
        </w:numPr>
      </w:pPr>
      <w:r>
        <w:t>执行数据库迁移；</w:t>
      </w:r>
    </w:p>
    <w:p w14:paraId="42534FBE" w14:textId="77777777" w:rsidR="006D5139" w:rsidRDefault="00000000">
      <w:pPr>
        <w:pStyle w:val="a0"/>
        <w:keepLines/>
        <w:numPr>
          <w:ilvl w:val="0"/>
          <w:numId w:val="59"/>
        </w:numPr>
      </w:pPr>
      <w:r>
        <w:t>执行</w:t>
      </w:r>
      <w:r>
        <w:t xml:space="preserve"> 10 </w:t>
      </w:r>
      <w:r>
        <w:t>分钟核心冒烟；</w:t>
      </w:r>
    </w:p>
    <w:p w14:paraId="11270AF6" w14:textId="77777777" w:rsidR="006D5139" w:rsidRDefault="00000000">
      <w:pPr>
        <w:pStyle w:val="a0"/>
        <w:keepLines/>
        <w:numPr>
          <w:ilvl w:val="0"/>
          <w:numId w:val="59"/>
        </w:numPr>
        <w:rPr>
          <w:lang w:eastAsia="zh-CN"/>
        </w:rPr>
      </w:pPr>
      <w:r>
        <w:rPr>
          <w:lang w:eastAsia="zh-CN"/>
        </w:rPr>
        <w:t>失败则停止发布并通知两位负责人；</w:t>
      </w:r>
    </w:p>
    <w:p w14:paraId="21DC382A" w14:textId="77777777" w:rsidR="006D5139" w:rsidRDefault="00000000">
      <w:pPr>
        <w:pStyle w:val="a0"/>
        <w:keepLines/>
        <w:numPr>
          <w:ilvl w:val="0"/>
          <w:numId w:val="59"/>
        </w:numPr>
        <w:rPr>
          <w:lang w:eastAsia="zh-CN"/>
        </w:rPr>
      </w:pPr>
      <w:r>
        <w:rPr>
          <w:lang w:eastAsia="zh-CN"/>
        </w:rPr>
        <w:t>生产发布使用人工确认的版本标签。</w:t>
      </w:r>
    </w:p>
    <w:p w14:paraId="186370F6" w14:textId="77777777" w:rsidR="006D5139" w:rsidRDefault="00000000">
      <w:pPr>
        <w:pStyle w:val="31"/>
      </w:pPr>
      <w:r>
        <w:rPr>
          <w:rFonts w:ascii="Calibri" w:eastAsia="微软雅黑" w:hAnsi="Calibri"/>
        </w:rPr>
        <w:t xml:space="preserve">10.5 </w:t>
      </w:r>
      <w:r>
        <w:rPr>
          <w:rFonts w:ascii="Calibri" w:eastAsia="微软雅黑" w:hAnsi="Calibri"/>
        </w:rPr>
        <w:t>环境与发布</w:t>
      </w:r>
    </w:p>
    <w:tbl>
      <w:tblPr>
        <w:tblStyle w:val="aff1"/>
        <w:tblW w:w="9360" w:type="dxa"/>
        <w:tblInd w:w="120" w:type="dxa"/>
        <w:tblLayout w:type="fixed"/>
        <w:tblLook w:val="04A0" w:firstRow="1" w:lastRow="0" w:firstColumn="1" w:lastColumn="0" w:noHBand="0" w:noVBand="1"/>
      </w:tblPr>
      <w:tblGrid>
        <w:gridCol w:w="2300"/>
        <w:gridCol w:w="3530"/>
        <w:gridCol w:w="3530"/>
      </w:tblGrid>
      <w:tr w:rsidR="006D5139" w14:paraId="66BA357A" w14:textId="77777777">
        <w:trPr>
          <w:cantSplit/>
          <w:tblHeader/>
        </w:trPr>
        <w:tc>
          <w:tcPr>
            <w:tcW w:w="2300" w:type="dxa"/>
            <w:shd w:val="clear" w:color="auto" w:fill="F2F4F7"/>
            <w:tcMar>
              <w:top w:w="80" w:type="dxa"/>
              <w:left w:w="120" w:type="dxa"/>
              <w:bottom w:w="80" w:type="dxa"/>
              <w:right w:w="120" w:type="dxa"/>
            </w:tcMar>
            <w:vAlign w:val="center"/>
          </w:tcPr>
          <w:p w14:paraId="39F14EB5" w14:textId="77777777" w:rsidR="006D5139" w:rsidRDefault="00000000">
            <w:pPr>
              <w:spacing w:after="40" w:line="252" w:lineRule="auto"/>
            </w:pPr>
            <w:r>
              <w:rPr>
                <w:b/>
                <w:color w:val="0B2545"/>
                <w:sz w:val="18"/>
              </w:rPr>
              <w:t>环境</w:t>
            </w:r>
          </w:p>
        </w:tc>
        <w:tc>
          <w:tcPr>
            <w:tcW w:w="3530" w:type="dxa"/>
            <w:shd w:val="clear" w:color="auto" w:fill="F2F4F7"/>
            <w:tcMar>
              <w:top w:w="80" w:type="dxa"/>
              <w:left w:w="120" w:type="dxa"/>
              <w:bottom w:w="80" w:type="dxa"/>
              <w:right w:w="120" w:type="dxa"/>
            </w:tcMar>
            <w:vAlign w:val="center"/>
          </w:tcPr>
          <w:p w14:paraId="79653836" w14:textId="77777777" w:rsidR="006D5139" w:rsidRDefault="00000000">
            <w:pPr>
              <w:spacing w:after="40" w:line="252" w:lineRule="auto"/>
            </w:pPr>
            <w:r>
              <w:rPr>
                <w:b/>
                <w:color w:val="0B2545"/>
                <w:sz w:val="18"/>
              </w:rPr>
              <w:t>用途</w:t>
            </w:r>
          </w:p>
        </w:tc>
        <w:tc>
          <w:tcPr>
            <w:tcW w:w="3530" w:type="dxa"/>
            <w:shd w:val="clear" w:color="auto" w:fill="F2F4F7"/>
            <w:tcMar>
              <w:top w:w="80" w:type="dxa"/>
              <w:left w:w="120" w:type="dxa"/>
              <w:bottom w:w="80" w:type="dxa"/>
              <w:right w:w="120" w:type="dxa"/>
            </w:tcMar>
            <w:vAlign w:val="center"/>
          </w:tcPr>
          <w:p w14:paraId="3B2A743E" w14:textId="77777777" w:rsidR="006D5139" w:rsidRDefault="00000000">
            <w:pPr>
              <w:spacing w:after="40" w:line="252" w:lineRule="auto"/>
            </w:pPr>
            <w:r>
              <w:rPr>
                <w:b/>
                <w:color w:val="0B2545"/>
                <w:sz w:val="18"/>
              </w:rPr>
              <w:t>数据</w:t>
            </w:r>
          </w:p>
        </w:tc>
      </w:tr>
      <w:tr w:rsidR="006D5139" w14:paraId="5D52CCA3" w14:textId="77777777">
        <w:trPr>
          <w:cantSplit/>
        </w:trPr>
        <w:tc>
          <w:tcPr>
            <w:tcW w:w="2300" w:type="dxa"/>
            <w:tcMar>
              <w:top w:w="80" w:type="dxa"/>
              <w:left w:w="120" w:type="dxa"/>
              <w:bottom w:w="80" w:type="dxa"/>
              <w:right w:w="120" w:type="dxa"/>
            </w:tcMar>
            <w:vAlign w:val="center"/>
          </w:tcPr>
          <w:p w14:paraId="10A28A0D" w14:textId="77777777" w:rsidR="006D5139" w:rsidRDefault="00000000">
            <w:pPr>
              <w:spacing w:after="60" w:line="252" w:lineRule="auto"/>
            </w:pPr>
            <w:r>
              <w:rPr>
                <w:sz w:val="18"/>
              </w:rPr>
              <w:t>Local</w:t>
            </w:r>
          </w:p>
        </w:tc>
        <w:tc>
          <w:tcPr>
            <w:tcW w:w="3530" w:type="dxa"/>
            <w:tcMar>
              <w:top w:w="80" w:type="dxa"/>
              <w:left w:w="120" w:type="dxa"/>
              <w:bottom w:w="80" w:type="dxa"/>
              <w:right w:w="120" w:type="dxa"/>
            </w:tcMar>
            <w:vAlign w:val="center"/>
          </w:tcPr>
          <w:p w14:paraId="4696CA72" w14:textId="77777777" w:rsidR="006D5139" w:rsidRDefault="00000000">
            <w:pPr>
              <w:spacing w:after="60" w:line="252" w:lineRule="auto"/>
            </w:pPr>
            <w:r>
              <w:rPr>
                <w:sz w:val="18"/>
              </w:rPr>
              <w:t>各自开发和单元测试</w:t>
            </w:r>
          </w:p>
        </w:tc>
        <w:tc>
          <w:tcPr>
            <w:tcW w:w="3530" w:type="dxa"/>
            <w:tcMar>
              <w:top w:w="80" w:type="dxa"/>
              <w:left w:w="120" w:type="dxa"/>
              <w:bottom w:w="80" w:type="dxa"/>
              <w:right w:w="120" w:type="dxa"/>
            </w:tcMar>
            <w:vAlign w:val="center"/>
          </w:tcPr>
          <w:p w14:paraId="21E15A52" w14:textId="77777777" w:rsidR="006D5139" w:rsidRDefault="00000000">
            <w:pPr>
              <w:spacing w:after="60" w:line="252" w:lineRule="auto"/>
            </w:pPr>
            <w:r>
              <w:rPr>
                <w:sz w:val="18"/>
              </w:rPr>
              <w:t>合成</w:t>
            </w:r>
            <w:r>
              <w:rPr>
                <w:sz w:val="18"/>
              </w:rPr>
              <w:t>/</w:t>
            </w:r>
            <w:r>
              <w:rPr>
                <w:sz w:val="18"/>
              </w:rPr>
              <w:t>种子数据</w:t>
            </w:r>
          </w:p>
        </w:tc>
      </w:tr>
      <w:tr w:rsidR="006D5139" w14:paraId="262389DD" w14:textId="77777777">
        <w:trPr>
          <w:cantSplit/>
        </w:trPr>
        <w:tc>
          <w:tcPr>
            <w:tcW w:w="2300" w:type="dxa"/>
            <w:tcMar>
              <w:top w:w="80" w:type="dxa"/>
              <w:left w:w="120" w:type="dxa"/>
              <w:bottom w:w="80" w:type="dxa"/>
              <w:right w:w="120" w:type="dxa"/>
            </w:tcMar>
            <w:vAlign w:val="center"/>
          </w:tcPr>
          <w:p w14:paraId="4C8162AE" w14:textId="77777777" w:rsidR="006D5139" w:rsidRDefault="00000000">
            <w:pPr>
              <w:spacing w:after="60" w:line="252" w:lineRule="auto"/>
            </w:pPr>
            <w:r>
              <w:rPr>
                <w:sz w:val="18"/>
              </w:rPr>
              <w:t>Staging</w:t>
            </w:r>
          </w:p>
        </w:tc>
        <w:tc>
          <w:tcPr>
            <w:tcW w:w="3530" w:type="dxa"/>
            <w:tcMar>
              <w:top w:w="80" w:type="dxa"/>
              <w:left w:w="120" w:type="dxa"/>
              <w:bottom w:w="80" w:type="dxa"/>
              <w:right w:w="120" w:type="dxa"/>
            </w:tcMar>
            <w:vAlign w:val="center"/>
          </w:tcPr>
          <w:p w14:paraId="1AB38268" w14:textId="77777777" w:rsidR="006D5139" w:rsidRDefault="00000000">
            <w:pPr>
              <w:spacing w:after="60" w:line="252" w:lineRule="auto"/>
              <w:rPr>
                <w:lang w:eastAsia="zh-CN"/>
              </w:rPr>
            </w:pPr>
            <w:r>
              <w:rPr>
                <w:sz w:val="18"/>
                <w:lang w:eastAsia="zh-CN"/>
              </w:rPr>
              <w:t>联调、验收、回归、演示</w:t>
            </w:r>
          </w:p>
        </w:tc>
        <w:tc>
          <w:tcPr>
            <w:tcW w:w="3530" w:type="dxa"/>
            <w:tcMar>
              <w:top w:w="80" w:type="dxa"/>
              <w:left w:w="120" w:type="dxa"/>
              <w:bottom w:w="80" w:type="dxa"/>
              <w:right w:w="120" w:type="dxa"/>
            </w:tcMar>
            <w:vAlign w:val="center"/>
          </w:tcPr>
          <w:p w14:paraId="739E9769" w14:textId="77777777" w:rsidR="006D5139" w:rsidRDefault="00000000">
            <w:pPr>
              <w:spacing w:after="60" w:line="252" w:lineRule="auto"/>
            </w:pPr>
            <w:r>
              <w:rPr>
                <w:sz w:val="18"/>
              </w:rPr>
              <w:t>脱敏或合成数据</w:t>
            </w:r>
          </w:p>
        </w:tc>
      </w:tr>
      <w:tr w:rsidR="006D5139" w14:paraId="5F1C8F24" w14:textId="77777777">
        <w:trPr>
          <w:cantSplit/>
        </w:trPr>
        <w:tc>
          <w:tcPr>
            <w:tcW w:w="2300" w:type="dxa"/>
            <w:tcMar>
              <w:top w:w="80" w:type="dxa"/>
              <w:left w:w="120" w:type="dxa"/>
              <w:bottom w:w="80" w:type="dxa"/>
              <w:right w:w="120" w:type="dxa"/>
            </w:tcMar>
            <w:vAlign w:val="center"/>
          </w:tcPr>
          <w:p w14:paraId="3C6C9A5C" w14:textId="77777777" w:rsidR="006D5139" w:rsidRDefault="00000000">
            <w:pPr>
              <w:spacing w:after="60" w:line="252" w:lineRule="auto"/>
            </w:pPr>
            <w:r>
              <w:rPr>
                <w:sz w:val="18"/>
              </w:rPr>
              <w:t>Production</w:t>
            </w:r>
          </w:p>
        </w:tc>
        <w:tc>
          <w:tcPr>
            <w:tcW w:w="3530" w:type="dxa"/>
            <w:tcMar>
              <w:top w:w="80" w:type="dxa"/>
              <w:left w:w="120" w:type="dxa"/>
              <w:bottom w:w="80" w:type="dxa"/>
              <w:right w:w="120" w:type="dxa"/>
            </w:tcMar>
            <w:vAlign w:val="center"/>
          </w:tcPr>
          <w:p w14:paraId="2D6A824E" w14:textId="77777777" w:rsidR="006D5139" w:rsidRDefault="00000000">
            <w:pPr>
              <w:spacing w:after="60" w:line="252" w:lineRule="auto"/>
            </w:pPr>
            <w:r>
              <w:rPr>
                <w:sz w:val="18"/>
              </w:rPr>
              <w:t>灰度和正式服务</w:t>
            </w:r>
          </w:p>
        </w:tc>
        <w:tc>
          <w:tcPr>
            <w:tcW w:w="3530" w:type="dxa"/>
            <w:tcMar>
              <w:top w:w="80" w:type="dxa"/>
              <w:left w:w="120" w:type="dxa"/>
              <w:bottom w:w="80" w:type="dxa"/>
              <w:right w:w="120" w:type="dxa"/>
            </w:tcMar>
            <w:vAlign w:val="center"/>
          </w:tcPr>
          <w:p w14:paraId="6A15BDBB" w14:textId="77777777" w:rsidR="006D5139" w:rsidRDefault="00000000">
            <w:pPr>
              <w:spacing w:after="60" w:line="252" w:lineRule="auto"/>
            </w:pPr>
            <w:r>
              <w:rPr>
                <w:sz w:val="18"/>
              </w:rPr>
              <w:t>真实数据</w:t>
            </w:r>
          </w:p>
        </w:tc>
      </w:tr>
    </w:tbl>
    <w:p w14:paraId="65AC3A9B" w14:textId="77777777" w:rsidR="006D5139" w:rsidRDefault="006D5139">
      <w:pPr>
        <w:spacing w:after="40"/>
      </w:pPr>
    </w:p>
    <w:p w14:paraId="1B51470B" w14:textId="77777777" w:rsidR="006D5139" w:rsidRDefault="00000000">
      <w:r>
        <w:t>发布策略：</w:t>
      </w:r>
    </w:p>
    <w:p w14:paraId="181F38B5" w14:textId="77777777" w:rsidR="006D5139" w:rsidRDefault="00000000">
      <w:pPr>
        <w:pStyle w:val="a0"/>
        <w:keepLines/>
        <w:numPr>
          <w:ilvl w:val="0"/>
          <w:numId w:val="60"/>
        </w:numPr>
      </w:pPr>
      <w:r>
        <w:lastRenderedPageBreak/>
        <w:t>每个</w:t>
      </w:r>
      <w:r>
        <w:t xml:space="preserve"> Sprint </w:t>
      </w:r>
      <w:r>
        <w:t>至少发布一次预发；</w:t>
      </w:r>
    </w:p>
    <w:p w14:paraId="00CF24B7" w14:textId="77777777" w:rsidR="006D5139" w:rsidRDefault="00000000">
      <w:pPr>
        <w:pStyle w:val="a0"/>
        <w:keepLines/>
        <w:numPr>
          <w:ilvl w:val="0"/>
          <w:numId w:val="60"/>
        </w:numPr>
        <w:rPr>
          <w:lang w:eastAsia="zh-CN"/>
        </w:rPr>
      </w:pPr>
      <w:r>
        <w:rPr>
          <w:lang w:eastAsia="zh-CN"/>
        </w:rPr>
        <w:t>从</w:t>
      </w:r>
      <w:r>
        <w:rPr>
          <w:lang w:eastAsia="zh-CN"/>
        </w:rPr>
        <w:t xml:space="preserve"> Sprint 4 </w:t>
      </w:r>
      <w:r>
        <w:rPr>
          <w:lang w:eastAsia="zh-CN"/>
        </w:rPr>
        <w:t>开始每两周发布一个可回滚测试版本；</w:t>
      </w:r>
    </w:p>
    <w:p w14:paraId="25C0335C" w14:textId="77777777" w:rsidR="006D5139" w:rsidRDefault="00000000">
      <w:pPr>
        <w:pStyle w:val="a0"/>
        <w:keepLines/>
        <w:numPr>
          <w:ilvl w:val="0"/>
          <w:numId w:val="60"/>
        </w:numPr>
        <w:rPr>
          <w:lang w:eastAsia="zh-CN"/>
        </w:rPr>
      </w:pPr>
      <w:r>
        <w:rPr>
          <w:lang w:eastAsia="zh-CN"/>
        </w:rPr>
        <w:t>公测前使用</w:t>
      </w:r>
      <w:r>
        <w:rPr>
          <w:lang w:eastAsia="zh-CN"/>
        </w:rPr>
        <w:t xml:space="preserve"> 5% → 20% → 50% → 100% </w:t>
      </w:r>
      <w:r>
        <w:rPr>
          <w:lang w:eastAsia="zh-CN"/>
        </w:rPr>
        <w:t>灰度；</w:t>
      </w:r>
    </w:p>
    <w:p w14:paraId="597F10B6" w14:textId="77777777" w:rsidR="006D5139" w:rsidRDefault="00000000">
      <w:pPr>
        <w:pStyle w:val="a0"/>
        <w:keepLines/>
        <w:numPr>
          <w:ilvl w:val="0"/>
          <w:numId w:val="60"/>
        </w:numPr>
        <w:rPr>
          <w:lang w:eastAsia="zh-CN"/>
        </w:rPr>
      </w:pPr>
      <w:r>
        <w:rPr>
          <w:lang w:eastAsia="zh-CN"/>
        </w:rPr>
        <w:t>AI</w:t>
      </w:r>
      <w:r>
        <w:rPr>
          <w:lang w:eastAsia="zh-CN"/>
        </w:rPr>
        <w:t>、消息、岗位发布、推荐均使用独立功能开关；</w:t>
      </w:r>
    </w:p>
    <w:p w14:paraId="7AB0F59C" w14:textId="77777777" w:rsidR="006D5139" w:rsidRDefault="00000000">
      <w:pPr>
        <w:pStyle w:val="a0"/>
        <w:keepLines/>
        <w:numPr>
          <w:ilvl w:val="0"/>
          <w:numId w:val="60"/>
        </w:numPr>
        <w:rPr>
          <w:lang w:eastAsia="zh-CN"/>
        </w:rPr>
      </w:pPr>
      <w:r>
        <w:rPr>
          <w:lang w:eastAsia="zh-CN"/>
        </w:rPr>
        <w:t>数据库变更遵循</w:t>
      </w:r>
      <w:r>
        <w:rPr>
          <w:lang w:eastAsia="zh-CN"/>
        </w:rPr>
        <w:t>“</w:t>
      </w:r>
      <w:r>
        <w:rPr>
          <w:lang w:eastAsia="zh-CN"/>
        </w:rPr>
        <w:t>先兼容、再迁移、后清理</w:t>
      </w:r>
      <w:r>
        <w:rPr>
          <w:lang w:eastAsia="zh-CN"/>
        </w:rPr>
        <w:t>”</w:t>
      </w:r>
      <w:r>
        <w:rPr>
          <w:lang w:eastAsia="zh-CN"/>
        </w:rPr>
        <w:t>；</w:t>
      </w:r>
    </w:p>
    <w:p w14:paraId="71CB61F2" w14:textId="77777777" w:rsidR="006D5139" w:rsidRDefault="00000000">
      <w:pPr>
        <w:pStyle w:val="a0"/>
        <w:keepLines/>
        <w:numPr>
          <w:ilvl w:val="0"/>
          <w:numId w:val="60"/>
        </w:numPr>
        <w:rPr>
          <w:lang w:eastAsia="zh-CN"/>
        </w:rPr>
      </w:pPr>
      <w:r>
        <w:rPr>
          <w:lang w:eastAsia="zh-CN"/>
        </w:rPr>
        <w:t>保留上一稳定镜像和回滚手册；</w:t>
      </w:r>
    </w:p>
    <w:p w14:paraId="22797FEB" w14:textId="77777777" w:rsidR="006D5139" w:rsidRDefault="00000000">
      <w:pPr>
        <w:pStyle w:val="a0"/>
        <w:keepLines/>
        <w:numPr>
          <w:ilvl w:val="0"/>
          <w:numId w:val="60"/>
        </w:numPr>
        <w:rPr>
          <w:lang w:eastAsia="zh-CN"/>
        </w:rPr>
      </w:pPr>
      <w:r>
        <w:rPr>
          <w:lang w:eastAsia="zh-CN"/>
        </w:rPr>
        <w:t>发生</w:t>
      </w:r>
      <w:r>
        <w:rPr>
          <w:lang w:eastAsia="zh-CN"/>
        </w:rPr>
        <w:t xml:space="preserve"> P0 </w:t>
      </w:r>
      <w:r>
        <w:rPr>
          <w:lang w:eastAsia="zh-CN"/>
        </w:rPr>
        <w:t>事件时先关入口</w:t>
      </w:r>
      <w:r>
        <w:rPr>
          <w:lang w:eastAsia="zh-CN"/>
        </w:rPr>
        <w:t>/</w:t>
      </w:r>
      <w:r>
        <w:rPr>
          <w:lang w:eastAsia="zh-CN"/>
        </w:rPr>
        <w:t>队列，再回滚应用，最后处理数据。</w:t>
      </w:r>
    </w:p>
    <w:p w14:paraId="2A2D2FB7" w14:textId="77777777" w:rsidR="006D5139" w:rsidRDefault="00000000">
      <w:pPr>
        <w:pStyle w:val="21"/>
        <w:rPr>
          <w:lang w:eastAsia="zh-CN"/>
        </w:rPr>
      </w:pPr>
      <w:r>
        <w:rPr>
          <w:rFonts w:ascii="Calibri" w:eastAsia="微软雅黑" w:hAnsi="Calibri"/>
          <w:lang w:eastAsia="zh-CN"/>
        </w:rPr>
        <w:t xml:space="preserve">11. </w:t>
      </w:r>
      <w:r>
        <w:rPr>
          <w:rFonts w:ascii="Calibri" w:eastAsia="微软雅黑" w:hAnsi="Calibri"/>
          <w:lang w:eastAsia="zh-CN"/>
        </w:rPr>
        <w:t>项目排期</w:t>
      </w:r>
    </w:p>
    <w:p w14:paraId="228C550D" w14:textId="77777777" w:rsidR="006D5139" w:rsidRDefault="00000000">
      <w:pPr>
        <w:rPr>
          <w:lang w:eastAsia="zh-CN"/>
        </w:rPr>
      </w:pPr>
      <w:r>
        <w:rPr>
          <w:lang w:eastAsia="zh-CN"/>
        </w:rPr>
        <w:t>计划从</w:t>
      </w:r>
      <w:r>
        <w:rPr>
          <w:lang w:eastAsia="zh-CN"/>
        </w:rPr>
        <w:t xml:space="preserve"> 2026 </w:t>
      </w:r>
      <w:r>
        <w:rPr>
          <w:lang w:eastAsia="zh-CN"/>
        </w:rPr>
        <w:t>年</w:t>
      </w:r>
      <w:r>
        <w:rPr>
          <w:lang w:eastAsia="zh-CN"/>
        </w:rPr>
        <w:t xml:space="preserve"> 8 </w:t>
      </w:r>
      <w:r>
        <w:rPr>
          <w:lang w:eastAsia="zh-CN"/>
        </w:rPr>
        <w:t>月</w:t>
      </w:r>
      <w:r>
        <w:rPr>
          <w:lang w:eastAsia="zh-CN"/>
        </w:rPr>
        <w:t xml:space="preserve"> 3 </w:t>
      </w:r>
      <w:r>
        <w:rPr>
          <w:lang w:eastAsia="zh-CN"/>
        </w:rPr>
        <w:t>日启动。考虑国庆假期与两人团队风险，以</w:t>
      </w:r>
      <w:r>
        <w:rPr>
          <w:lang w:eastAsia="zh-CN"/>
        </w:rPr>
        <w:t xml:space="preserve"> 16 </w:t>
      </w:r>
      <w:r>
        <w:rPr>
          <w:lang w:eastAsia="zh-CN"/>
        </w:rPr>
        <w:t>个有效研发周、</w:t>
      </w:r>
      <w:r>
        <w:rPr>
          <w:lang w:eastAsia="zh-CN"/>
        </w:rPr>
        <w:t xml:space="preserve">18 </w:t>
      </w:r>
      <w:r>
        <w:rPr>
          <w:lang w:eastAsia="zh-CN"/>
        </w:rPr>
        <w:t>个自然周安排；若实际启动日期变化，保持</w:t>
      </w:r>
      <w:r>
        <w:rPr>
          <w:lang w:eastAsia="zh-CN"/>
        </w:rPr>
        <w:t xml:space="preserve"> Sprint </w:t>
      </w:r>
      <w:r>
        <w:rPr>
          <w:lang w:eastAsia="zh-CN"/>
        </w:rPr>
        <w:t>顺序和门禁不变。</w:t>
      </w:r>
    </w:p>
    <w:tbl>
      <w:tblPr>
        <w:tblStyle w:val="aff1"/>
        <w:tblW w:w="9360" w:type="dxa"/>
        <w:tblInd w:w="120" w:type="dxa"/>
        <w:tblLayout w:type="fixed"/>
        <w:tblLook w:val="04A0" w:firstRow="1" w:lastRow="0" w:firstColumn="1" w:lastColumn="0" w:noHBand="0" w:noVBand="1"/>
      </w:tblPr>
      <w:tblGrid>
        <w:gridCol w:w="1350"/>
        <w:gridCol w:w="1710"/>
        <w:gridCol w:w="2430"/>
        <w:gridCol w:w="2430"/>
        <w:gridCol w:w="1440"/>
      </w:tblGrid>
      <w:tr w:rsidR="006D5139" w14:paraId="6C159872" w14:textId="77777777">
        <w:trPr>
          <w:cantSplit/>
          <w:tblHeader/>
        </w:trPr>
        <w:tc>
          <w:tcPr>
            <w:tcW w:w="1350" w:type="dxa"/>
            <w:shd w:val="clear" w:color="auto" w:fill="F2F4F7"/>
            <w:tcMar>
              <w:top w:w="80" w:type="dxa"/>
              <w:left w:w="120" w:type="dxa"/>
              <w:bottom w:w="80" w:type="dxa"/>
              <w:right w:w="120" w:type="dxa"/>
            </w:tcMar>
            <w:vAlign w:val="center"/>
          </w:tcPr>
          <w:p w14:paraId="7CA797D4" w14:textId="77777777" w:rsidR="006D5139" w:rsidRDefault="00000000">
            <w:pPr>
              <w:spacing w:after="40" w:line="252" w:lineRule="auto"/>
            </w:pPr>
            <w:r>
              <w:rPr>
                <w:b/>
                <w:color w:val="0B2545"/>
                <w:sz w:val="17"/>
              </w:rPr>
              <w:t>阶段</w:t>
            </w:r>
          </w:p>
        </w:tc>
        <w:tc>
          <w:tcPr>
            <w:tcW w:w="1710" w:type="dxa"/>
            <w:shd w:val="clear" w:color="auto" w:fill="F2F4F7"/>
            <w:tcMar>
              <w:top w:w="80" w:type="dxa"/>
              <w:left w:w="120" w:type="dxa"/>
              <w:bottom w:w="80" w:type="dxa"/>
              <w:right w:w="120" w:type="dxa"/>
            </w:tcMar>
            <w:vAlign w:val="center"/>
          </w:tcPr>
          <w:p w14:paraId="4478A47D" w14:textId="77777777" w:rsidR="006D5139" w:rsidRDefault="00000000">
            <w:pPr>
              <w:spacing w:after="40" w:line="252" w:lineRule="auto"/>
            </w:pPr>
            <w:r>
              <w:rPr>
                <w:b/>
                <w:color w:val="0B2545"/>
                <w:sz w:val="17"/>
              </w:rPr>
              <w:t>日期</w:t>
            </w:r>
          </w:p>
        </w:tc>
        <w:tc>
          <w:tcPr>
            <w:tcW w:w="2430" w:type="dxa"/>
            <w:shd w:val="clear" w:color="auto" w:fill="F2F4F7"/>
            <w:tcMar>
              <w:top w:w="80" w:type="dxa"/>
              <w:left w:w="120" w:type="dxa"/>
              <w:bottom w:w="80" w:type="dxa"/>
              <w:right w:w="120" w:type="dxa"/>
            </w:tcMar>
            <w:vAlign w:val="center"/>
          </w:tcPr>
          <w:p w14:paraId="634B2EA4" w14:textId="77777777" w:rsidR="006D5139" w:rsidRDefault="00000000">
            <w:pPr>
              <w:spacing w:after="40" w:line="252" w:lineRule="auto"/>
            </w:pPr>
            <w:r>
              <w:rPr>
                <w:b/>
                <w:color w:val="0B2545"/>
                <w:sz w:val="17"/>
              </w:rPr>
              <w:t>杨幸幸（前端）</w:t>
            </w:r>
          </w:p>
        </w:tc>
        <w:tc>
          <w:tcPr>
            <w:tcW w:w="2430" w:type="dxa"/>
            <w:shd w:val="clear" w:color="auto" w:fill="F2F4F7"/>
            <w:tcMar>
              <w:top w:w="80" w:type="dxa"/>
              <w:left w:w="120" w:type="dxa"/>
              <w:bottom w:w="80" w:type="dxa"/>
              <w:right w:w="120" w:type="dxa"/>
            </w:tcMar>
            <w:vAlign w:val="center"/>
          </w:tcPr>
          <w:p w14:paraId="5649449C" w14:textId="77777777" w:rsidR="006D5139" w:rsidRDefault="00000000">
            <w:pPr>
              <w:spacing w:after="40" w:line="252" w:lineRule="auto"/>
            </w:pPr>
            <w:r>
              <w:rPr>
                <w:b/>
                <w:color w:val="0B2545"/>
                <w:sz w:val="17"/>
              </w:rPr>
              <w:t>张顺（后端）</w:t>
            </w:r>
          </w:p>
        </w:tc>
        <w:tc>
          <w:tcPr>
            <w:tcW w:w="1440" w:type="dxa"/>
            <w:shd w:val="clear" w:color="auto" w:fill="F2F4F7"/>
            <w:tcMar>
              <w:top w:w="80" w:type="dxa"/>
              <w:left w:w="120" w:type="dxa"/>
              <w:bottom w:w="80" w:type="dxa"/>
              <w:right w:w="120" w:type="dxa"/>
            </w:tcMar>
            <w:vAlign w:val="center"/>
          </w:tcPr>
          <w:p w14:paraId="53D9F840" w14:textId="77777777" w:rsidR="006D5139" w:rsidRDefault="00000000">
            <w:pPr>
              <w:spacing w:after="40" w:line="252" w:lineRule="auto"/>
            </w:pPr>
            <w:r>
              <w:rPr>
                <w:b/>
                <w:color w:val="0B2545"/>
                <w:sz w:val="17"/>
              </w:rPr>
              <w:t>阶段交付</w:t>
            </w:r>
            <w:r>
              <w:rPr>
                <w:b/>
                <w:color w:val="0B2545"/>
                <w:sz w:val="17"/>
              </w:rPr>
              <w:t>/</w:t>
            </w:r>
            <w:r>
              <w:rPr>
                <w:b/>
                <w:color w:val="0B2545"/>
                <w:sz w:val="17"/>
              </w:rPr>
              <w:t>退出条件</w:t>
            </w:r>
          </w:p>
        </w:tc>
      </w:tr>
      <w:tr w:rsidR="006D5139" w14:paraId="5C84B265" w14:textId="77777777">
        <w:trPr>
          <w:cantSplit/>
        </w:trPr>
        <w:tc>
          <w:tcPr>
            <w:tcW w:w="1350" w:type="dxa"/>
            <w:tcMar>
              <w:top w:w="80" w:type="dxa"/>
              <w:left w:w="120" w:type="dxa"/>
              <w:bottom w:w="80" w:type="dxa"/>
              <w:right w:w="120" w:type="dxa"/>
            </w:tcMar>
            <w:vAlign w:val="center"/>
          </w:tcPr>
          <w:p w14:paraId="13864E85" w14:textId="77777777" w:rsidR="006D5139" w:rsidRDefault="00000000">
            <w:pPr>
              <w:spacing w:after="60" w:line="252" w:lineRule="auto"/>
            </w:pPr>
            <w:r>
              <w:rPr>
                <w:sz w:val="17"/>
              </w:rPr>
              <w:t xml:space="preserve">Sprint 0 </w:t>
            </w:r>
            <w:r>
              <w:rPr>
                <w:sz w:val="17"/>
              </w:rPr>
              <w:t>基线</w:t>
            </w:r>
          </w:p>
        </w:tc>
        <w:tc>
          <w:tcPr>
            <w:tcW w:w="1710" w:type="dxa"/>
            <w:tcMar>
              <w:top w:w="80" w:type="dxa"/>
              <w:left w:w="120" w:type="dxa"/>
              <w:bottom w:w="80" w:type="dxa"/>
              <w:right w:w="120" w:type="dxa"/>
            </w:tcMar>
            <w:vAlign w:val="center"/>
          </w:tcPr>
          <w:p w14:paraId="227EF698" w14:textId="77777777" w:rsidR="006D5139" w:rsidRDefault="00000000">
            <w:pPr>
              <w:spacing w:after="60" w:line="252" w:lineRule="auto"/>
            </w:pPr>
            <w:r>
              <w:rPr>
                <w:sz w:val="17"/>
              </w:rPr>
              <w:t>8/3—8/14</w:t>
            </w:r>
          </w:p>
        </w:tc>
        <w:tc>
          <w:tcPr>
            <w:tcW w:w="2430" w:type="dxa"/>
            <w:tcMar>
              <w:top w:w="80" w:type="dxa"/>
              <w:left w:w="120" w:type="dxa"/>
              <w:bottom w:w="80" w:type="dxa"/>
              <w:right w:w="120" w:type="dxa"/>
            </w:tcMar>
            <w:vAlign w:val="center"/>
          </w:tcPr>
          <w:p w14:paraId="7BC6FA7C" w14:textId="77777777" w:rsidR="006D5139" w:rsidRDefault="00000000">
            <w:pPr>
              <w:spacing w:after="60" w:line="252" w:lineRule="auto"/>
              <w:rPr>
                <w:lang w:eastAsia="zh-CN"/>
              </w:rPr>
            </w:pPr>
            <w:r>
              <w:rPr>
                <w:sz w:val="17"/>
                <w:lang w:eastAsia="zh-CN"/>
              </w:rPr>
              <w:t>信息架构、设计系统、</w:t>
            </w:r>
            <w:r>
              <w:rPr>
                <w:sz w:val="17"/>
                <w:lang w:eastAsia="zh-CN"/>
              </w:rPr>
              <w:t xml:space="preserve">Nuxt </w:t>
            </w:r>
            <w:r>
              <w:rPr>
                <w:sz w:val="17"/>
                <w:lang w:eastAsia="zh-CN"/>
              </w:rPr>
              <w:t>骨架、</w:t>
            </w:r>
            <w:r>
              <w:rPr>
                <w:sz w:val="17"/>
                <w:lang w:eastAsia="zh-CN"/>
              </w:rPr>
              <w:t>Mock</w:t>
            </w:r>
          </w:p>
        </w:tc>
        <w:tc>
          <w:tcPr>
            <w:tcW w:w="2430" w:type="dxa"/>
            <w:tcMar>
              <w:top w:w="80" w:type="dxa"/>
              <w:left w:w="120" w:type="dxa"/>
              <w:bottom w:w="80" w:type="dxa"/>
              <w:right w:w="120" w:type="dxa"/>
            </w:tcMar>
            <w:vAlign w:val="center"/>
          </w:tcPr>
          <w:p w14:paraId="1B845C03" w14:textId="77777777" w:rsidR="006D5139" w:rsidRDefault="00000000">
            <w:pPr>
              <w:spacing w:after="60" w:line="252" w:lineRule="auto"/>
            </w:pPr>
            <w:r>
              <w:rPr>
                <w:sz w:val="17"/>
              </w:rPr>
              <w:t>Frappe PoC</w:t>
            </w:r>
            <w:r>
              <w:rPr>
                <w:sz w:val="17"/>
              </w:rPr>
              <w:t>、</w:t>
            </w:r>
            <w:r>
              <w:rPr>
                <w:sz w:val="17"/>
              </w:rPr>
              <w:t xml:space="preserve">DocType </w:t>
            </w:r>
            <w:r>
              <w:rPr>
                <w:sz w:val="17"/>
              </w:rPr>
              <w:t>草模、</w:t>
            </w:r>
            <w:r>
              <w:rPr>
                <w:sz w:val="17"/>
              </w:rPr>
              <w:t>CI/</w:t>
            </w:r>
            <w:r>
              <w:rPr>
                <w:sz w:val="17"/>
              </w:rPr>
              <w:t>环境</w:t>
            </w:r>
          </w:p>
        </w:tc>
        <w:tc>
          <w:tcPr>
            <w:tcW w:w="1440" w:type="dxa"/>
            <w:tcMar>
              <w:top w:w="80" w:type="dxa"/>
              <w:left w:w="120" w:type="dxa"/>
              <w:bottom w:w="80" w:type="dxa"/>
              <w:right w:w="120" w:type="dxa"/>
            </w:tcMar>
            <w:vAlign w:val="center"/>
          </w:tcPr>
          <w:p w14:paraId="3FCAA765" w14:textId="77777777" w:rsidR="006D5139" w:rsidRDefault="00000000">
            <w:pPr>
              <w:spacing w:after="60" w:line="252" w:lineRule="auto"/>
              <w:rPr>
                <w:lang w:eastAsia="zh-CN"/>
              </w:rPr>
            </w:pPr>
            <w:r>
              <w:rPr>
                <w:sz w:val="17"/>
                <w:lang w:eastAsia="zh-CN"/>
              </w:rPr>
              <w:t>技术</w:t>
            </w:r>
            <w:r>
              <w:rPr>
                <w:sz w:val="17"/>
                <w:lang w:eastAsia="zh-CN"/>
              </w:rPr>
              <w:t xml:space="preserve"> PoC </w:t>
            </w:r>
            <w:r>
              <w:rPr>
                <w:sz w:val="17"/>
                <w:lang w:eastAsia="zh-CN"/>
              </w:rPr>
              <w:t>通过；需求和数据模型冻结</w:t>
            </w:r>
            <w:r>
              <w:rPr>
                <w:sz w:val="17"/>
                <w:lang w:eastAsia="zh-CN"/>
              </w:rPr>
              <w:t xml:space="preserve"> 80%</w:t>
            </w:r>
            <w:r>
              <w:rPr>
                <w:sz w:val="17"/>
                <w:lang w:eastAsia="zh-CN"/>
              </w:rPr>
              <w:t>；开发</w:t>
            </w:r>
            <w:r>
              <w:rPr>
                <w:sz w:val="17"/>
                <w:lang w:eastAsia="zh-CN"/>
              </w:rPr>
              <w:t>/</w:t>
            </w:r>
            <w:r>
              <w:rPr>
                <w:sz w:val="17"/>
                <w:lang w:eastAsia="zh-CN"/>
              </w:rPr>
              <w:t>预发可运行</w:t>
            </w:r>
          </w:p>
        </w:tc>
      </w:tr>
      <w:tr w:rsidR="006D5139" w14:paraId="1D4EBAED" w14:textId="77777777">
        <w:trPr>
          <w:cantSplit/>
        </w:trPr>
        <w:tc>
          <w:tcPr>
            <w:tcW w:w="1350" w:type="dxa"/>
            <w:tcMar>
              <w:top w:w="80" w:type="dxa"/>
              <w:left w:w="120" w:type="dxa"/>
              <w:bottom w:w="80" w:type="dxa"/>
              <w:right w:w="120" w:type="dxa"/>
            </w:tcMar>
            <w:vAlign w:val="center"/>
          </w:tcPr>
          <w:p w14:paraId="69BCAB53" w14:textId="77777777" w:rsidR="006D5139" w:rsidRDefault="00000000">
            <w:pPr>
              <w:spacing w:after="60" w:line="252" w:lineRule="auto"/>
            </w:pPr>
            <w:r>
              <w:rPr>
                <w:sz w:val="17"/>
              </w:rPr>
              <w:t xml:space="preserve">Sprint 1 </w:t>
            </w:r>
            <w:r>
              <w:rPr>
                <w:sz w:val="17"/>
              </w:rPr>
              <w:t>身份档案</w:t>
            </w:r>
          </w:p>
        </w:tc>
        <w:tc>
          <w:tcPr>
            <w:tcW w:w="1710" w:type="dxa"/>
            <w:tcMar>
              <w:top w:w="80" w:type="dxa"/>
              <w:left w:w="120" w:type="dxa"/>
              <w:bottom w:w="80" w:type="dxa"/>
              <w:right w:w="120" w:type="dxa"/>
            </w:tcMar>
            <w:vAlign w:val="center"/>
          </w:tcPr>
          <w:p w14:paraId="060578CE" w14:textId="77777777" w:rsidR="006D5139" w:rsidRDefault="00000000">
            <w:pPr>
              <w:spacing w:after="60" w:line="252" w:lineRule="auto"/>
            </w:pPr>
            <w:r>
              <w:rPr>
                <w:sz w:val="17"/>
              </w:rPr>
              <w:t>8/17—8/28</w:t>
            </w:r>
          </w:p>
        </w:tc>
        <w:tc>
          <w:tcPr>
            <w:tcW w:w="2430" w:type="dxa"/>
            <w:tcMar>
              <w:top w:w="80" w:type="dxa"/>
              <w:left w:w="120" w:type="dxa"/>
              <w:bottom w:w="80" w:type="dxa"/>
              <w:right w:w="120" w:type="dxa"/>
            </w:tcMar>
            <w:vAlign w:val="center"/>
          </w:tcPr>
          <w:p w14:paraId="1AF82EA9" w14:textId="77777777" w:rsidR="006D5139" w:rsidRDefault="00000000">
            <w:pPr>
              <w:spacing w:after="60" w:line="252" w:lineRule="auto"/>
              <w:rPr>
                <w:lang w:eastAsia="zh-CN"/>
              </w:rPr>
            </w:pPr>
            <w:r>
              <w:rPr>
                <w:sz w:val="17"/>
                <w:lang w:eastAsia="zh-CN"/>
              </w:rPr>
              <w:t>登录、角色选择、职业档案、简历上传</w:t>
            </w:r>
          </w:p>
        </w:tc>
        <w:tc>
          <w:tcPr>
            <w:tcW w:w="2430" w:type="dxa"/>
            <w:tcMar>
              <w:top w:w="80" w:type="dxa"/>
              <w:left w:w="120" w:type="dxa"/>
              <w:bottom w:w="80" w:type="dxa"/>
              <w:right w:w="120" w:type="dxa"/>
            </w:tcMar>
            <w:vAlign w:val="center"/>
          </w:tcPr>
          <w:p w14:paraId="3E22C93C" w14:textId="77777777" w:rsidR="006D5139" w:rsidRDefault="00000000">
            <w:pPr>
              <w:spacing w:after="60" w:line="252" w:lineRule="auto"/>
            </w:pPr>
            <w:r>
              <w:rPr>
                <w:sz w:val="17"/>
              </w:rPr>
              <w:t>用户</w:t>
            </w:r>
            <w:r>
              <w:rPr>
                <w:sz w:val="17"/>
              </w:rPr>
              <w:t>/</w:t>
            </w:r>
            <w:r>
              <w:rPr>
                <w:sz w:val="17"/>
              </w:rPr>
              <w:t>角色、</w:t>
            </w:r>
            <w:r>
              <w:rPr>
                <w:sz w:val="17"/>
              </w:rPr>
              <w:t>Consent</w:t>
            </w:r>
            <w:r>
              <w:rPr>
                <w:sz w:val="17"/>
              </w:rPr>
              <w:t>、</w:t>
            </w:r>
            <w:r>
              <w:rPr>
                <w:sz w:val="17"/>
              </w:rPr>
              <w:t>Candidate</w:t>
            </w:r>
            <w:r>
              <w:rPr>
                <w:sz w:val="17"/>
              </w:rPr>
              <w:t>、</w:t>
            </w:r>
            <w:r>
              <w:rPr>
                <w:sz w:val="17"/>
              </w:rPr>
              <w:t>Resume</w:t>
            </w:r>
            <w:r>
              <w:rPr>
                <w:sz w:val="17"/>
              </w:rPr>
              <w:t>、文件安全</w:t>
            </w:r>
          </w:p>
        </w:tc>
        <w:tc>
          <w:tcPr>
            <w:tcW w:w="1440" w:type="dxa"/>
            <w:tcMar>
              <w:top w:w="80" w:type="dxa"/>
              <w:left w:w="120" w:type="dxa"/>
              <w:bottom w:w="80" w:type="dxa"/>
              <w:right w:w="120" w:type="dxa"/>
            </w:tcMar>
            <w:vAlign w:val="center"/>
          </w:tcPr>
          <w:p w14:paraId="578ED358" w14:textId="77777777" w:rsidR="006D5139" w:rsidRDefault="00000000">
            <w:pPr>
              <w:spacing w:after="60" w:line="252" w:lineRule="auto"/>
              <w:rPr>
                <w:lang w:eastAsia="zh-CN"/>
              </w:rPr>
            </w:pPr>
            <w:r>
              <w:rPr>
                <w:sz w:val="17"/>
                <w:lang w:eastAsia="zh-CN"/>
              </w:rPr>
              <w:t>求职者可注册并完成档案；权限测试通过</w:t>
            </w:r>
          </w:p>
        </w:tc>
      </w:tr>
      <w:tr w:rsidR="006D5139" w14:paraId="2FA6D150" w14:textId="77777777">
        <w:trPr>
          <w:cantSplit/>
        </w:trPr>
        <w:tc>
          <w:tcPr>
            <w:tcW w:w="1350" w:type="dxa"/>
            <w:tcMar>
              <w:top w:w="80" w:type="dxa"/>
              <w:left w:w="120" w:type="dxa"/>
              <w:bottom w:w="80" w:type="dxa"/>
              <w:right w:w="120" w:type="dxa"/>
            </w:tcMar>
            <w:vAlign w:val="center"/>
          </w:tcPr>
          <w:p w14:paraId="7065D569" w14:textId="77777777" w:rsidR="006D5139" w:rsidRDefault="00000000">
            <w:pPr>
              <w:spacing w:after="60" w:line="252" w:lineRule="auto"/>
            </w:pPr>
            <w:r>
              <w:rPr>
                <w:sz w:val="17"/>
              </w:rPr>
              <w:t xml:space="preserve">Sprint 2 </w:t>
            </w:r>
            <w:r>
              <w:rPr>
                <w:sz w:val="17"/>
              </w:rPr>
              <w:t>企业岗位</w:t>
            </w:r>
          </w:p>
        </w:tc>
        <w:tc>
          <w:tcPr>
            <w:tcW w:w="1710" w:type="dxa"/>
            <w:tcMar>
              <w:top w:w="80" w:type="dxa"/>
              <w:left w:w="120" w:type="dxa"/>
              <w:bottom w:w="80" w:type="dxa"/>
              <w:right w:w="120" w:type="dxa"/>
            </w:tcMar>
            <w:vAlign w:val="center"/>
          </w:tcPr>
          <w:p w14:paraId="0DB909A5" w14:textId="77777777" w:rsidR="006D5139" w:rsidRDefault="00000000">
            <w:pPr>
              <w:spacing w:after="60" w:line="252" w:lineRule="auto"/>
            </w:pPr>
            <w:r>
              <w:rPr>
                <w:sz w:val="17"/>
              </w:rPr>
              <w:t>8/31—9/11</w:t>
            </w:r>
          </w:p>
        </w:tc>
        <w:tc>
          <w:tcPr>
            <w:tcW w:w="2430" w:type="dxa"/>
            <w:tcMar>
              <w:top w:w="80" w:type="dxa"/>
              <w:left w:w="120" w:type="dxa"/>
              <w:bottom w:w="80" w:type="dxa"/>
              <w:right w:w="120" w:type="dxa"/>
            </w:tcMar>
            <w:vAlign w:val="center"/>
          </w:tcPr>
          <w:p w14:paraId="0EB3B305" w14:textId="77777777" w:rsidR="006D5139" w:rsidRDefault="00000000">
            <w:pPr>
              <w:spacing w:after="60" w:line="252" w:lineRule="auto"/>
              <w:rPr>
                <w:lang w:eastAsia="zh-CN"/>
              </w:rPr>
            </w:pPr>
            <w:r>
              <w:rPr>
                <w:sz w:val="17"/>
                <w:lang w:eastAsia="zh-CN"/>
              </w:rPr>
              <w:t>企业认证页、岗位创建、岗位搜索</w:t>
            </w:r>
            <w:r>
              <w:rPr>
                <w:sz w:val="17"/>
                <w:lang w:eastAsia="zh-CN"/>
              </w:rPr>
              <w:t>/</w:t>
            </w:r>
            <w:r>
              <w:rPr>
                <w:sz w:val="17"/>
                <w:lang w:eastAsia="zh-CN"/>
              </w:rPr>
              <w:t>详情</w:t>
            </w:r>
          </w:p>
        </w:tc>
        <w:tc>
          <w:tcPr>
            <w:tcW w:w="2430" w:type="dxa"/>
            <w:tcMar>
              <w:top w:w="80" w:type="dxa"/>
              <w:left w:w="120" w:type="dxa"/>
              <w:bottom w:w="80" w:type="dxa"/>
              <w:right w:w="120" w:type="dxa"/>
            </w:tcMar>
            <w:vAlign w:val="center"/>
          </w:tcPr>
          <w:p w14:paraId="1EE78383" w14:textId="77777777" w:rsidR="006D5139" w:rsidRDefault="00000000">
            <w:pPr>
              <w:spacing w:after="60" w:line="252" w:lineRule="auto"/>
            </w:pPr>
            <w:r>
              <w:rPr>
                <w:sz w:val="17"/>
              </w:rPr>
              <w:t>Organization</w:t>
            </w:r>
            <w:r>
              <w:rPr>
                <w:sz w:val="17"/>
              </w:rPr>
              <w:t>、</w:t>
            </w:r>
            <w:r>
              <w:rPr>
                <w:sz w:val="17"/>
              </w:rPr>
              <w:t>Recruiter</w:t>
            </w:r>
            <w:r>
              <w:rPr>
                <w:sz w:val="17"/>
              </w:rPr>
              <w:t>、</w:t>
            </w:r>
            <w:r>
              <w:rPr>
                <w:sz w:val="17"/>
              </w:rPr>
              <w:t>Verification</w:t>
            </w:r>
            <w:r>
              <w:rPr>
                <w:sz w:val="17"/>
              </w:rPr>
              <w:t>、</w:t>
            </w:r>
            <w:r>
              <w:rPr>
                <w:sz w:val="17"/>
              </w:rPr>
              <w:t xml:space="preserve">Job </w:t>
            </w:r>
            <w:r>
              <w:rPr>
                <w:sz w:val="17"/>
              </w:rPr>
              <w:t>工作流和搜索</w:t>
            </w:r>
          </w:p>
        </w:tc>
        <w:tc>
          <w:tcPr>
            <w:tcW w:w="1440" w:type="dxa"/>
            <w:tcMar>
              <w:top w:w="80" w:type="dxa"/>
              <w:left w:w="120" w:type="dxa"/>
              <w:bottom w:w="80" w:type="dxa"/>
              <w:right w:w="120" w:type="dxa"/>
            </w:tcMar>
            <w:vAlign w:val="center"/>
          </w:tcPr>
          <w:p w14:paraId="32ACF103" w14:textId="77777777" w:rsidR="006D5139" w:rsidRDefault="00000000">
            <w:pPr>
              <w:spacing w:after="60" w:line="252" w:lineRule="auto"/>
              <w:rPr>
                <w:lang w:eastAsia="zh-CN"/>
              </w:rPr>
            </w:pPr>
            <w:r>
              <w:rPr>
                <w:sz w:val="17"/>
                <w:lang w:eastAsia="zh-CN"/>
              </w:rPr>
              <w:t>企业可提交认证并发布经审核岗位；搜索闭环</w:t>
            </w:r>
          </w:p>
        </w:tc>
      </w:tr>
      <w:tr w:rsidR="006D5139" w14:paraId="7A835EB9" w14:textId="77777777">
        <w:trPr>
          <w:cantSplit/>
        </w:trPr>
        <w:tc>
          <w:tcPr>
            <w:tcW w:w="1350" w:type="dxa"/>
            <w:tcMar>
              <w:top w:w="80" w:type="dxa"/>
              <w:left w:w="120" w:type="dxa"/>
              <w:bottom w:w="80" w:type="dxa"/>
              <w:right w:w="120" w:type="dxa"/>
            </w:tcMar>
            <w:vAlign w:val="center"/>
          </w:tcPr>
          <w:p w14:paraId="2DB8C002" w14:textId="77777777" w:rsidR="006D5139" w:rsidRDefault="00000000">
            <w:pPr>
              <w:spacing w:after="60" w:line="252" w:lineRule="auto"/>
            </w:pPr>
            <w:r>
              <w:rPr>
                <w:sz w:val="17"/>
              </w:rPr>
              <w:t xml:space="preserve">Sprint 3 </w:t>
            </w:r>
            <w:r>
              <w:rPr>
                <w:sz w:val="17"/>
              </w:rPr>
              <w:t>投递管道</w:t>
            </w:r>
          </w:p>
        </w:tc>
        <w:tc>
          <w:tcPr>
            <w:tcW w:w="1710" w:type="dxa"/>
            <w:tcMar>
              <w:top w:w="80" w:type="dxa"/>
              <w:left w:w="120" w:type="dxa"/>
              <w:bottom w:w="80" w:type="dxa"/>
              <w:right w:w="120" w:type="dxa"/>
            </w:tcMar>
            <w:vAlign w:val="center"/>
          </w:tcPr>
          <w:p w14:paraId="23AACD51" w14:textId="77777777" w:rsidR="006D5139" w:rsidRDefault="00000000">
            <w:pPr>
              <w:spacing w:after="60" w:line="252" w:lineRule="auto"/>
            </w:pPr>
            <w:r>
              <w:rPr>
                <w:sz w:val="17"/>
              </w:rPr>
              <w:t>9/14—9/25</w:t>
            </w:r>
          </w:p>
        </w:tc>
        <w:tc>
          <w:tcPr>
            <w:tcW w:w="2430" w:type="dxa"/>
            <w:tcMar>
              <w:top w:w="80" w:type="dxa"/>
              <w:left w:w="120" w:type="dxa"/>
              <w:bottom w:w="80" w:type="dxa"/>
              <w:right w:w="120" w:type="dxa"/>
            </w:tcMar>
            <w:vAlign w:val="center"/>
          </w:tcPr>
          <w:p w14:paraId="6A9365EE" w14:textId="77777777" w:rsidR="006D5139" w:rsidRDefault="00000000">
            <w:pPr>
              <w:spacing w:after="60" w:line="252" w:lineRule="auto"/>
              <w:rPr>
                <w:lang w:eastAsia="zh-CN"/>
              </w:rPr>
            </w:pPr>
            <w:r>
              <w:rPr>
                <w:sz w:val="17"/>
                <w:lang w:eastAsia="zh-CN"/>
              </w:rPr>
              <w:t>投递、申请记录、招聘者候选人看板</w:t>
            </w:r>
          </w:p>
        </w:tc>
        <w:tc>
          <w:tcPr>
            <w:tcW w:w="2430" w:type="dxa"/>
            <w:tcMar>
              <w:top w:w="80" w:type="dxa"/>
              <w:left w:w="120" w:type="dxa"/>
              <w:bottom w:w="80" w:type="dxa"/>
              <w:right w:w="120" w:type="dxa"/>
            </w:tcMar>
            <w:vAlign w:val="center"/>
          </w:tcPr>
          <w:p w14:paraId="33BA3C92" w14:textId="77777777" w:rsidR="006D5139" w:rsidRDefault="00000000">
            <w:pPr>
              <w:spacing w:after="60" w:line="252" w:lineRule="auto"/>
            </w:pPr>
            <w:r>
              <w:rPr>
                <w:sz w:val="17"/>
              </w:rPr>
              <w:t>Application</w:t>
            </w:r>
            <w:r>
              <w:rPr>
                <w:sz w:val="17"/>
              </w:rPr>
              <w:t>、快照、阶段状态机、审计</w:t>
            </w:r>
          </w:p>
        </w:tc>
        <w:tc>
          <w:tcPr>
            <w:tcW w:w="1440" w:type="dxa"/>
            <w:tcMar>
              <w:top w:w="80" w:type="dxa"/>
              <w:left w:w="120" w:type="dxa"/>
              <w:bottom w:w="80" w:type="dxa"/>
              <w:right w:w="120" w:type="dxa"/>
            </w:tcMar>
            <w:vAlign w:val="center"/>
          </w:tcPr>
          <w:p w14:paraId="0AB2701A" w14:textId="77777777" w:rsidR="006D5139" w:rsidRDefault="00000000">
            <w:pPr>
              <w:spacing w:after="60" w:line="252" w:lineRule="auto"/>
              <w:rPr>
                <w:lang w:eastAsia="zh-CN"/>
              </w:rPr>
            </w:pPr>
            <w:r>
              <w:rPr>
                <w:sz w:val="17"/>
                <w:lang w:eastAsia="zh-CN"/>
              </w:rPr>
              <w:t>一次完整投递和阶段推进可演示；无越权</w:t>
            </w:r>
          </w:p>
        </w:tc>
      </w:tr>
      <w:tr w:rsidR="006D5139" w14:paraId="2FB82B9C" w14:textId="77777777">
        <w:trPr>
          <w:cantSplit/>
        </w:trPr>
        <w:tc>
          <w:tcPr>
            <w:tcW w:w="1350" w:type="dxa"/>
            <w:tcMar>
              <w:top w:w="80" w:type="dxa"/>
              <w:left w:w="120" w:type="dxa"/>
              <w:bottom w:w="80" w:type="dxa"/>
              <w:right w:w="120" w:type="dxa"/>
            </w:tcMar>
            <w:vAlign w:val="center"/>
          </w:tcPr>
          <w:p w14:paraId="1CD5D1C6" w14:textId="77777777" w:rsidR="006D5139" w:rsidRDefault="00000000">
            <w:pPr>
              <w:spacing w:after="60" w:line="252" w:lineRule="auto"/>
            </w:pPr>
            <w:r>
              <w:rPr>
                <w:sz w:val="17"/>
              </w:rPr>
              <w:t>假期</w:t>
            </w:r>
            <w:r>
              <w:rPr>
                <w:sz w:val="17"/>
              </w:rPr>
              <w:t>/</w:t>
            </w:r>
            <w:r>
              <w:rPr>
                <w:sz w:val="17"/>
              </w:rPr>
              <w:t>缓冲</w:t>
            </w:r>
          </w:p>
        </w:tc>
        <w:tc>
          <w:tcPr>
            <w:tcW w:w="1710" w:type="dxa"/>
            <w:tcMar>
              <w:top w:w="80" w:type="dxa"/>
              <w:left w:w="120" w:type="dxa"/>
              <w:bottom w:w="80" w:type="dxa"/>
              <w:right w:w="120" w:type="dxa"/>
            </w:tcMar>
            <w:vAlign w:val="center"/>
          </w:tcPr>
          <w:p w14:paraId="51DD686E" w14:textId="77777777" w:rsidR="006D5139" w:rsidRDefault="00000000">
            <w:pPr>
              <w:spacing w:after="60" w:line="252" w:lineRule="auto"/>
            </w:pPr>
            <w:r>
              <w:rPr>
                <w:sz w:val="17"/>
              </w:rPr>
              <w:t>9/28—10/9</w:t>
            </w:r>
          </w:p>
        </w:tc>
        <w:tc>
          <w:tcPr>
            <w:tcW w:w="2430" w:type="dxa"/>
            <w:tcMar>
              <w:top w:w="80" w:type="dxa"/>
              <w:left w:w="120" w:type="dxa"/>
              <w:bottom w:w="80" w:type="dxa"/>
              <w:right w:w="120" w:type="dxa"/>
            </w:tcMar>
            <w:vAlign w:val="center"/>
          </w:tcPr>
          <w:p w14:paraId="35FC1316" w14:textId="77777777" w:rsidR="006D5139" w:rsidRDefault="00000000">
            <w:pPr>
              <w:spacing w:after="60" w:line="252" w:lineRule="auto"/>
              <w:rPr>
                <w:lang w:eastAsia="zh-CN"/>
              </w:rPr>
            </w:pPr>
            <w:r>
              <w:rPr>
                <w:sz w:val="17"/>
                <w:lang w:eastAsia="zh-CN"/>
              </w:rPr>
              <w:t>处理遗留</w:t>
            </w:r>
            <w:r>
              <w:rPr>
                <w:sz w:val="17"/>
                <w:lang w:eastAsia="zh-CN"/>
              </w:rPr>
              <w:t xml:space="preserve"> UI</w:t>
            </w:r>
            <w:r>
              <w:rPr>
                <w:sz w:val="17"/>
                <w:lang w:eastAsia="zh-CN"/>
              </w:rPr>
              <w:t>、补测试和文档</w:t>
            </w:r>
          </w:p>
        </w:tc>
        <w:tc>
          <w:tcPr>
            <w:tcW w:w="2430" w:type="dxa"/>
            <w:tcMar>
              <w:top w:w="80" w:type="dxa"/>
              <w:left w:w="120" w:type="dxa"/>
              <w:bottom w:w="80" w:type="dxa"/>
              <w:right w:w="120" w:type="dxa"/>
            </w:tcMar>
            <w:vAlign w:val="center"/>
          </w:tcPr>
          <w:p w14:paraId="227505A4" w14:textId="77777777" w:rsidR="006D5139" w:rsidRDefault="00000000">
            <w:pPr>
              <w:spacing w:after="60" w:line="252" w:lineRule="auto"/>
              <w:rPr>
                <w:lang w:eastAsia="zh-CN"/>
              </w:rPr>
            </w:pPr>
            <w:r>
              <w:rPr>
                <w:sz w:val="17"/>
                <w:lang w:eastAsia="zh-CN"/>
              </w:rPr>
              <w:t>处理技术债、迁移和安全问题</w:t>
            </w:r>
          </w:p>
        </w:tc>
        <w:tc>
          <w:tcPr>
            <w:tcW w:w="1440" w:type="dxa"/>
            <w:tcMar>
              <w:top w:w="80" w:type="dxa"/>
              <w:left w:w="120" w:type="dxa"/>
              <w:bottom w:w="80" w:type="dxa"/>
              <w:right w:w="120" w:type="dxa"/>
            </w:tcMar>
            <w:vAlign w:val="center"/>
          </w:tcPr>
          <w:p w14:paraId="7E662576" w14:textId="77777777" w:rsidR="006D5139" w:rsidRDefault="00000000">
            <w:pPr>
              <w:spacing w:after="60" w:line="252" w:lineRule="auto"/>
              <w:rPr>
                <w:lang w:eastAsia="zh-CN"/>
              </w:rPr>
            </w:pPr>
            <w:r>
              <w:rPr>
                <w:sz w:val="17"/>
                <w:lang w:eastAsia="zh-CN"/>
              </w:rPr>
              <w:t>不承诺新核心功能；消化前四阶段风险</w:t>
            </w:r>
          </w:p>
        </w:tc>
      </w:tr>
      <w:tr w:rsidR="006D5139" w14:paraId="4318A4B2" w14:textId="77777777">
        <w:trPr>
          <w:cantSplit/>
        </w:trPr>
        <w:tc>
          <w:tcPr>
            <w:tcW w:w="1350" w:type="dxa"/>
            <w:tcMar>
              <w:top w:w="80" w:type="dxa"/>
              <w:left w:w="120" w:type="dxa"/>
              <w:bottom w:w="80" w:type="dxa"/>
              <w:right w:w="120" w:type="dxa"/>
            </w:tcMar>
            <w:vAlign w:val="center"/>
          </w:tcPr>
          <w:p w14:paraId="476DD05F" w14:textId="77777777" w:rsidR="006D5139" w:rsidRDefault="00000000">
            <w:pPr>
              <w:spacing w:after="60" w:line="252" w:lineRule="auto"/>
            </w:pPr>
            <w:r>
              <w:rPr>
                <w:sz w:val="17"/>
              </w:rPr>
              <w:lastRenderedPageBreak/>
              <w:t xml:space="preserve">Sprint 4 </w:t>
            </w:r>
            <w:r>
              <w:rPr>
                <w:sz w:val="17"/>
              </w:rPr>
              <w:t>消息面试</w:t>
            </w:r>
          </w:p>
        </w:tc>
        <w:tc>
          <w:tcPr>
            <w:tcW w:w="1710" w:type="dxa"/>
            <w:tcMar>
              <w:top w:w="80" w:type="dxa"/>
              <w:left w:w="120" w:type="dxa"/>
              <w:bottom w:w="80" w:type="dxa"/>
              <w:right w:w="120" w:type="dxa"/>
            </w:tcMar>
            <w:vAlign w:val="center"/>
          </w:tcPr>
          <w:p w14:paraId="5ADF980A" w14:textId="77777777" w:rsidR="006D5139" w:rsidRDefault="00000000">
            <w:pPr>
              <w:spacing w:after="60" w:line="252" w:lineRule="auto"/>
            </w:pPr>
            <w:r>
              <w:rPr>
                <w:sz w:val="17"/>
              </w:rPr>
              <w:t>10/12—10/23</w:t>
            </w:r>
          </w:p>
        </w:tc>
        <w:tc>
          <w:tcPr>
            <w:tcW w:w="2430" w:type="dxa"/>
            <w:tcMar>
              <w:top w:w="80" w:type="dxa"/>
              <w:left w:w="120" w:type="dxa"/>
              <w:bottom w:w="80" w:type="dxa"/>
              <w:right w:w="120" w:type="dxa"/>
            </w:tcMar>
            <w:vAlign w:val="center"/>
          </w:tcPr>
          <w:p w14:paraId="4ED89511" w14:textId="77777777" w:rsidR="006D5139" w:rsidRDefault="00000000">
            <w:pPr>
              <w:spacing w:after="60" w:line="252" w:lineRule="auto"/>
              <w:rPr>
                <w:lang w:eastAsia="zh-CN"/>
              </w:rPr>
            </w:pPr>
            <w:r>
              <w:rPr>
                <w:sz w:val="17"/>
                <w:lang w:eastAsia="zh-CN"/>
              </w:rPr>
              <w:t>会话、未读、面试</w:t>
            </w:r>
            <w:r>
              <w:rPr>
                <w:sz w:val="17"/>
                <w:lang w:eastAsia="zh-CN"/>
              </w:rPr>
              <w:t xml:space="preserve">/Offer </w:t>
            </w:r>
            <w:r>
              <w:rPr>
                <w:sz w:val="17"/>
                <w:lang w:eastAsia="zh-CN"/>
              </w:rPr>
              <w:t>页面</w:t>
            </w:r>
          </w:p>
        </w:tc>
        <w:tc>
          <w:tcPr>
            <w:tcW w:w="2430" w:type="dxa"/>
            <w:tcMar>
              <w:top w:w="80" w:type="dxa"/>
              <w:left w:w="120" w:type="dxa"/>
              <w:bottom w:w="80" w:type="dxa"/>
              <w:right w:w="120" w:type="dxa"/>
            </w:tcMar>
            <w:vAlign w:val="center"/>
          </w:tcPr>
          <w:p w14:paraId="65DB9A6B" w14:textId="77777777" w:rsidR="006D5139" w:rsidRDefault="00000000">
            <w:pPr>
              <w:spacing w:after="60" w:line="252" w:lineRule="auto"/>
            </w:pPr>
            <w:r>
              <w:rPr>
                <w:sz w:val="17"/>
              </w:rPr>
              <w:t>Conversation</w:t>
            </w:r>
            <w:r>
              <w:rPr>
                <w:sz w:val="17"/>
              </w:rPr>
              <w:t>、</w:t>
            </w:r>
            <w:r>
              <w:rPr>
                <w:sz w:val="17"/>
              </w:rPr>
              <w:t>Message</w:t>
            </w:r>
            <w:r>
              <w:rPr>
                <w:sz w:val="17"/>
              </w:rPr>
              <w:t>、实时、通知、</w:t>
            </w:r>
            <w:r>
              <w:rPr>
                <w:sz w:val="17"/>
              </w:rPr>
              <w:t>Interview</w:t>
            </w:r>
            <w:r>
              <w:rPr>
                <w:sz w:val="17"/>
              </w:rPr>
              <w:t>、</w:t>
            </w:r>
            <w:r>
              <w:rPr>
                <w:sz w:val="17"/>
              </w:rPr>
              <w:t>Offer</w:t>
            </w:r>
          </w:p>
        </w:tc>
        <w:tc>
          <w:tcPr>
            <w:tcW w:w="1440" w:type="dxa"/>
            <w:tcMar>
              <w:top w:w="80" w:type="dxa"/>
              <w:left w:w="120" w:type="dxa"/>
              <w:bottom w:w="80" w:type="dxa"/>
              <w:right w:w="120" w:type="dxa"/>
            </w:tcMar>
            <w:vAlign w:val="center"/>
          </w:tcPr>
          <w:p w14:paraId="34BFF4A1" w14:textId="77777777" w:rsidR="006D5139" w:rsidRDefault="00000000">
            <w:pPr>
              <w:spacing w:after="60" w:line="252" w:lineRule="auto"/>
              <w:rPr>
                <w:lang w:eastAsia="zh-CN"/>
              </w:rPr>
            </w:pPr>
            <w:r>
              <w:rPr>
                <w:sz w:val="17"/>
                <w:lang w:eastAsia="zh-CN"/>
              </w:rPr>
              <w:t>授权会话、面试邀请和</w:t>
            </w:r>
            <w:r>
              <w:rPr>
                <w:sz w:val="17"/>
                <w:lang w:eastAsia="zh-CN"/>
              </w:rPr>
              <w:t xml:space="preserve"> Offer </w:t>
            </w:r>
            <w:r>
              <w:rPr>
                <w:sz w:val="17"/>
                <w:lang w:eastAsia="zh-CN"/>
              </w:rPr>
              <w:t>闭环；消息可靠性通过</w:t>
            </w:r>
          </w:p>
        </w:tc>
      </w:tr>
      <w:tr w:rsidR="006D5139" w14:paraId="49668B94" w14:textId="77777777">
        <w:trPr>
          <w:cantSplit/>
        </w:trPr>
        <w:tc>
          <w:tcPr>
            <w:tcW w:w="1350" w:type="dxa"/>
            <w:tcMar>
              <w:top w:w="80" w:type="dxa"/>
              <w:left w:w="120" w:type="dxa"/>
              <w:bottom w:w="80" w:type="dxa"/>
              <w:right w:w="120" w:type="dxa"/>
            </w:tcMar>
            <w:vAlign w:val="center"/>
          </w:tcPr>
          <w:p w14:paraId="23732332" w14:textId="77777777" w:rsidR="006D5139" w:rsidRDefault="00000000">
            <w:pPr>
              <w:spacing w:after="60" w:line="252" w:lineRule="auto"/>
            </w:pPr>
            <w:r>
              <w:rPr>
                <w:sz w:val="17"/>
              </w:rPr>
              <w:t xml:space="preserve">Sprint 5 AI </w:t>
            </w:r>
            <w:r>
              <w:rPr>
                <w:sz w:val="17"/>
              </w:rPr>
              <w:t>助手</w:t>
            </w:r>
          </w:p>
        </w:tc>
        <w:tc>
          <w:tcPr>
            <w:tcW w:w="1710" w:type="dxa"/>
            <w:tcMar>
              <w:top w:w="80" w:type="dxa"/>
              <w:left w:w="120" w:type="dxa"/>
              <w:bottom w:w="80" w:type="dxa"/>
              <w:right w:w="120" w:type="dxa"/>
            </w:tcMar>
            <w:vAlign w:val="center"/>
          </w:tcPr>
          <w:p w14:paraId="131A0989" w14:textId="77777777" w:rsidR="006D5139" w:rsidRDefault="00000000">
            <w:pPr>
              <w:spacing w:after="60" w:line="252" w:lineRule="auto"/>
            </w:pPr>
            <w:r>
              <w:rPr>
                <w:sz w:val="17"/>
              </w:rPr>
              <w:t>10/26—11/6</w:t>
            </w:r>
          </w:p>
        </w:tc>
        <w:tc>
          <w:tcPr>
            <w:tcW w:w="2430" w:type="dxa"/>
            <w:tcMar>
              <w:top w:w="80" w:type="dxa"/>
              <w:left w:w="120" w:type="dxa"/>
              <w:bottom w:w="80" w:type="dxa"/>
              <w:right w:w="120" w:type="dxa"/>
            </w:tcMar>
            <w:vAlign w:val="center"/>
          </w:tcPr>
          <w:p w14:paraId="68EC9479" w14:textId="77777777" w:rsidR="006D5139" w:rsidRDefault="00000000">
            <w:pPr>
              <w:spacing w:after="60" w:line="252" w:lineRule="auto"/>
              <w:rPr>
                <w:lang w:eastAsia="zh-CN"/>
              </w:rPr>
            </w:pPr>
            <w:r>
              <w:rPr>
                <w:sz w:val="17"/>
                <w:lang w:eastAsia="zh-CN"/>
              </w:rPr>
              <w:t xml:space="preserve">AI </w:t>
            </w:r>
            <w:r>
              <w:rPr>
                <w:sz w:val="17"/>
                <w:lang w:eastAsia="zh-CN"/>
              </w:rPr>
              <w:t>工作台、进度、报告、面试训练交互</w:t>
            </w:r>
          </w:p>
        </w:tc>
        <w:tc>
          <w:tcPr>
            <w:tcW w:w="2430" w:type="dxa"/>
            <w:tcMar>
              <w:top w:w="80" w:type="dxa"/>
              <w:left w:w="120" w:type="dxa"/>
              <w:bottom w:w="80" w:type="dxa"/>
              <w:right w:w="120" w:type="dxa"/>
            </w:tcMar>
            <w:vAlign w:val="center"/>
          </w:tcPr>
          <w:p w14:paraId="5708DFA4" w14:textId="77777777" w:rsidR="006D5139" w:rsidRDefault="00000000">
            <w:pPr>
              <w:spacing w:after="60" w:line="252" w:lineRule="auto"/>
              <w:rPr>
                <w:lang w:eastAsia="zh-CN"/>
              </w:rPr>
            </w:pPr>
            <w:r>
              <w:rPr>
                <w:sz w:val="17"/>
                <w:lang w:eastAsia="zh-CN"/>
              </w:rPr>
              <w:t xml:space="preserve">AI </w:t>
            </w:r>
            <w:r>
              <w:rPr>
                <w:sz w:val="17"/>
                <w:lang w:eastAsia="zh-CN"/>
              </w:rPr>
              <w:t>适配器、任务队列、结构化输出、成本</w:t>
            </w:r>
            <w:r>
              <w:rPr>
                <w:sz w:val="17"/>
                <w:lang w:eastAsia="zh-CN"/>
              </w:rPr>
              <w:t>/</w:t>
            </w:r>
            <w:r>
              <w:rPr>
                <w:sz w:val="17"/>
                <w:lang w:eastAsia="zh-CN"/>
              </w:rPr>
              <w:t>安全</w:t>
            </w:r>
            <w:r>
              <w:rPr>
                <w:sz w:val="17"/>
                <w:lang w:eastAsia="zh-CN"/>
              </w:rPr>
              <w:t>/</w:t>
            </w:r>
            <w:r>
              <w:rPr>
                <w:sz w:val="17"/>
                <w:lang w:eastAsia="zh-CN"/>
              </w:rPr>
              <w:t>评测</w:t>
            </w:r>
          </w:p>
        </w:tc>
        <w:tc>
          <w:tcPr>
            <w:tcW w:w="1440" w:type="dxa"/>
            <w:tcMar>
              <w:top w:w="80" w:type="dxa"/>
              <w:left w:w="120" w:type="dxa"/>
              <w:bottom w:w="80" w:type="dxa"/>
              <w:right w:w="120" w:type="dxa"/>
            </w:tcMar>
            <w:vAlign w:val="center"/>
          </w:tcPr>
          <w:p w14:paraId="0A786FD2" w14:textId="77777777" w:rsidR="006D5139" w:rsidRDefault="00000000">
            <w:pPr>
              <w:spacing w:after="60" w:line="252" w:lineRule="auto"/>
              <w:rPr>
                <w:lang w:eastAsia="zh-CN"/>
              </w:rPr>
            </w:pPr>
            <w:r>
              <w:rPr>
                <w:sz w:val="17"/>
                <w:lang w:eastAsia="zh-CN"/>
              </w:rPr>
              <w:t xml:space="preserve">5 </w:t>
            </w:r>
            <w:r>
              <w:rPr>
                <w:sz w:val="17"/>
                <w:lang w:eastAsia="zh-CN"/>
              </w:rPr>
              <w:t>个</w:t>
            </w:r>
            <w:r>
              <w:rPr>
                <w:sz w:val="17"/>
                <w:lang w:eastAsia="zh-CN"/>
              </w:rPr>
              <w:t xml:space="preserve"> AI </w:t>
            </w:r>
            <w:r>
              <w:rPr>
                <w:sz w:val="17"/>
                <w:lang w:eastAsia="zh-CN"/>
              </w:rPr>
              <w:t>场景可用；评测、安全、降级门禁通过</w:t>
            </w:r>
          </w:p>
        </w:tc>
      </w:tr>
      <w:tr w:rsidR="006D5139" w14:paraId="608503CC" w14:textId="77777777">
        <w:trPr>
          <w:cantSplit/>
        </w:trPr>
        <w:tc>
          <w:tcPr>
            <w:tcW w:w="1350" w:type="dxa"/>
            <w:tcMar>
              <w:top w:w="80" w:type="dxa"/>
              <w:left w:w="120" w:type="dxa"/>
              <w:bottom w:w="80" w:type="dxa"/>
              <w:right w:w="120" w:type="dxa"/>
            </w:tcMar>
            <w:vAlign w:val="center"/>
          </w:tcPr>
          <w:p w14:paraId="7E0580C2" w14:textId="77777777" w:rsidR="006D5139" w:rsidRDefault="00000000">
            <w:pPr>
              <w:spacing w:after="60" w:line="252" w:lineRule="auto"/>
            </w:pPr>
            <w:r>
              <w:rPr>
                <w:sz w:val="17"/>
              </w:rPr>
              <w:t xml:space="preserve">Sprint 6 </w:t>
            </w:r>
            <w:r>
              <w:rPr>
                <w:sz w:val="17"/>
              </w:rPr>
              <w:t>运营灰度</w:t>
            </w:r>
          </w:p>
        </w:tc>
        <w:tc>
          <w:tcPr>
            <w:tcW w:w="1710" w:type="dxa"/>
            <w:tcMar>
              <w:top w:w="80" w:type="dxa"/>
              <w:left w:w="120" w:type="dxa"/>
              <w:bottom w:w="80" w:type="dxa"/>
              <w:right w:w="120" w:type="dxa"/>
            </w:tcMar>
            <w:vAlign w:val="center"/>
          </w:tcPr>
          <w:p w14:paraId="34298412" w14:textId="77777777" w:rsidR="006D5139" w:rsidRDefault="00000000">
            <w:pPr>
              <w:spacing w:after="60" w:line="252" w:lineRule="auto"/>
            </w:pPr>
            <w:r>
              <w:rPr>
                <w:sz w:val="17"/>
              </w:rPr>
              <w:t>11/9—11/20</w:t>
            </w:r>
          </w:p>
        </w:tc>
        <w:tc>
          <w:tcPr>
            <w:tcW w:w="2430" w:type="dxa"/>
            <w:tcMar>
              <w:top w:w="80" w:type="dxa"/>
              <w:left w:w="120" w:type="dxa"/>
              <w:bottom w:w="80" w:type="dxa"/>
              <w:right w:w="120" w:type="dxa"/>
            </w:tcMar>
            <w:vAlign w:val="center"/>
          </w:tcPr>
          <w:p w14:paraId="37BC681A" w14:textId="77777777" w:rsidR="006D5139" w:rsidRDefault="00000000">
            <w:pPr>
              <w:spacing w:after="60" w:line="252" w:lineRule="auto"/>
              <w:rPr>
                <w:lang w:eastAsia="zh-CN"/>
              </w:rPr>
            </w:pPr>
            <w:r>
              <w:rPr>
                <w:sz w:val="17"/>
                <w:lang w:eastAsia="zh-CN"/>
              </w:rPr>
              <w:t>举报</w:t>
            </w:r>
            <w:r>
              <w:rPr>
                <w:sz w:val="17"/>
                <w:lang w:eastAsia="zh-CN"/>
              </w:rPr>
              <w:t>/</w:t>
            </w:r>
            <w:r>
              <w:rPr>
                <w:sz w:val="17"/>
                <w:lang w:eastAsia="zh-CN"/>
              </w:rPr>
              <w:t>隐私中心、体验修正、</w:t>
            </w:r>
            <w:r>
              <w:rPr>
                <w:sz w:val="17"/>
                <w:lang w:eastAsia="zh-CN"/>
              </w:rPr>
              <w:t>E2E</w:t>
            </w:r>
          </w:p>
        </w:tc>
        <w:tc>
          <w:tcPr>
            <w:tcW w:w="2430" w:type="dxa"/>
            <w:tcMar>
              <w:top w:w="80" w:type="dxa"/>
              <w:left w:w="120" w:type="dxa"/>
              <w:bottom w:w="80" w:type="dxa"/>
              <w:right w:w="120" w:type="dxa"/>
            </w:tcMar>
            <w:vAlign w:val="center"/>
          </w:tcPr>
          <w:p w14:paraId="51F284D0" w14:textId="77777777" w:rsidR="006D5139" w:rsidRDefault="00000000">
            <w:pPr>
              <w:spacing w:after="60" w:line="252" w:lineRule="auto"/>
              <w:rPr>
                <w:lang w:eastAsia="zh-CN"/>
              </w:rPr>
            </w:pPr>
            <w:r>
              <w:rPr>
                <w:sz w:val="17"/>
                <w:lang w:eastAsia="zh-CN"/>
              </w:rPr>
              <w:t>审核</w:t>
            </w:r>
            <w:r>
              <w:rPr>
                <w:sz w:val="17"/>
                <w:lang w:eastAsia="zh-CN"/>
              </w:rPr>
              <w:t>/</w:t>
            </w:r>
            <w:r>
              <w:rPr>
                <w:sz w:val="17"/>
                <w:lang w:eastAsia="zh-CN"/>
              </w:rPr>
              <w:t>投诉、数据权利、监控、备份、限流</w:t>
            </w:r>
          </w:p>
        </w:tc>
        <w:tc>
          <w:tcPr>
            <w:tcW w:w="1440" w:type="dxa"/>
            <w:tcMar>
              <w:top w:w="80" w:type="dxa"/>
              <w:left w:w="120" w:type="dxa"/>
              <w:bottom w:w="80" w:type="dxa"/>
              <w:right w:w="120" w:type="dxa"/>
            </w:tcMar>
            <w:vAlign w:val="center"/>
          </w:tcPr>
          <w:p w14:paraId="5FDDF175" w14:textId="77777777" w:rsidR="006D5139" w:rsidRDefault="00000000">
            <w:pPr>
              <w:spacing w:after="60" w:line="252" w:lineRule="auto"/>
              <w:rPr>
                <w:lang w:eastAsia="zh-CN"/>
              </w:rPr>
            </w:pPr>
            <w:r>
              <w:rPr>
                <w:sz w:val="17"/>
                <w:lang w:eastAsia="zh-CN"/>
              </w:rPr>
              <w:t xml:space="preserve">30—50 </w:t>
            </w:r>
            <w:r>
              <w:rPr>
                <w:sz w:val="17"/>
                <w:lang w:eastAsia="zh-CN"/>
              </w:rPr>
              <w:t>人封闭测试；</w:t>
            </w:r>
            <w:r>
              <w:rPr>
                <w:sz w:val="17"/>
                <w:lang w:eastAsia="zh-CN"/>
              </w:rPr>
              <w:t>P0=0</w:t>
            </w:r>
            <w:r>
              <w:rPr>
                <w:sz w:val="17"/>
                <w:lang w:eastAsia="zh-CN"/>
              </w:rPr>
              <w:t>；恢复演练成功</w:t>
            </w:r>
          </w:p>
        </w:tc>
      </w:tr>
      <w:tr w:rsidR="006D5139" w14:paraId="551ED201" w14:textId="77777777">
        <w:trPr>
          <w:cantSplit/>
        </w:trPr>
        <w:tc>
          <w:tcPr>
            <w:tcW w:w="1350" w:type="dxa"/>
            <w:tcMar>
              <w:top w:w="80" w:type="dxa"/>
              <w:left w:w="120" w:type="dxa"/>
              <w:bottom w:w="80" w:type="dxa"/>
              <w:right w:w="120" w:type="dxa"/>
            </w:tcMar>
            <w:vAlign w:val="center"/>
          </w:tcPr>
          <w:p w14:paraId="69EF9155" w14:textId="77777777" w:rsidR="006D5139" w:rsidRDefault="00000000">
            <w:pPr>
              <w:spacing w:after="60" w:line="252" w:lineRule="auto"/>
            </w:pPr>
            <w:r>
              <w:rPr>
                <w:sz w:val="17"/>
              </w:rPr>
              <w:t xml:space="preserve">Sprint 7 </w:t>
            </w:r>
            <w:r>
              <w:rPr>
                <w:sz w:val="17"/>
              </w:rPr>
              <w:t>公测发布</w:t>
            </w:r>
          </w:p>
        </w:tc>
        <w:tc>
          <w:tcPr>
            <w:tcW w:w="1710" w:type="dxa"/>
            <w:tcMar>
              <w:top w:w="80" w:type="dxa"/>
              <w:left w:w="120" w:type="dxa"/>
              <w:bottom w:w="80" w:type="dxa"/>
              <w:right w:w="120" w:type="dxa"/>
            </w:tcMar>
            <w:vAlign w:val="center"/>
          </w:tcPr>
          <w:p w14:paraId="26A75D1F" w14:textId="77777777" w:rsidR="006D5139" w:rsidRDefault="00000000">
            <w:pPr>
              <w:spacing w:after="60" w:line="252" w:lineRule="auto"/>
            </w:pPr>
            <w:r>
              <w:rPr>
                <w:sz w:val="17"/>
              </w:rPr>
              <w:t>11/23—12/4</w:t>
            </w:r>
          </w:p>
        </w:tc>
        <w:tc>
          <w:tcPr>
            <w:tcW w:w="2430" w:type="dxa"/>
            <w:tcMar>
              <w:top w:w="80" w:type="dxa"/>
              <w:left w:w="120" w:type="dxa"/>
              <w:bottom w:w="80" w:type="dxa"/>
              <w:right w:w="120" w:type="dxa"/>
            </w:tcMar>
            <w:vAlign w:val="center"/>
          </w:tcPr>
          <w:p w14:paraId="7DAC2FAC" w14:textId="77777777" w:rsidR="006D5139" w:rsidRDefault="00000000">
            <w:pPr>
              <w:spacing w:after="60" w:line="252" w:lineRule="auto"/>
              <w:rPr>
                <w:lang w:eastAsia="zh-CN"/>
              </w:rPr>
            </w:pPr>
            <w:r>
              <w:rPr>
                <w:sz w:val="17"/>
                <w:lang w:eastAsia="zh-CN"/>
              </w:rPr>
              <w:t>全量回归、性能体验、帮助文档</w:t>
            </w:r>
          </w:p>
        </w:tc>
        <w:tc>
          <w:tcPr>
            <w:tcW w:w="2430" w:type="dxa"/>
            <w:tcMar>
              <w:top w:w="80" w:type="dxa"/>
              <w:left w:w="120" w:type="dxa"/>
              <w:bottom w:w="80" w:type="dxa"/>
              <w:right w:w="120" w:type="dxa"/>
            </w:tcMar>
            <w:vAlign w:val="center"/>
          </w:tcPr>
          <w:p w14:paraId="51ADC947" w14:textId="77777777" w:rsidR="006D5139" w:rsidRDefault="00000000">
            <w:pPr>
              <w:spacing w:after="60" w:line="252" w:lineRule="auto"/>
              <w:rPr>
                <w:lang w:eastAsia="zh-CN"/>
              </w:rPr>
            </w:pPr>
            <w:r>
              <w:rPr>
                <w:sz w:val="17"/>
                <w:lang w:eastAsia="zh-CN"/>
              </w:rPr>
              <w:t>压测、安全修复、发布</w:t>
            </w:r>
            <w:r>
              <w:rPr>
                <w:sz w:val="17"/>
                <w:lang w:eastAsia="zh-CN"/>
              </w:rPr>
              <w:t>/</w:t>
            </w:r>
            <w:r>
              <w:rPr>
                <w:sz w:val="17"/>
                <w:lang w:eastAsia="zh-CN"/>
              </w:rPr>
              <w:t>回滚、值班手册</w:t>
            </w:r>
          </w:p>
        </w:tc>
        <w:tc>
          <w:tcPr>
            <w:tcW w:w="1440" w:type="dxa"/>
            <w:tcMar>
              <w:top w:w="80" w:type="dxa"/>
              <w:left w:w="120" w:type="dxa"/>
              <w:bottom w:w="80" w:type="dxa"/>
              <w:right w:w="120" w:type="dxa"/>
            </w:tcMar>
            <w:vAlign w:val="center"/>
          </w:tcPr>
          <w:p w14:paraId="130F82EF" w14:textId="77777777" w:rsidR="006D5139" w:rsidRDefault="00000000">
            <w:pPr>
              <w:spacing w:after="60" w:line="252" w:lineRule="auto"/>
              <w:rPr>
                <w:lang w:eastAsia="zh-CN"/>
              </w:rPr>
            </w:pPr>
            <w:r>
              <w:rPr>
                <w:sz w:val="17"/>
                <w:lang w:eastAsia="zh-CN"/>
              </w:rPr>
              <w:t>发布门禁全部通过；</w:t>
            </w:r>
            <w:r>
              <w:rPr>
                <w:sz w:val="17"/>
                <w:lang w:eastAsia="zh-CN"/>
              </w:rPr>
              <w:t xml:space="preserve">5% </w:t>
            </w:r>
            <w:r>
              <w:rPr>
                <w:sz w:val="17"/>
                <w:lang w:eastAsia="zh-CN"/>
              </w:rPr>
              <w:t>灰度后逐步放量</w:t>
            </w:r>
          </w:p>
        </w:tc>
      </w:tr>
    </w:tbl>
    <w:p w14:paraId="1A6B5FA2" w14:textId="77777777" w:rsidR="006D5139" w:rsidRDefault="006D5139">
      <w:pPr>
        <w:spacing w:after="40"/>
        <w:rPr>
          <w:lang w:eastAsia="zh-CN"/>
        </w:rPr>
      </w:pPr>
    </w:p>
    <w:p w14:paraId="24409994" w14:textId="77777777" w:rsidR="006D5139" w:rsidRDefault="00000000">
      <w:pPr>
        <w:pStyle w:val="31"/>
      </w:pPr>
      <w:r>
        <w:rPr>
          <w:rFonts w:ascii="Calibri" w:eastAsia="微软雅黑" w:hAnsi="Calibri"/>
        </w:rPr>
        <w:t xml:space="preserve">11.1 </w:t>
      </w:r>
      <w:r>
        <w:rPr>
          <w:rFonts w:ascii="Calibri" w:eastAsia="微软雅黑" w:hAnsi="Calibri"/>
        </w:rPr>
        <w:t>关键里程碑</w:t>
      </w:r>
    </w:p>
    <w:p w14:paraId="5D50806E" w14:textId="77777777" w:rsidR="006D5139" w:rsidRDefault="00000000">
      <w:pPr>
        <w:pStyle w:val="a0"/>
        <w:keepLines/>
        <w:numPr>
          <w:ilvl w:val="0"/>
          <w:numId w:val="61"/>
        </w:numPr>
        <w:rPr>
          <w:lang w:eastAsia="zh-CN"/>
        </w:rPr>
      </w:pPr>
      <w:r>
        <w:rPr>
          <w:lang w:eastAsia="zh-CN"/>
        </w:rPr>
        <w:t>M1</w:t>
      </w:r>
      <w:r>
        <w:rPr>
          <w:lang w:eastAsia="zh-CN"/>
        </w:rPr>
        <w:t>（</w:t>
      </w:r>
      <w:r>
        <w:rPr>
          <w:lang w:eastAsia="zh-CN"/>
        </w:rPr>
        <w:t xml:space="preserve">8 </w:t>
      </w:r>
      <w:r>
        <w:rPr>
          <w:lang w:eastAsia="zh-CN"/>
        </w:rPr>
        <w:t>月</w:t>
      </w:r>
      <w:r>
        <w:rPr>
          <w:lang w:eastAsia="zh-CN"/>
        </w:rPr>
        <w:t xml:space="preserve"> 14 </w:t>
      </w:r>
      <w:r>
        <w:rPr>
          <w:lang w:eastAsia="zh-CN"/>
        </w:rPr>
        <w:t>日）：技术架构和需求基线评审；</w:t>
      </w:r>
    </w:p>
    <w:p w14:paraId="745BE89B" w14:textId="77777777" w:rsidR="006D5139" w:rsidRDefault="00000000">
      <w:pPr>
        <w:pStyle w:val="a0"/>
        <w:keepLines/>
        <w:numPr>
          <w:ilvl w:val="0"/>
          <w:numId w:val="61"/>
        </w:numPr>
        <w:rPr>
          <w:lang w:eastAsia="zh-CN"/>
        </w:rPr>
      </w:pPr>
      <w:r>
        <w:rPr>
          <w:lang w:eastAsia="zh-CN"/>
        </w:rPr>
        <w:t>M2</w:t>
      </w:r>
      <w:r>
        <w:rPr>
          <w:lang w:eastAsia="zh-CN"/>
        </w:rPr>
        <w:t>（</w:t>
      </w:r>
      <w:r>
        <w:rPr>
          <w:lang w:eastAsia="zh-CN"/>
        </w:rPr>
        <w:t xml:space="preserve">9 </w:t>
      </w:r>
      <w:r>
        <w:rPr>
          <w:lang w:eastAsia="zh-CN"/>
        </w:rPr>
        <w:t>月</w:t>
      </w:r>
      <w:r>
        <w:rPr>
          <w:lang w:eastAsia="zh-CN"/>
        </w:rPr>
        <w:t xml:space="preserve"> 11 </w:t>
      </w:r>
      <w:r>
        <w:rPr>
          <w:lang w:eastAsia="zh-CN"/>
        </w:rPr>
        <w:t>日）：企业</w:t>
      </w:r>
      <w:r>
        <w:rPr>
          <w:lang w:eastAsia="zh-CN"/>
        </w:rPr>
        <w:t>—</w:t>
      </w:r>
      <w:r>
        <w:rPr>
          <w:lang w:eastAsia="zh-CN"/>
        </w:rPr>
        <w:t>岗位公开闭环；</w:t>
      </w:r>
    </w:p>
    <w:p w14:paraId="04F76AB0" w14:textId="77777777" w:rsidR="006D5139" w:rsidRDefault="00000000">
      <w:pPr>
        <w:pStyle w:val="a0"/>
        <w:keepLines/>
        <w:numPr>
          <w:ilvl w:val="0"/>
          <w:numId w:val="61"/>
        </w:numPr>
        <w:rPr>
          <w:lang w:eastAsia="zh-CN"/>
        </w:rPr>
      </w:pPr>
      <w:r>
        <w:rPr>
          <w:lang w:eastAsia="zh-CN"/>
        </w:rPr>
        <w:t>M3</w:t>
      </w:r>
      <w:r>
        <w:rPr>
          <w:lang w:eastAsia="zh-CN"/>
        </w:rPr>
        <w:t>（</w:t>
      </w:r>
      <w:r>
        <w:rPr>
          <w:lang w:eastAsia="zh-CN"/>
        </w:rPr>
        <w:t xml:space="preserve">9 </w:t>
      </w:r>
      <w:r>
        <w:rPr>
          <w:lang w:eastAsia="zh-CN"/>
        </w:rPr>
        <w:t>月</w:t>
      </w:r>
      <w:r>
        <w:rPr>
          <w:lang w:eastAsia="zh-CN"/>
        </w:rPr>
        <w:t xml:space="preserve"> 25 </w:t>
      </w:r>
      <w:r>
        <w:rPr>
          <w:lang w:eastAsia="zh-CN"/>
        </w:rPr>
        <w:t>日）：投递</w:t>
      </w:r>
      <w:r>
        <w:rPr>
          <w:lang w:eastAsia="zh-CN"/>
        </w:rPr>
        <w:t>—</w:t>
      </w:r>
      <w:r>
        <w:rPr>
          <w:lang w:eastAsia="zh-CN"/>
        </w:rPr>
        <w:t>候选人管道闭环；</w:t>
      </w:r>
    </w:p>
    <w:p w14:paraId="22C49677" w14:textId="77777777" w:rsidR="006D5139" w:rsidRDefault="00000000">
      <w:pPr>
        <w:pStyle w:val="a0"/>
        <w:keepLines/>
        <w:numPr>
          <w:ilvl w:val="0"/>
          <w:numId w:val="61"/>
        </w:numPr>
        <w:rPr>
          <w:lang w:eastAsia="zh-CN"/>
        </w:rPr>
      </w:pPr>
      <w:r>
        <w:rPr>
          <w:lang w:eastAsia="zh-CN"/>
        </w:rPr>
        <w:t>M4</w:t>
      </w:r>
      <w:r>
        <w:rPr>
          <w:lang w:eastAsia="zh-CN"/>
        </w:rPr>
        <w:t>（</w:t>
      </w:r>
      <w:r>
        <w:rPr>
          <w:lang w:eastAsia="zh-CN"/>
        </w:rPr>
        <w:t xml:space="preserve">10 </w:t>
      </w:r>
      <w:r>
        <w:rPr>
          <w:lang w:eastAsia="zh-CN"/>
        </w:rPr>
        <w:t>月</w:t>
      </w:r>
      <w:r>
        <w:rPr>
          <w:lang w:eastAsia="zh-CN"/>
        </w:rPr>
        <w:t xml:space="preserve"> 23 </w:t>
      </w:r>
      <w:r>
        <w:rPr>
          <w:lang w:eastAsia="zh-CN"/>
        </w:rPr>
        <w:t>日）：沟通</w:t>
      </w:r>
      <w:r>
        <w:rPr>
          <w:lang w:eastAsia="zh-CN"/>
        </w:rPr>
        <w:t>—</w:t>
      </w:r>
      <w:r>
        <w:rPr>
          <w:lang w:eastAsia="zh-CN"/>
        </w:rPr>
        <w:t>面试</w:t>
      </w:r>
      <w:r>
        <w:rPr>
          <w:lang w:eastAsia="zh-CN"/>
        </w:rPr>
        <w:t xml:space="preserve">—Offer </w:t>
      </w:r>
      <w:r>
        <w:rPr>
          <w:lang w:eastAsia="zh-CN"/>
        </w:rPr>
        <w:t>闭环；</w:t>
      </w:r>
    </w:p>
    <w:p w14:paraId="6ACD135E" w14:textId="77777777" w:rsidR="006D5139" w:rsidRDefault="00000000">
      <w:pPr>
        <w:pStyle w:val="a0"/>
        <w:keepLines/>
        <w:numPr>
          <w:ilvl w:val="0"/>
          <w:numId w:val="61"/>
        </w:numPr>
        <w:rPr>
          <w:lang w:eastAsia="zh-CN"/>
        </w:rPr>
      </w:pPr>
      <w:r>
        <w:rPr>
          <w:lang w:eastAsia="zh-CN"/>
        </w:rPr>
        <w:t>M5</w:t>
      </w:r>
      <w:r>
        <w:rPr>
          <w:lang w:eastAsia="zh-CN"/>
        </w:rPr>
        <w:t>（</w:t>
      </w:r>
      <w:r>
        <w:rPr>
          <w:lang w:eastAsia="zh-CN"/>
        </w:rPr>
        <w:t xml:space="preserve">11 </w:t>
      </w:r>
      <w:r>
        <w:rPr>
          <w:lang w:eastAsia="zh-CN"/>
        </w:rPr>
        <w:t>月</w:t>
      </w:r>
      <w:r>
        <w:rPr>
          <w:lang w:eastAsia="zh-CN"/>
        </w:rPr>
        <w:t xml:space="preserve"> 6 </w:t>
      </w:r>
      <w:r>
        <w:rPr>
          <w:lang w:eastAsia="zh-CN"/>
        </w:rPr>
        <w:t>日）：阿布</w:t>
      </w:r>
      <w:r>
        <w:rPr>
          <w:lang w:eastAsia="zh-CN"/>
        </w:rPr>
        <w:t xml:space="preserve"> AI MVP </w:t>
      </w:r>
      <w:r>
        <w:rPr>
          <w:lang w:eastAsia="zh-CN"/>
        </w:rPr>
        <w:t>评测通过；</w:t>
      </w:r>
    </w:p>
    <w:p w14:paraId="586CE992" w14:textId="77777777" w:rsidR="006D5139" w:rsidRDefault="00000000">
      <w:pPr>
        <w:pStyle w:val="a0"/>
        <w:keepLines/>
        <w:numPr>
          <w:ilvl w:val="0"/>
          <w:numId w:val="61"/>
        </w:numPr>
        <w:rPr>
          <w:lang w:eastAsia="zh-CN"/>
        </w:rPr>
      </w:pPr>
      <w:r>
        <w:rPr>
          <w:lang w:eastAsia="zh-CN"/>
        </w:rPr>
        <w:t>M6</w:t>
      </w:r>
      <w:r>
        <w:rPr>
          <w:lang w:eastAsia="zh-CN"/>
        </w:rPr>
        <w:t>（</w:t>
      </w:r>
      <w:r>
        <w:rPr>
          <w:lang w:eastAsia="zh-CN"/>
        </w:rPr>
        <w:t xml:space="preserve">11 </w:t>
      </w:r>
      <w:r>
        <w:rPr>
          <w:lang w:eastAsia="zh-CN"/>
        </w:rPr>
        <w:t>月</w:t>
      </w:r>
      <w:r>
        <w:rPr>
          <w:lang w:eastAsia="zh-CN"/>
        </w:rPr>
        <w:t xml:space="preserve"> 20 </w:t>
      </w:r>
      <w:r>
        <w:rPr>
          <w:lang w:eastAsia="zh-CN"/>
        </w:rPr>
        <w:t>日）：封闭测试通过；</w:t>
      </w:r>
    </w:p>
    <w:p w14:paraId="65495995" w14:textId="77777777" w:rsidR="006D5139" w:rsidRDefault="00000000">
      <w:pPr>
        <w:pStyle w:val="a0"/>
        <w:keepLines/>
        <w:numPr>
          <w:ilvl w:val="0"/>
          <w:numId w:val="61"/>
        </w:numPr>
        <w:rPr>
          <w:lang w:eastAsia="zh-CN"/>
        </w:rPr>
      </w:pPr>
      <w:r>
        <w:rPr>
          <w:lang w:eastAsia="zh-CN"/>
        </w:rPr>
        <w:t>M7</w:t>
      </w:r>
      <w:r>
        <w:rPr>
          <w:lang w:eastAsia="zh-CN"/>
        </w:rPr>
        <w:t>（</w:t>
      </w:r>
      <w:r>
        <w:rPr>
          <w:lang w:eastAsia="zh-CN"/>
        </w:rPr>
        <w:t xml:space="preserve">12 </w:t>
      </w:r>
      <w:r>
        <w:rPr>
          <w:lang w:eastAsia="zh-CN"/>
        </w:rPr>
        <w:t>月</w:t>
      </w:r>
      <w:r>
        <w:rPr>
          <w:lang w:eastAsia="zh-CN"/>
        </w:rPr>
        <w:t xml:space="preserve"> 4 </w:t>
      </w:r>
      <w:r>
        <w:rPr>
          <w:lang w:eastAsia="zh-CN"/>
        </w:rPr>
        <w:t>日）：公开测试版发布。</w:t>
      </w:r>
    </w:p>
    <w:p w14:paraId="49FE9746" w14:textId="77777777" w:rsidR="006D5139" w:rsidRDefault="00000000">
      <w:pPr>
        <w:pStyle w:val="31"/>
      </w:pPr>
      <w:r>
        <w:rPr>
          <w:rFonts w:ascii="Calibri" w:eastAsia="微软雅黑" w:hAnsi="Calibri"/>
        </w:rPr>
        <w:t xml:space="preserve">11.2 </w:t>
      </w:r>
      <w:r>
        <w:rPr>
          <w:rFonts w:ascii="Calibri" w:eastAsia="微软雅黑" w:hAnsi="Calibri"/>
        </w:rPr>
        <w:t>延误处理规则</w:t>
      </w:r>
    </w:p>
    <w:p w14:paraId="46FE32B8" w14:textId="77777777" w:rsidR="006D5139" w:rsidRDefault="00000000">
      <w:pPr>
        <w:pStyle w:val="a0"/>
        <w:keepLines/>
        <w:numPr>
          <w:ilvl w:val="0"/>
          <w:numId w:val="62"/>
        </w:numPr>
        <w:rPr>
          <w:lang w:eastAsia="zh-CN"/>
        </w:rPr>
      </w:pPr>
      <w:r>
        <w:rPr>
          <w:lang w:eastAsia="zh-CN"/>
        </w:rPr>
        <w:t>单个</w:t>
      </w:r>
      <w:r>
        <w:rPr>
          <w:lang w:eastAsia="zh-CN"/>
        </w:rPr>
        <w:t xml:space="preserve"> Sprint </w:t>
      </w:r>
      <w:r>
        <w:rPr>
          <w:lang w:eastAsia="zh-CN"/>
        </w:rPr>
        <w:t>延误</w:t>
      </w:r>
      <w:r>
        <w:rPr>
          <w:lang w:eastAsia="zh-CN"/>
        </w:rPr>
        <w:t xml:space="preserve"> ≤ 2 </w:t>
      </w:r>
      <w:r>
        <w:rPr>
          <w:lang w:eastAsia="zh-CN"/>
        </w:rPr>
        <w:t>天：削减低优先级体验项，不挤占测试；</w:t>
      </w:r>
    </w:p>
    <w:p w14:paraId="20EC91F7" w14:textId="77777777" w:rsidR="006D5139" w:rsidRDefault="00000000">
      <w:pPr>
        <w:pStyle w:val="a0"/>
        <w:keepLines/>
        <w:numPr>
          <w:ilvl w:val="0"/>
          <w:numId w:val="62"/>
        </w:numPr>
        <w:rPr>
          <w:lang w:eastAsia="zh-CN"/>
        </w:rPr>
      </w:pPr>
      <w:r>
        <w:rPr>
          <w:lang w:eastAsia="zh-CN"/>
        </w:rPr>
        <w:t>延误</w:t>
      </w:r>
      <w:r>
        <w:rPr>
          <w:lang w:eastAsia="zh-CN"/>
        </w:rPr>
        <w:t xml:space="preserve"> 3—5 </w:t>
      </w:r>
      <w:r>
        <w:rPr>
          <w:lang w:eastAsia="zh-CN"/>
        </w:rPr>
        <w:t>天：项目负责人按</w:t>
      </w:r>
      <w:r>
        <w:rPr>
          <w:lang w:eastAsia="zh-CN"/>
        </w:rPr>
        <w:t xml:space="preserve"> P0/P1/P2 </w:t>
      </w:r>
      <w:r>
        <w:rPr>
          <w:lang w:eastAsia="zh-CN"/>
        </w:rPr>
        <w:t>重排，延后</w:t>
      </w:r>
      <w:r>
        <w:rPr>
          <w:lang w:eastAsia="zh-CN"/>
        </w:rPr>
        <w:t xml:space="preserve"> P1</w:t>
      </w:r>
      <w:r>
        <w:rPr>
          <w:lang w:eastAsia="zh-CN"/>
        </w:rPr>
        <w:t>；</w:t>
      </w:r>
    </w:p>
    <w:p w14:paraId="2EA87165" w14:textId="77777777" w:rsidR="006D5139" w:rsidRDefault="00000000">
      <w:pPr>
        <w:pStyle w:val="a0"/>
        <w:keepLines/>
        <w:numPr>
          <w:ilvl w:val="0"/>
          <w:numId w:val="62"/>
        </w:numPr>
        <w:rPr>
          <w:lang w:eastAsia="zh-CN"/>
        </w:rPr>
      </w:pPr>
      <w:r>
        <w:rPr>
          <w:lang w:eastAsia="zh-CN"/>
        </w:rPr>
        <w:t>延误</w:t>
      </w:r>
      <w:r>
        <w:rPr>
          <w:lang w:eastAsia="zh-CN"/>
        </w:rPr>
        <w:t xml:space="preserve"> &gt; 5 </w:t>
      </w:r>
      <w:r>
        <w:rPr>
          <w:lang w:eastAsia="zh-CN"/>
        </w:rPr>
        <w:t>天：重新评审上线日期，不以取消安全、权限、隐私和测试换进度；</w:t>
      </w:r>
    </w:p>
    <w:p w14:paraId="0F13002B" w14:textId="77777777" w:rsidR="006D5139" w:rsidRDefault="00000000">
      <w:pPr>
        <w:pStyle w:val="a0"/>
        <w:keepLines/>
        <w:numPr>
          <w:ilvl w:val="0"/>
          <w:numId w:val="62"/>
        </w:numPr>
        <w:rPr>
          <w:lang w:eastAsia="zh-CN"/>
        </w:rPr>
      </w:pPr>
      <w:r>
        <w:rPr>
          <w:lang w:eastAsia="zh-CN"/>
        </w:rPr>
        <w:t>消息、</w:t>
      </w:r>
      <w:r>
        <w:rPr>
          <w:lang w:eastAsia="zh-CN"/>
        </w:rPr>
        <w:t>AI</w:t>
      </w:r>
      <w:r>
        <w:rPr>
          <w:lang w:eastAsia="zh-CN"/>
        </w:rPr>
        <w:t>、支付等高风险功能未达门槛，可关闭后上线其他功能；</w:t>
      </w:r>
    </w:p>
    <w:p w14:paraId="66FA283E" w14:textId="77777777" w:rsidR="006D5139" w:rsidRDefault="00000000">
      <w:pPr>
        <w:pStyle w:val="a0"/>
        <w:keepLines/>
        <w:numPr>
          <w:ilvl w:val="0"/>
          <w:numId w:val="62"/>
        </w:numPr>
        <w:rPr>
          <w:lang w:eastAsia="zh-CN"/>
        </w:rPr>
      </w:pPr>
      <w:r>
        <w:rPr>
          <w:lang w:eastAsia="zh-CN"/>
        </w:rPr>
        <w:lastRenderedPageBreak/>
        <w:t>两名开发中任一人不可用超过</w:t>
      </w:r>
      <w:r>
        <w:rPr>
          <w:lang w:eastAsia="zh-CN"/>
        </w:rPr>
        <w:t xml:space="preserve"> 3 </w:t>
      </w:r>
      <w:r>
        <w:rPr>
          <w:lang w:eastAsia="zh-CN"/>
        </w:rPr>
        <w:t>天，立即冻结新增范围并完成交接文档。</w:t>
      </w:r>
    </w:p>
    <w:p w14:paraId="25E6BC53" w14:textId="77777777" w:rsidR="006D5139" w:rsidRDefault="00000000">
      <w:pPr>
        <w:pStyle w:val="21"/>
        <w:rPr>
          <w:lang w:eastAsia="zh-CN"/>
        </w:rPr>
      </w:pPr>
      <w:r>
        <w:rPr>
          <w:rFonts w:ascii="Calibri" w:eastAsia="微软雅黑" w:hAnsi="Calibri"/>
          <w:lang w:eastAsia="zh-CN"/>
        </w:rPr>
        <w:t xml:space="preserve">12. </w:t>
      </w:r>
      <w:r>
        <w:rPr>
          <w:rFonts w:ascii="Calibri" w:eastAsia="微软雅黑" w:hAnsi="Calibri"/>
          <w:lang w:eastAsia="zh-CN"/>
        </w:rPr>
        <w:t>人员分工与协作</w:t>
      </w:r>
    </w:p>
    <w:p w14:paraId="1FD381EA" w14:textId="77777777" w:rsidR="006D5139" w:rsidRDefault="00000000">
      <w:pPr>
        <w:pStyle w:val="31"/>
        <w:rPr>
          <w:lang w:eastAsia="zh-CN"/>
        </w:rPr>
      </w:pPr>
      <w:r>
        <w:rPr>
          <w:rFonts w:ascii="Calibri" w:eastAsia="微软雅黑" w:hAnsi="Calibri"/>
          <w:lang w:eastAsia="zh-CN"/>
        </w:rPr>
        <w:t xml:space="preserve">12.1 </w:t>
      </w:r>
      <w:r>
        <w:rPr>
          <w:rFonts w:ascii="Calibri" w:eastAsia="微软雅黑" w:hAnsi="Calibri"/>
          <w:lang w:eastAsia="zh-CN"/>
        </w:rPr>
        <w:t>杨幸幸：前端负责人</w:t>
      </w:r>
    </w:p>
    <w:p w14:paraId="102BA59C" w14:textId="77777777" w:rsidR="006D5139" w:rsidRDefault="00000000">
      <w:r>
        <w:t>主责：</w:t>
      </w:r>
    </w:p>
    <w:p w14:paraId="757CFC9A" w14:textId="77777777" w:rsidR="006D5139" w:rsidRDefault="00000000">
      <w:pPr>
        <w:pStyle w:val="a0"/>
        <w:keepLines/>
        <w:numPr>
          <w:ilvl w:val="0"/>
          <w:numId w:val="63"/>
        </w:numPr>
        <w:rPr>
          <w:lang w:eastAsia="zh-CN"/>
        </w:rPr>
      </w:pPr>
      <w:r>
        <w:rPr>
          <w:lang w:eastAsia="zh-CN"/>
        </w:rPr>
        <w:t xml:space="preserve">Nuxt 3/Vue 3 </w:t>
      </w:r>
      <w:r>
        <w:rPr>
          <w:lang w:eastAsia="zh-CN"/>
        </w:rPr>
        <w:t>前端架构、组件规范和设计系统；</w:t>
      </w:r>
    </w:p>
    <w:p w14:paraId="56F3A338" w14:textId="77777777" w:rsidR="006D5139" w:rsidRDefault="00000000">
      <w:pPr>
        <w:pStyle w:val="a0"/>
        <w:keepLines/>
        <w:numPr>
          <w:ilvl w:val="0"/>
          <w:numId w:val="63"/>
        </w:numPr>
        <w:rPr>
          <w:lang w:eastAsia="zh-CN"/>
        </w:rPr>
      </w:pPr>
      <w:r>
        <w:rPr>
          <w:lang w:eastAsia="zh-CN"/>
        </w:rPr>
        <w:t>求职者、招聘者的响应式页面与</w:t>
      </w:r>
      <w:r>
        <w:rPr>
          <w:lang w:eastAsia="zh-CN"/>
        </w:rPr>
        <w:t xml:space="preserve"> PWA</w:t>
      </w:r>
      <w:r>
        <w:rPr>
          <w:lang w:eastAsia="zh-CN"/>
        </w:rPr>
        <w:t>；</w:t>
      </w:r>
    </w:p>
    <w:p w14:paraId="5BC97E2C" w14:textId="77777777" w:rsidR="006D5139" w:rsidRDefault="00000000">
      <w:pPr>
        <w:pStyle w:val="a0"/>
        <w:keepLines/>
        <w:numPr>
          <w:ilvl w:val="0"/>
          <w:numId w:val="63"/>
        </w:numPr>
        <w:rPr>
          <w:lang w:eastAsia="zh-CN"/>
        </w:rPr>
      </w:pPr>
      <w:r>
        <w:rPr>
          <w:lang w:eastAsia="zh-CN"/>
        </w:rPr>
        <w:t>职业档案、岗位、投递、消息、面试、</w:t>
      </w:r>
      <w:r>
        <w:rPr>
          <w:lang w:eastAsia="zh-CN"/>
        </w:rPr>
        <w:t>Offer</w:t>
      </w:r>
      <w:r>
        <w:rPr>
          <w:lang w:eastAsia="zh-CN"/>
        </w:rPr>
        <w:t>、</w:t>
      </w:r>
      <w:r>
        <w:rPr>
          <w:lang w:eastAsia="zh-CN"/>
        </w:rPr>
        <w:t xml:space="preserve">AI </w:t>
      </w:r>
      <w:r>
        <w:rPr>
          <w:lang w:eastAsia="zh-CN"/>
        </w:rPr>
        <w:t>交互；</w:t>
      </w:r>
    </w:p>
    <w:p w14:paraId="5BFA4E3A" w14:textId="77777777" w:rsidR="006D5139" w:rsidRDefault="00000000">
      <w:pPr>
        <w:pStyle w:val="a0"/>
        <w:keepLines/>
        <w:numPr>
          <w:ilvl w:val="0"/>
          <w:numId w:val="63"/>
        </w:numPr>
        <w:rPr>
          <w:lang w:eastAsia="zh-CN"/>
        </w:rPr>
      </w:pPr>
      <w:r>
        <w:rPr>
          <w:lang w:eastAsia="zh-CN"/>
        </w:rPr>
        <w:t>前端权限展示、表单校验、错误和降级体验；</w:t>
      </w:r>
    </w:p>
    <w:p w14:paraId="2C97E4A8" w14:textId="77777777" w:rsidR="006D5139" w:rsidRDefault="00000000">
      <w:pPr>
        <w:pStyle w:val="a0"/>
        <w:keepLines/>
        <w:numPr>
          <w:ilvl w:val="0"/>
          <w:numId w:val="63"/>
        </w:numPr>
        <w:rPr>
          <w:lang w:eastAsia="zh-CN"/>
        </w:rPr>
      </w:pPr>
      <w:r>
        <w:rPr>
          <w:lang w:eastAsia="zh-CN"/>
        </w:rPr>
        <w:t>API Mock</w:t>
      </w:r>
      <w:r>
        <w:rPr>
          <w:lang w:eastAsia="zh-CN"/>
        </w:rPr>
        <w:t>、接口联调、埋点和前端监控；</w:t>
      </w:r>
    </w:p>
    <w:p w14:paraId="5A2BD5D9" w14:textId="77777777" w:rsidR="006D5139" w:rsidRDefault="00000000">
      <w:pPr>
        <w:pStyle w:val="a0"/>
        <w:keepLines/>
        <w:numPr>
          <w:ilvl w:val="0"/>
          <w:numId w:val="63"/>
        </w:numPr>
      </w:pPr>
      <w:r>
        <w:t>Vitest</w:t>
      </w:r>
      <w:r>
        <w:t>、</w:t>
      </w:r>
      <w:r>
        <w:t>Playwright</w:t>
      </w:r>
      <w:r>
        <w:t>、可访问性和浏览器兼容；</w:t>
      </w:r>
    </w:p>
    <w:p w14:paraId="5EB7D759" w14:textId="77777777" w:rsidR="006D5139" w:rsidRDefault="00000000">
      <w:pPr>
        <w:pStyle w:val="a0"/>
        <w:keepLines/>
        <w:numPr>
          <w:ilvl w:val="0"/>
          <w:numId w:val="63"/>
        </w:numPr>
        <w:rPr>
          <w:lang w:eastAsia="zh-CN"/>
        </w:rPr>
      </w:pPr>
      <w:r>
        <w:rPr>
          <w:lang w:eastAsia="zh-CN"/>
        </w:rPr>
        <w:t>前端构建、性能、</w:t>
      </w:r>
      <w:r>
        <w:rPr>
          <w:lang w:eastAsia="zh-CN"/>
        </w:rPr>
        <w:t xml:space="preserve">SEO </w:t>
      </w:r>
      <w:r>
        <w:rPr>
          <w:lang w:eastAsia="zh-CN"/>
        </w:rPr>
        <w:t>和发布验收；</w:t>
      </w:r>
    </w:p>
    <w:p w14:paraId="4DCD524A" w14:textId="77777777" w:rsidR="006D5139" w:rsidRDefault="00000000">
      <w:pPr>
        <w:pStyle w:val="a0"/>
        <w:keepLines/>
        <w:numPr>
          <w:ilvl w:val="0"/>
          <w:numId w:val="63"/>
        </w:numPr>
        <w:rPr>
          <w:lang w:eastAsia="zh-CN"/>
        </w:rPr>
      </w:pPr>
      <w:r>
        <w:rPr>
          <w:lang w:eastAsia="zh-CN"/>
        </w:rPr>
        <w:t>用户帮助文档和前台操作说明。</w:t>
      </w:r>
    </w:p>
    <w:p w14:paraId="58DABC5E" w14:textId="77777777" w:rsidR="006D5139" w:rsidRDefault="00000000">
      <w:r>
        <w:t>必须参与：</w:t>
      </w:r>
    </w:p>
    <w:p w14:paraId="5A795A08" w14:textId="77777777" w:rsidR="006D5139" w:rsidRDefault="00000000">
      <w:pPr>
        <w:pStyle w:val="a0"/>
        <w:keepLines/>
        <w:numPr>
          <w:ilvl w:val="0"/>
          <w:numId w:val="64"/>
        </w:numPr>
        <w:rPr>
          <w:lang w:eastAsia="zh-CN"/>
        </w:rPr>
      </w:pPr>
      <w:r>
        <w:rPr>
          <w:lang w:eastAsia="zh-CN"/>
        </w:rPr>
        <w:t xml:space="preserve">API </w:t>
      </w:r>
      <w:r>
        <w:rPr>
          <w:lang w:eastAsia="zh-CN"/>
        </w:rPr>
        <w:t>契约和数据模型评审；</w:t>
      </w:r>
    </w:p>
    <w:p w14:paraId="7C7FD6B8" w14:textId="77777777" w:rsidR="006D5139" w:rsidRDefault="00000000">
      <w:pPr>
        <w:pStyle w:val="a0"/>
        <w:keepLines/>
        <w:numPr>
          <w:ilvl w:val="0"/>
          <w:numId w:val="64"/>
        </w:numPr>
        <w:rPr>
          <w:lang w:eastAsia="zh-CN"/>
        </w:rPr>
      </w:pPr>
      <w:r>
        <w:rPr>
          <w:lang w:eastAsia="zh-CN"/>
        </w:rPr>
        <w:t>后端</w:t>
      </w:r>
      <w:r>
        <w:rPr>
          <w:lang w:eastAsia="zh-CN"/>
        </w:rPr>
        <w:t xml:space="preserve"> PR </w:t>
      </w:r>
      <w:r>
        <w:rPr>
          <w:lang w:eastAsia="zh-CN"/>
        </w:rPr>
        <w:t>的接口可用性评审；</w:t>
      </w:r>
    </w:p>
    <w:p w14:paraId="4F5D4DAC" w14:textId="77777777" w:rsidR="006D5139" w:rsidRDefault="00000000">
      <w:pPr>
        <w:pStyle w:val="a0"/>
        <w:keepLines/>
        <w:numPr>
          <w:ilvl w:val="0"/>
          <w:numId w:val="64"/>
        </w:numPr>
        <w:rPr>
          <w:lang w:eastAsia="zh-CN"/>
        </w:rPr>
      </w:pPr>
      <w:r>
        <w:rPr>
          <w:lang w:eastAsia="zh-CN"/>
        </w:rPr>
        <w:t>封闭测试访谈和缺陷分级；</w:t>
      </w:r>
    </w:p>
    <w:p w14:paraId="4979B100" w14:textId="77777777" w:rsidR="006D5139" w:rsidRDefault="00000000">
      <w:pPr>
        <w:pStyle w:val="a0"/>
        <w:keepLines/>
        <w:numPr>
          <w:ilvl w:val="0"/>
          <w:numId w:val="64"/>
        </w:numPr>
      </w:pPr>
      <w:r>
        <w:t>发布和事故响应。</w:t>
      </w:r>
    </w:p>
    <w:p w14:paraId="5C882DF5" w14:textId="77777777" w:rsidR="006D5139" w:rsidRDefault="00000000">
      <w:pPr>
        <w:pStyle w:val="31"/>
      </w:pPr>
      <w:r>
        <w:rPr>
          <w:rFonts w:ascii="Calibri" w:eastAsia="微软雅黑" w:hAnsi="Calibri"/>
        </w:rPr>
        <w:t xml:space="preserve">12.2 </w:t>
      </w:r>
      <w:r>
        <w:rPr>
          <w:rFonts w:ascii="Calibri" w:eastAsia="微软雅黑" w:hAnsi="Calibri"/>
        </w:rPr>
        <w:t>张顺：后端负责人</w:t>
      </w:r>
    </w:p>
    <w:p w14:paraId="6F57EB7D" w14:textId="77777777" w:rsidR="006D5139" w:rsidRDefault="00000000">
      <w:r>
        <w:t>主责：</w:t>
      </w:r>
    </w:p>
    <w:p w14:paraId="1AF2124C" w14:textId="77777777" w:rsidR="006D5139" w:rsidRDefault="00000000">
      <w:pPr>
        <w:pStyle w:val="a0"/>
        <w:keepLines/>
        <w:numPr>
          <w:ilvl w:val="0"/>
          <w:numId w:val="65"/>
        </w:numPr>
      </w:pPr>
      <w:r>
        <w:t xml:space="preserve">Frappe Framework </w:t>
      </w:r>
      <w:r>
        <w:t>选型</w:t>
      </w:r>
      <w:r>
        <w:t xml:space="preserve"> PoC </w:t>
      </w:r>
      <w:r>
        <w:t>和</w:t>
      </w:r>
      <w:r>
        <w:t xml:space="preserve"> </w:t>
      </w:r>
      <w:r>
        <w:rPr>
          <w:rFonts w:ascii="Consolas" w:hAnsi="Consolas"/>
          <w:color w:val="1F4D78"/>
          <w:sz w:val="21"/>
        </w:rPr>
        <w:t>zhilai_core</w:t>
      </w:r>
      <w:r>
        <w:t xml:space="preserve"> </w:t>
      </w:r>
      <w:r>
        <w:t>架构；</w:t>
      </w:r>
    </w:p>
    <w:p w14:paraId="53B4B910" w14:textId="77777777" w:rsidR="006D5139" w:rsidRDefault="00000000">
      <w:pPr>
        <w:pStyle w:val="a0"/>
        <w:keepLines/>
        <w:numPr>
          <w:ilvl w:val="0"/>
          <w:numId w:val="65"/>
        </w:numPr>
        <w:rPr>
          <w:lang w:eastAsia="zh-CN"/>
        </w:rPr>
      </w:pPr>
      <w:r>
        <w:rPr>
          <w:lang w:eastAsia="zh-CN"/>
        </w:rPr>
        <w:t>DocType</w:t>
      </w:r>
      <w:r>
        <w:rPr>
          <w:lang w:eastAsia="zh-CN"/>
        </w:rPr>
        <w:t>、数据库、业务状态机、权限和审计；</w:t>
      </w:r>
    </w:p>
    <w:p w14:paraId="572C7147" w14:textId="77777777" w:rsidR="006D5139" w:rsidRDefault="00000000">
      <w:pPr>
        <w:pStyle w:val="a0"/>
        <w:keepLines/>
        <w:numPr>
          <w:ilvl w:val="0"/>
          <w:numId w:val="65"/>
        </w:numPr>
      </w:pPr>
      <w:r>
        <w:t>企业、岗位、申请、消息、面试、</w:t>
      </w:r>
      <w:r>
        <w:t xml:space="preserve">Offer </w:t>
      </w:r>
      <w:r>
        <w:t>的</w:t>
      </w:r>
      <w:r>
        <w:t xml:space="preserve"> API</w:t>
      </w:r>
      <w:r>
        <w:t>；</w:t>
      </w:r>
    </w:p>
    <w:p w14:paraId="5F02A228" w14:textId="77777777" w:rsidR="006D5139" w:rsidRDefault="00000000">
      <w:pPr>
        <w:pStyle w:val="a0"/>
        <w:keepLines/>
        <w:numPr>
          <w:ilvl w:val="0"/>
          <w:numId w:val="65"/>
        </w:numPr>
      </w:pPr>
      <w:r>
        <w:t>Redis/RQ</w:t>
      </w:r>
      <w:r>
        <w:t>、</w:t>
      </w:r>
      <w:r>
        <w:t>Socket.IO</w:t>
      </w:r>
      <w:r>
        <w:t>、文件、通知和定时任务；</w:t>
      </w:r>
    </w:p>
    <w:p w14:paraId="0313D1EB" w14:textId="77777777" w:rsidR="006D5139" w:rsidRDefault="00000000">
      <w:pPr>
        <w:pStyle w:val="a0"/>
        <w:keepLines/>
        <w:numPr>
          <w:ilvl w:val="0"/>
          <w:numId w:val="65"/>
        </w:numPr>
      </w:pPr>
      <w:r>
        <w:t>AI Provider Adapter</w:t>
      </w:r>
      <w:r>
        <w:t>、提示词版本、评测、成本和安全；</w:t>
      </w:r>
    </w:p>
    <w:p w14:paraId="2A68E1BD" w14:textId="77777777" w:rsidR="006D5139" w:rsidRDefault="00000000">
      <w:pPr>
        <w:pStyle w:val="a0"/>
        <w:keepLines/>
        <w:numPr>
          <w:ilvl w:val="0"/>
          <w:numId w:val="65"/>
        </w:numPr>
      </w:pPr>
      <w:r>
        <w:t xml:space="preserve">Frappe Desk </w:t>
      </w:r>
      <w:r>
        <w:t>运营后台、审核、投诉和报表；</w:t>
      </w:r>
    </w:p>
    <w:p w14:paraId="14A8E070" w14:textId="77777777" w:rsidR="006D5139" w:rsidRDefault="00000000">
      <w:pPr>
        <w:pStyle w:val="a0"/>
        <w:keepLines/>
        <w:numPr>
          <w:ilvl w:val="0"/>
          <w:numId w:val="65"/>
        </w:numPr>
        <w:rPr>
          <w:lang w:eastAsia="zh-CN"/>
        </w:rPr>
      </w:pPr>
      <w:r>
        <w:rPr>
          <w:lang w:eastAsia="zh-CN"/>
        </w:rPr>
        <w:t>CI/CD</w:t>
      </w:r>
      <w:r>
        <w:rPr>
          <w:lang w:eastAsia="zh-CN"/>
        </w:rPr>
        <w:t>、</w:t>
      </w:r>
      <w:r>
        <w:rPr>
          <w:lang w:eastAsia="zh-CN"/>
        </w:rPr>
        <w:t>Docker</w:t>
      </w:r>
      <w:r>
        <w:rPr>
          <w:lang w:eastAsia="zh-CN"/>
        </w:rPr>
        <w:t>、预发</w:t>
      </w:r>
      <w:r>
        <w:rPr>
          <w:lang w:eastAsia="zh-CN"/>
        </w:rPr>
        <w:t>/</w:t>
      </w:r>
      <w:r>
        <w:rPr>
          <w:lang w:eastAsia="zh-CN"/>
        </w:rPr>
        <w:t>生产、监控、备份和恢复；</w:t>
      </w:r>
    </w:p>
    <w:p w14:paraId="2DB6EBD3" w14:textId="77777777" w:rsidR="006D5139" w:rsidRDefault="00000000">
      <w:pPr>
        <w:pStyle w:val="a0"/>
        <w:keepLines/>
        <w:numPr>
          <w:ilvl w:val="0"/>
          <w:numId w:val="65"/>
        </w:numPr>
      </w:pPr>
      <w:r>
        <w:lastRenderedPageBreak/>
        <w:t>Pytest/Frappe Test</w:t>
      </w:r>
      <w:r>
        <w:t>、集成测试、性能和安全修复；</w:t>
      </w:r>
    </w:p>
    <w:p w14:paraId="5D81CDE6" w14:textId="77777777" w:rsidR="006D5139" w:rsidRDefault="00000000">
      <w:pPr>
        <w:pStyle w:val="a0"/>
        <w:keepLines/>
        <w:numPr>
          <w:ilvl w:val="0"/>
          <w:numId w:val="65"/>
        </w:numPr>
        <w:rPr>
          <w:lang w:eastAsia="zh-CN"/>
        </w:rPr>
      </w:pPr>
      <w:r>
        <w:rPr>
          <w:lang w:eastAsia="zh-CN"/>
        </w:rPr>
        <w:t>数据字典、</w:t>
      </w:r>
      <w:r>
        <w:rPr>
          <w:lang w:eastAsia="zh-CN"/>
        </w:rPr>
        <w:t>API</w:t>
      </w:r>
      <w:r>
        <w:rPr>
          <w:lang w:eastAsia="zh-CN"/>
        </w:rPr>
        <w:t>、部署和运维文档。</w:t>
      </w:r>
    </w:p>
    <w:p w14:paraId="57C4DEFF" w14:textId="77777777" w:rsidR="006D5139" w:rsidRDefault="00000000">
      <w:r>
        <w:t>必须参与：</w:t>
      </w:r>
    </w:p>
    <w:p w14:paraId="36ABD2CD" w14:textId="77777777" w:rsidR="006D5139" w:rsidRDefault="00000000">
      <w:pPr>
        <w:pStyle w:val="a0"/>
        <w:keepLines/>
        <w:numPr>
          <w:ilvl w:val="0"/>
          <w:numId w:val="66"/>
        </w:numPr>
        <w:rPr>
          <w:lang w:eastAsia="zh-CN"/>
        </w:rPr>
      </w:pPr>
      <w:r>
        <w:rPr>
          <w:lang w:eastAsia="zh-CN"/>
        </w:rPr>
        <w:t>前端</w:t>
      </w:r>
      <w:r>
        <w:rPr>
          <w:lang w:eastAsia="zh-CN"/>
        </w:rPr>
        <w:t xml:space="preserve"> PR </w:t>
      </w:r>
      <w:r>
        <w:rPr>
          <w:lang w:eastAsia="zh-CN"/>
        </w:rPr>
        <w:t>的权限、接口和安全评审；</w:t>
      </w:r>
    </w:p>
    <w:p w14:paraId="78C2C71B" w14:textId="77777777" w:rsidR="006D5139" w:rsidRDefault="00000000">
      <w:pPr>
        <w:pStyle w:val="a0"/>
        <w:keepLines/>
        <w:numPr>
          <w:ilvl w:val="0"/>
          <w:numId w:val="66"/>
        </w:numPr>
        <w:rPr>
          <w:lang w:eastAsia="zh-CN"/>
        </w:rPr>
      </w:pPr>
      <w:r>
        <w:rPr>
          <w:lang w:eastAsia="zh-CN"/>
        </w:rPr>
        <w:t>产品边界和验收标准评审；</w:t>
      </w:r>
    </w:p>
    <w:p w14:paraId="635D3F55" w14:textId="77777777" w:rsidR="006D5139" w:rsidRDefault="00000000">
      <w:pPr>
        <w:pStyle w:val="a0"/>
        <w:keepLines/>
        <w:numPr>
          <w:ilvl w:val="0"/>
          <w:numId w:val="66"/>
        </w:numPr>
      </w:pPr>
      <w:r>
        <w:t>封闭测试和发布值班；</w:t>
      </w:r>
    </w:p>
    <w:p w14:paraId="0B5388B5" w14:textId="77777777" w:rsidR="006D5139" w:rsidRDefault="00000000">
      <w:pPr>
        <w:pStyle w:val="a0"/>
        <w:keepLines/>
        <w:numPr>
          <w:ilvl w:val="0"/>
          <w:numId w:val="66"/>
        </w:numPr>
        <w:rPr>
          <w:lang w:eastAsia="zh-CN"/>
        </w:rPr>
      </w:pPr>
      <w:r>
        <w:rPr>
          <w:lang w:eastAsia="zh-CN"/>
        </w:rPr>
        <w:t>合规技术清单和第三方供应商评估。</w:t>
      </w:r>
    </w:p>
    <w:p w14:paraId="1EB03FA7" w14:textId="77777777" w:rsidR="006D5139" w:rsidRDefault="00000000">
      <w:pPr>
        <w:pStyle w:val="31"/>
      </w:pPr>
      <w:r>
        <w:rPr>
          <w:rFonts w:ascii="Calibri" w:eastAsia="微软雅黑" w:hAnsi="Calibri"/>
        </w:rPr>
        <w:t xml:space="preserve">12.3 </w:t>
      </w:r>
      <w:r>
        <w:rPr>
          <w:rFonts w:ascii="Calibri" w:eastAsia="微软雅黑" w:hAnsi="Calibri"/>
        </w:rPr>
        <w:t>共同负责</w:t>
      </w:r>
    </w:p>
    <w:tbl>
      <w:tblPr>
        <w:tblStyle w:val="aff1"/>
        <w:tblW w:w="9360" w:type="dxa"/>
        <w:tblInd w:w="120" w:type="dxa"/>
        <w:tblLayout w:type="fixed"/>
        <w:tblLook w:val="04A0" w:firstRow="1" w:lastRow="0" w:firstColumn="1" w:lastColumn="0" w:noHBand="0" w:noVBand="1"/>
      </w:tblPr>
      <w:tblGrid>
        <w:gridCol w:w="2300"/>
        <w:gridCol w:w="3530"/>
        <w:gridCol w:w="3530"/>
      </w:tblGrid>
      <w:tr w:rsidR="006D5139" w14:paraId="29FB09A3" w14:textId="77777777">
        <w:trPr>
          <w:cantSplit/>
          <w:tblHeader/>
        </w:trPr>
        <w:tc>
          <w:tcPr>
            <w:tcW w:w="2300" w:type="dxa"/>
            <w:shd w:val="clear" w:color="auto" w:fill="F2F4F7"/>
            <w:tcMar>
              <w:top w:w="80" w:type="dxa"/>
              <w:left w:w="120" w:type="dxa"/>
              <w:bottom w:w="80" w:type="dxa"/>
              <w:right w:w="120" w:type="dxa"/>
            </w:tcMar>
            <w:vAlign w:val="center"/>
          </w:tcPr>
          <w:p w14:paraId="6A86B079" w14:textId="77777777" w:rsidR="006D5139" w:rsidRDefault="00000000">
            <w:pPr>
              <w:spacing w:after="40" w:line="252" w:lineRule="auto"/>
            </w:pPr>
            <w:r>
              <w:rPr>
                <w:b/>
                <w:color w:val="0B2545"/>
                <w:sz w:val="18"/>
              </w:rPr>
              <w:t>工作</w:t>
            </w:r>
          </w:p>
        </w:tc>
        <w:tc>
          <w:tcPr>
            <w:tcW w:w="3530" w:type="dxa"/>
            <w:shd w:val="clear" w:color="auto" w:fill="F2F4F7"/>
            <w:tcMar>
              <w:top w:w="80" w:type="dxa"/>
              <w:left w:w="120" w:type="dxa"/>
              <w:bottom w:w="80" w:type="dxa"/>
              <w:right w:w="120" w:type="dxa"/>
            </w:tcMar>
            <w:vAlign w:val="center"/>
          </w:tcPr>
          <w:p w14:paraId="4C2D04BF" w14:textId="77777777" w:rsidR="006D5139" w:rsidRDefault="00000000">
            <w:pPr>
              <w:spacing w:after="40" w:line="252" w:lineRule="auto"/>
            </w:pPr>
            <w:r>
              <w:rPr>
                <w:b/>
                <w:color w:val="0B2545"/>
                <w:sz w:val="18"/>
              </w:rPr>
              <w:t>主责</w:t>
            </w:r>
          </w:p>
        </w:tc>
        <w:tc>
          <w:tcPr>
            <w:tcW w:w="3530" w:type="dxa"/>
            <w:shd w:val="clear" w:color="auto" w:fill="F2F4F7"/>
            <w:tcMar>
              <w:top w:w="80" w:type="dxa"/>
              <w:left w:w="120" w:type="dxa"/>
              <w:bottom w:w="80" w:type="dxa"/>
              <w:right w:w="120" w:type="dxa"/>
            </w:tcMar>
            <w:vAlign w:val="center"/>
          </w:tcPr>
          <w:p w14:paraId="761BF7B6" w14:textId="77777777" w:rsidR="006D5139" w:rsidRDefault="00000000">
            <w:pPr>
              <w:spacing w:after="40" w:line="252" w:lineRule="auto"/>
            </w:pPr>
            <w:r>
              <w:rPr>
                <w:b/>
                <w:color w:val="0B2545"/>
                <w:sz w:val="18"/>
              </w:rPr>
              <w:t>复核</w:t>
            </w:r>
            <w:r>
              <w:rPr>
                <w:b/>
                <w:color w:val="0B2545"/>
                <w:sz w:val="18"/>
              </w:rPr>
              <w:t>/</w:t>
            </w:r>
            <w:r>
              <w:rPr>
                <w:b/>
                <w:color w:val="0B2545"/>
                <w:sz w:val="18"/>
              </w:rPr>
              <w:t>协作</w:t>
            </w:r>
          </w:p>
        </w:tc>
      </w:tr>
      <w:tr w:rsidR="006D5139" w14:paraId="4D5E6302" w14:textId="77777777">
        <w:trPr>
          <w:cantSplit/>
        </w:trPr>
        <w:tc>
          <w:tcPr>
            <w:tcW w:w="2300" w:type="dxa"/>
            <w:tcMar>
              <w:top w:w="80" w:type="dxa"/>
              <w:left w:w="120" w:type="dxa"/>
              <w:bottom w:w="80" w:type="dxa"/>
              <w:right w:w="120" w:type="dxa"/>
            </w:tcMar>
            <w:vAlign w:val="center"/>
          </w:tcPr>
          <w:p w14:paraId="1EAD8A42" w14:textId="77777777" w:rsidR="006D5139" w:rsidRDefault="00000000">
            <w:pPr>
              <w:spacing w:after="60" w:line="252" w:lineRule="auto"/>
              <w:rPr>
                <w:lang w:eastAsia="zh-CN"/>
              </w:rPr>
            </w:pPr>
            <w:r>
              <w:rPr>
                <w:sz w:val="18"/>
                <w:lang w:eastAsia="zh-CN"/>
              </w:rPr>
              <w:t>产品优先级和范围冻结</w:t>
            </w:r>
          </w:p>
        </w:tc>
        <w:tc>
          <w:tcPr>
            <w:tcW w:w="3530" w:type="dxa"/>
            <w:tcMar>
              <w:top w:w="80" w:type="dxa"/>
              <w:left w:w="120" w:type="dxa"/>
              <w:bottom w:w="80" w:type="dxa"/>
              <w:right w:w="120" w:type="dxa"/>
            </w:tcMar>
            <w:vAlign w:val="center"/>
          </w:tcPr>
          <w:p w14:paraId="029DC9DE" w14:textId="77777777" w:rsidR="006D5139" w:rsidRDefault="00000000">
            <w:pPr>
              <w:spacing w:after="60" w:line="252" w:lineRule="auto"/>
            </w:pPr>
            <w:r>
              <w:rPr>
                <w:sz w:val="18"/>
              </w:rPr>
              <w:t>两人共同</w:t>
            </w:r>
          </w:p>
        </w:tc>
        <w:tc>
          <w:tcPr>
            <w:tcW w:w="3530" w:type="dxa"/>
            <w:tcMar>
              <w:top w:w="80" w:type="dxa"/>
              <w:left w:w="120" w:type="dxa"/>
              <w:bottom w:w="80" w:type="dxa"/>
              <w:right w:w="120" w:type="dxa"/>
            </w:tcMar>
            <w:vAlign w:val="center"/>
          </w:tcPr>
          <w:p w14:paraId="7A55EC7D" w14:textId="77777777" w:rsidR="006D5139" w:rsidRDefault="00000000">
            <w:pPr>
              <w:spacing w:after="60" w:line="252" w:lineRule="auto"/>
            </w:pPr>
            <w:r>
              <w:rPr>
                <w:sz w:val="18"/>
              </w:rPr>
              <w:t>公司负责人确认</w:t>
            </w:r>
          </w:p>
        </w:tc>
      </w:tr>
      <w:tr w:rsidR="006D5139" w14:paraId="1FBD44DB" w14:textId="77777777">
        <w:trPr>
          <w:cantSplit/>
        </w:trPr>
        <w:tc>
          <w:tcPr>
            <w:tcW w:w="2300" w:type="dxa"/>
            <w:tcMar>
              <w:top w:w="80" w:type="dxa"/>
              <w:left w:w="120" w:type="dxa"/>
              <w:bottom w:w="80" w:type="dxa"/>
              <w:right w:w="120" w:type="dxa"/>
            </w:tcMar>
            <w:vAlign w:val="center"/>
          </w:tcPr>
          <w:p w14:paraId="39092E5A" w14:textId="77777777" w:rsidR="006D5139" w:rsidRDefault="00000000">
            <w:pPr>
              <w:spacing w:after="60" w:line="252" w:lineRule="auto"/>
            </w:pPr>
            <w:r>
              <w:rPr>
                <w:sz w:val="18"/>
              </w:rPr>
              <w:t>前端架构和体验</w:t>
            </w:r>
          </w:p>
        </w:tc>
        <w:tc>
          <w:tcPr>
            <w:tcW w:w="3530" w:type="dxa"/>
            <w:tcMar>
              <w:top w:w="80" w:type="dxa"/>
              <w:left w:w="120" w:type="dxa"/>
              <w:bottom w:w="80" w:type="dxa"/>
              <w:right w:w="120" w:type="dxa"/>
            </w:tcMar>
            <w:vAlign w:val="center"/>
          </w:tcPr>
          <w:p w14:paraId="3043F861" w14:textId="77777777" w:rsidR="006D5139" w:rsidRDefault="00000000">
            <w:pPr>
              <w:spacing w:after="60" w:line="252" w:lineRule="auto"/>
            </w:pPr>
            <w:r>
              <w:rPr>
                <w:sz w:val="18"/>
              </w:rPr>
              <w:t>杨幸幸</w:t>
            </w:r>
          </w:p>
        </w:tc>
        <w:tc>
          <w:tcPr>
            <w:tcW w:w="3530" w:type="dxa"/>
            <w:tcMar>
              <w:top w:w="80" w:type="dxa"/>
              <w:left w:w="120" w:type="dxa"/>
              <w:bottom w:w="80" w:type="dxa"/>
              <w:right w:w="120" w:type="dxa"/>
            </w:tcMar>
            <w:vAlign w:val="center"/>
          </w:tcPr>
          <w:p w14:paraId="3A9C783B" w14:textId="77777777" w:rsidR="006D5139" w:rsidRDefault="00000000">
            <w:pPr>
              <w:spacing w:after="60" w:line="252" w:lineRule="auto"/>
            </w:pPr>
            <w:r>
              <w:rPr>
                <w:sz w:val="18"/>
              </w:rPr>
              <w:t>张顺检查权限</w:t>
            </w:r>
            <w:r>
              <w:rPr>
                <w:sz w:val="18"/>
              </w:rPr>
              <w:t>/API</w:t>
            </w:r>
          </w:p>
        </w:tc>
      </w:tr>
      <w:tr w:rsidR="006D5139" w14:paraId="0706A814" w14:textId="77777777">
        <w:trPr>
          <w:cantSplit/>
        </w:trPr>
        <w:tc>
          <w:tcPr>
            <w:tcW w:w="2300" w:type="dxa"/>
            <w:tcMar>
              <w:top w:w="80" w:type="dxa"/>
              <w:left w:w="120" w:type="dxa"/>
              <w:bottom w:w="80" w:type="dxa"/>
              <w:right w:w="120" w:type="dxa"/>
            </w:tcMar>
            <w:vAlign w:val="center"/>
          </w:tcPr>
          <w:p w14:paraId="3B073BBB" w14:textId="77777777" w:rsidR="006D5139" w:rsidRDefault="00000000">
            <w:pPr>
              <w:spacing w:after="60" w:line="252" w:lineRule="auto"/>
            </w:pPr>
            <w:r>
              <w:rPr>
                <w:sz w:val="18"/>
              </w:rPr>
              <w:t>后端架构和数据</w:t>
            </w:r>
          </w:p>
        </w:tc>
        <w:tc>
          <w:tcPr>
            <w:tcW w:w="3530" w:type="dxa"/>
            <w:tcMar>
              <w:top w:w="80" w:type="dxa"/>
              <w:left w:w="120" w:type="dxa"/>
              <w:bottom w:w="80" w:type="dxa"/>
              <w:right w:w="120" w:type="dxa"/>
            </w:tcMar>
            <w:vAlign w:val="center"/>
          </w:tcPr>
          <w:p w14:paraId="1F8B5B4A" w14:textId="77777777" w:rsidR="006D5139" w:rsidRDefault="00000000">
            <w:pPr>
              <w:spacing w:after="60" w:line="252" w:lineRule="auto"/>
            </w:pPr>
            <w:r>
              <w:rPr>
                <w:sz w:val="18"/>
              </w:rPr>
              <w:t>张顺</w:t>
            </w:r>
          </w:p>
        </w:tc>
        <w:tc>
          <w:tcPr>
            <w:tcW w:w="3530" w:type="dxa"/>
            <w:tcMar>
              <w:top w:w="80" w:type="dxa"/>
              <w:left w:w="120" w:type="dxa"/>
              <w:bottom w:w="80" w:type="dxa"/>
              <w:right w:w="120" w:type="dxa"/>
            </w:tcMar>
            <w:vAlign w:val="center"/>
          </w:tcPr>
          <w:p w14:paraId="4039DE01" w14:textId="77777777" w:rsidR="006D5139" w:rsidRDefault="00000000">
            <w:pPr>
              <w:spacing w:after="60" w:line="252" w:lineRule="auto"/>
            </w:pPr>
            <w:r>
              <w:rPr>
                <w:sz w:val="18"/>
              </w:rPr>
              <w:t>杨幸幸检查可用性</w:t>
            </w:r>
          </w:p>
        </w:tc>
      </w:tr>
      <w:tr w:rsidR="006D5139" w14:paraId="6FD5F360" w14:textId="77777777">
        <w:trPr>
          <w:cantSplit/>
        </w:trPr>
        <w:tc>
          <w:tcPr>
            <w:tcW w:w="2300" w:type="dxa"/>
            <w:tcMar>
              <w:top w:w="80" w:type="dxa"/>
              <w:left w:w="120" w:type="dxa"/>
              <w:bottom w:w="80" w:type="dxa"/>
              <w:right w:w="120" w:type="dxa"/>
            </w:tcMar>
            <w:vAlign w:val="center"/>
          </w:tcPr>
          <w:p w14:paraId="256AC755" w14:textId="77777777" w:rsidR="006D5139" w:rsidRDefault="00000000">
            <w:pPr>
              <w:spacing w:after="60" w:line="252" w:lineRule="auto"/>
            </w:pPr>
            <w:r>
              <w:rPr>
                <w:sz w:val="18"/>
              </w:rPr>
              <w:t xml:space="preserve">API </w:t>
            </w:r>
            <w:r>
              <w:rPr>
                <w:sz w:val="18"/>
              </w:rPr>
              <w:t>契约</w:t>
            </w:r>
          </w:p>
        </w:tc>
        <w:tc>
          <w:tcPr>
            <w:tcW w:w="3530" w:type="dxa"/>
            <w:tcMar>
              <w:top w:w="80" w:type="dxa"/>
              <w:left w:w="120" w:type="dxa"/>
              <w:bottom w:w="80" w:type="dxa"/>
              <w:right w:w="120" w:type="dxa"/>
            </w:tcMar>
            <w:vAlign w:val="center"/>
          </w:tcPr>
          <w:p w14:paraId="0C6DC6F9" w14:textId="77777777" w:rsidR="006D5139" w:rsidRDefault="00000000">
            <w:pPr>
              <w:spacing w:after="60" w:line="252" w:lineRule="auto"/>
            </w:pPr>
            <w:r>
              <w:rPr>
                <w:sz w:val="18"/>
              </w:rPr>
              <w:t>张顺起草</w:t>
            </w:r>
          </w:p>
        </w:tc>
        <w:tc>
          <w:tcPr>
            <w:tcW w:w="3530" w:type="dxa"/>
            <w:tcMar>
              <w:top w:w="80" w:type="dxa"/>
              <w:left w:w="120" w:type="dxa"/>
              <w:bottom w:w="80" w:type="dxa"/>
              <w:right w:w="120" w:type="dxa"/>
            </w:tcMar>
            <w:vAlign w:val="center"/>
          </w:tcPr>
          <w:p w14:paraId="6A76EFAF" w14:textId="77777777" w:rsidR="006D5139" w:rsidRDefault="00000000">
            <w:pPr>
              <w:spacing w:after="60" w:line="252" w:lineRule="auto"/>
            </w:pPr>
            <w:r>
              <w:rPr>
                <w:sz w:val="18"/>
              </w:rPr>
              <w:t>杨幸幸确认后冻结</w:t>
            </w:r>
          </w:p>
        </w:tc>
      </w:tr>
      <w:tr w:rsidR="006D5139" w14:paraId="58E4E5D5" w14:textId="77777777">
        <w:trPr>
          <w:cantSplit/>
        </w:trPr>
        <w:tc>
          <w:tcPr>
            <w:tcW w:w="2300" w:type="dxa"/>
            <w:tcMar>
              <w:top w:w="80" w:type="dxa"/>
              <w:left w:w="120" w:type="dxa"/>
              <w:bottom w:w="80" w:type="dxa"/>
              <w:right w:w="120" w:type="dxa"/>
            </w:tcMar>
            <w:vAlign w:val="center"/>
          </w:tcPr>
          <w:p w14:paraId="7DE68BCE" w14:textId="77777777" w:rsidR="006D5139" w:rsidRDefault="00000000">
            <w:pPr>
              <w:spacing w:after="60" w:line="252" w:lineRule="auto"/>
            </w:pPr>
            <w:r>
              <w:rPr>
                <w:sz w:val="18"/>
              </w:rPr>
              <w:t>测试策略</w:t>
            </w:r>
          </w:p>
        </w:tc>
        <w:tc>
          <w:tcPr>
            <w:tcW w:w="3530" w:type="dxa"/>
            <w:tcMar>
              <w:top w:w="80" w:type="dxa"/>
              <w:left w:w="120" w:type="dxa"/>
              <w:bottom w:w="80" w:type="dxa"/>
              <w:right w:w="120" w:type="dxa"/>
            </w:tcMar>
            <w:vAlign w:val="center"/>
          </w:tcPr>
          <w:p w14:paraId="108E4743" w14:textId="77777777" w:rsidR="006D5139" w:rsidRDefault="00000000">
            <w:pPr>
              <w:spacing w:after="60" w:line="252" w:lineRule="auto"/>
            </w:pPr>
            <w:r>
              <w:rPr>
                <w:sz w:val="18"/>
              </w:rPr>
              <w:t>各自单元测试</w:t>
            </w:r>
          </w:p>
        </w:tc>
        <w:tc>
          <w:tcPr>
            <w:tcW w:w="3530" w:type="dxa"/>
            <w:tcMar>
              <w:top w:w="80" w:type="dxa"/>
              <w:left w:w="120" w:type="dxa"/>
              <w:bottom w:w="80" w:type="dxa"/>
              <w:right w:w="120" w:type="dxa"/>
            </w:tcMar>
            <w:vAlign w:val="center"/>
          </w:tcPr>
          <w:p w14:paraId="3D509EB2" w14:textId="77777777" w:rsidR="006D5139" w:rsidRDefault="00000000">
            <w:pPr>
              <w:spacing w:after="60" w:line="252" w:lineRule="auto"/>
            </w:pPr>
            <w:r>
              <w:rPr>
                <w:sz w:val="18"/>
              </w:rPr>
              <w:t>共同维护</w:t>
            </w:r>
            <w:r>
              <w:rPr>
                <w:sz w:val="18"/>
              </w:rPr>
              <w:t xml:space="preserve"> E2E</w:t>
            </w:r>
          </w:p>
        </w:tc>
      </w:tr>
      <w:tr w:rsidR="006D5139" w14:paraId="69166B2C" w14:textId="77777777">
        <w:trPr>
          <w:cantSplit/>
        </w:trPr>
        <w:tc>
          <w:tcPr>
            <w:tcW w:w="2300" w:type="dxa"/>
            <w:tcMar>
              <w:top w:w="80" w:type="dxa"/>
              <w:left w:w="120" w:type="dxa"/>
              <w:bottom w:w="80" w:type="dxa"/>
              <w:right w:w="120" w:type="dxa"/>
            </w:tcMar>
            <w:vAlign w:val="center"/>
          </w:tcPr>
          <w:p w14:paraId="60520E0B" w14:textId="77777777" w:rsidR="006D5139" w:rsidRDefault="00000000">
            <w:pPr>
              <w:spacing w:after="60" w:line="252" w:lineRule="auto"/>
            </w:pPr>
            <w:r>
              <w:rPr>
                <w:sz w:val="18"/>
              </w:rPr>
              <w:t>需求验收</w:t>
            </w:r>
          </w:p>
        </w:tc>
        <w:tc>
          <w:tcPr>
            <w:tcW w:w="3530" w:type="dxa"/>
            <w:tcMar>
              <w:top w:w="80" w:type="dxa"/>
              <w:left w:w="120" w:type="dxa"/>
              <w:bottom w:w="80" w:type="dxa"/>
              <w:right w:w="120" w:type="dxa"/>
            </w:tcMar>
            <w:vAlign w:val="center"/>
          </w:tcPr>
          <w:p w14:paraId="46F1AAE4" w14:textId="77777777" w:rsidR="006D5139" w:rsidRDefault="00000000">
            <w:pPr>
              <w:spacing w:after="60" w:line="252" w:lineRule="auto"/>
            </w:pPr>
            <w:r>
              <w:rPr>
                <w:sz w:val="18"/>
              </w:rPr>
              <w:t>功能主责人演示</w:t>
            </w:r>
          </w:p>
        </w:tc>
        <w:tc>
          <w:tcPr>
            <w:tcW w:w="3530" w:type="dxa"/>
            <w:tcMar>
              <w:top w:w="80" w:type="dxa"/>
              <w:left w:w="120" w:type="dxa"/>
              <w:bottom w:w="80" w:type="dxa"/>
              <w:right w:w="120" w:type="dxa"/>
            </w:tcMar>
            <w:vAlign w:val="center"/>
          </w:tcPr>
          <w:p w14:paraId="4035C013" w14:textId="77777777" w:rsidR="006D5139" w:rsidRDefault="00000000">
            <w:pPr>
              <w:spacing w:after="60" w:line="252" w:lineRule="auto"/>
            </w:pPr>
            <w:r>
              <w:rPr>
                <w:sz w:val="18"/>
              </w:rPr>
              <w:t>另一人按标准验收</w:t>
            </w:r>
          </w:p>
        </w:tc>
      </w:tr>
      <w:tr w:rsidR="006D5139" w14:paraId="5D1D758C" w14:textId="77777777">
        <w:trPr>
          <w:cantSplit/>
        </w:trPr>
        <w:tc>
          <w:tcPr>
            <w:tcW w:w="2300" w:type="dxa"/>
            <w:tcMar>
              <w:top w:w="80" w:type="dxa"/>
              <w:left w:w="120" w:type="dxa"/>
              <w:bottom w:w="80" w:type="dxa"/>
              <w:right w:w="120" w:type="dxa"/>
            </w:tcMar>
            <w:vAlign w:val="center"/>
          </w:tcPr>
          <w:p w14:paraId="1C1A61C2" w14:textId="77777777" w:rsidR="006D5139" w:rsidRDefault="00000000">
            <w:pPr>
              <w:spacing w:after="60" w:line="252" w:lineRule="auto"/>
            </w:pPr>
            <w:r>
              <w:rPr>
                <w:sz w:val="18"/>
              </w:rPr>
              <w:t>生产发布</w:t>
            </w:r>
          </w:p>
        </w:tc>
        <w:tc>
          <w:tcPr>
            <w:tcW w:w="3530" w:type="dxa"/>
            <w:tcMar>
              <w:top w:w="80" w:type="dxa"/>
              <w:left w:w="120" w:type="dxa"/>
              <w:bottom w:w="80" w:type="dxa"/>
              <w:right w:w="120" w:type="dxa"/>
            </w:tcMar>
            <w:vAlign w:val="center"/>
          </w:tcPr>
          <w:p w14:paraId="3B252319" w14:textId="77777777" w:rsidR="006D5139" w:rsidRDefault="00000000">
            <w:pPr>
              <w:spacing w:after="60" w:line="252" w:lineRule="auto"/>
            </w:pPr>
            <w:r>
              <w:rPr>
                <w:sz w:val="18"/>
              </w:rPr>
              <w:t>张顺执行</w:t>
            </w:r>
          </w:p>
        </w:tc>
        <w:tc>
          <w:tcPr>
            <w:tcW w:w="3530" w:type="dxa"/>
            <w:tcMar>
              <w:top w:w="80" w:type="dxa"/>
              <w:left w:w="120" w:type="dxa"/>
              <w:bottom w:w="80" w:type="dxa"/>
              <w:right w:w="120" w:type="dxa"/>
            </w:tcMar>
            <w:vAlign w:val="center"/>
          </w:tcPr>
          <w:p w14:paraId="1AC044D6" w14:textId="77777777" w:rsidR="006D5139" w:rsidRDefault="00000000">
            <w:pPr>
              <w:spacing w:after="60" w:line="252" w:lineRule="auto"/>
            </w:pPr>
            <w:r>
              <w:rPr>
                <w:sz w:val="18"/>
              </w:rPr>
              <w:t>杨幸幸执行前台冒烟</w:t>
            </w:r>
          </w:p>
        </w:tc>
      </w:tr>
      <w:tr w:rsidR="006D5139" w14:paraId="3F609456" w14:textId="77777777">
        <w:trPr>
          <w:cantSplit/>
        </w:trPr>
        <w:tc>
          <w:tcPr>
            <w:tcW w:w="2300" w:type="dxa"/>
            <w:tcMar>
              <w:top w:w="80" w:type="dxa"/>
              <w:left w:w="120" w:type="dxa"/>
              <w:bottom w:w="80" w:type="dxa"/>
              <w:right w:w="120" w:type="dxa"/>
            </w:tcMar>
            <w:vAlign w:val="center"/>
          </w:tcPr>
          <w:p w14:paraId="4E33515A" w14:textId="77777777" w:rsidR="006D5139" w:rsidRDefault="00000000">
            <w:pPr>
              <w:spacing w:after="60" w:line="252" w:lineRule="auto"/>
            </w:pPr>
            <w:r>
              <w:rPr>
                <w:sz w:val="18"/>
              </w:rPr>
              <w:t>事故响应</w:t>
            </w:r>
          </w:p>
        </w:tc>
        <w:tc>
          <w:tcPr>
            <w:tcW w:w="3530" w:type="dxa"/>
            <w:tcMar>
              <w:top w:w="80" w:type="dxa"/>
              <w:left w:w="120" w:type="dxa"/>
              <w:bottom w:w="80" w:type="dxa"/>
              <w:right w:w="120" w:type="dxa"/>
            </w:tcMar>
            <w:vAlign w:val="center"/>
          </w:tcPr>
          <w:p w14:paraId="21C4CD34" w14:textId="77777777" w:rsidR="006D5139" w:rsidRDefault="00000000">
            <w:pPr>
              <w:spacing w:after="60" w:line="252" w:lineRule="auto"/>
            </w:pPr>
            <w:r>
              <w:rPr>
                <w:sz w:val="18"/>
              </w:rPr>
              <w:t>发现者先止损</w:t>
            </w:r>
          </w:p>
        </w:tc>
        <w:tc>
          <w:tcPr>
            <w:tcW w:w="3530" w:type="dxa"/>
            <w:tcMar>
              <w:top w:w="80" w:type="dxa"/>
              <w:left w:w="120" w:type="dxa"/>
              <w:bottom w:w="80" w:type="dxa"/>
              <w:right w:w="120" w:type="dxa"/>
            </w:tcMar>
            <w:vAlign w:val="center"/>
          </w:tcPr>
          <w:p w14:paraId="1600FFC3" w14:textId="77777777" w:rsidR="006D5139" w:rsidRDefault="00000000">
            <w:pPr>
              <w:spacing w:after="60" w:line="252" w:lineRule="auto"/>
            </w:pPr>
            <w:r>
              <w:rPr>
                <w:sz w:val="18"/>
              </w:rPr>
              <w:t>两人共同定位和复盘</w:t>
            </w:r>
          </w:p>
        </w:tc>
      </w:tr>
      <w:tr w:rsidR="006D5139" w14:paraId="1E8B448D" w14:textId="77777777">
        <w:trPr>
          <w:cantSplit/>
        </w:trPr>
        <w:tc>
          <w:tcPr>
            <w:tcW w:w="2300" w:type="dxa"/>
            <w:tcMar>
              <w:top w:w="80" w:type="dxa"/>
              <w:left w:w="120" w:type="dxa"/>
              <w:bottom w:w="80" w:type="dxa"/>
              <w:right w:w="120" w:type="dxa"/>
            </w:tcMar>
            <w:vAlign w:val="center"/>
          </w:tcPr>
          <w:p w14:paraId="77277F6E" w14:textId="77777777" w:rsidR="006D5139" w:rsidRDefault="00000000">
            <w:pPr>
              <w:spacing w:after="60" w:line="252" w:lineRule="auto"/>
            </w:pPr>
            <w:r>
              <w:rPr>
                <w:sz w:val="18"/>
              </w:rPr>
              <w:t>用户测试</w:t>
            </w:r>
          </w:p>
        </w:tc>
        <w:tc>
          <w:tcPr>
            <w:tcW w:w="3530" w:type="dxa"/>
            <w:tcMar>
              <w:top w:w="80" w:type="dxa"/>
              <w:left w:w="120" w:type="dxa"/>
              <w:bottom w:w="80" w:type="dxa"/>
              <w:right w:w="120" w:type="dxa"/>
            </w:tcMar>
            <w:vAlign w:val="center"/>
          </w:tcPr>
          <w:p w14:paraId="41509725" w14:textId="77777777" w:rsidR="006D5139" w:rsidRDefault="00000000">
            <w:pPr>
              <w:spacing w:after="60" w:line="252" w:lineRule="auto"/>
            </w:pPr>
            <w:r>
              <w:rPr>
                <w:sz w:val="18"/>
              </w:rPr>
              <w:t>杨幸幸组织</w:t>
            </w:r>
          </w:p>
        </w:tc>
        <w:tc>
          <w:tcPr>
            <w:tcW w:w="3530" w:type="dxa"/>
            <w:tcMar>
              <w:top w:w="80" w:type="dxa"/>
              <w:left w:w="120" w:type="dxa"/>
              <w:bottom w:w="80" w:type="dxa"/>
              <w:right w:w="120" w:type="dxa"/>
            </w:tcMar>
            <w:vAlign w:val="center"/>
          </w:tcPr>
          <w:p w14:paraId="4BC34DC4" w14:textId="77777777" w:rsidR="006D5139" w:rsidRDefault="00000000">
            <w:pPr>
              <w:spacing w:after="60" w:line="252" w:lineRule="auto"/>
            </w:pPr>
            <w:r>
              <w:rPr>
                <w:sz w:val="18"/>
              </w:rPr>
              <w:t>张顺处理数据</w:t>
            </w:r>
            <w:r>
              <w:rPr>
                <w:sz w:val="18"/>
              </w:rPr>
              <w:t>/</w:t>
            </w:r>
            <w:r>
              <w:rPr>
                <w:sz w:val="18"/>
              </w:rPr>
              <w:t>日志</w:t>
            </w:r>
          </w:p>
        </w:tc>
      </w:tr>
      <w:tr w:rsidR="006D5139" w14:paraId="452A62D2" w14:textId="77777777">
        <w:trPr>
          <w:cantSplit/>
        </w:trPr>
        <w:tc>
          <w:tcPr>
            <w:tcW w:w="2300" w:type="dxa"/>
            <w:tcMar>
              <w:top w:w="80" w:type="dxa"/>
              <w:left w:w="120" w:type="dxa"/>
              <w:bottom w:w="80" w:type="dxa"/>
              <w:right w:w="120" w:type="dxa"/>
            </w:tcMar>
            <w:vAlign w:val="center"/>
          </w:tcPr>
          <w:p w14:paraId="5FD1A1B9" w14:textId="77777777" w:rsidR="006D5139" w:rsidRDefault="00000000">
            <w:pPr>
              <w:spacing w:after="60" w:line="252" w:lineRule="auto"/>
            </w:pPr>
            <w:r>
              <w:rPr>
                <w:sz w:val="18"/>
              </w:rPr>
              <w:t>法律与经营资质</w:t>
            </w:r>
          </w:p>
        </w:tc>
        <w:tc>
          <w:tcPr>
            <w:tcW w:w="3530" w:type="dxa"/>
            <w:tcMar>
              <w:top w:w="80" w:type="dxa"/>
              <w:left w:w="120" w:type="dxa"/>
              <w:bottom w:w="80" w:type="dxa"/>
              <w:right w:w="120" w:type="dxa"/>
            </w:tcMar>
            <w:vAlign w:val="center"/>
          </w:tcPr>
          <w:p w14:paraId="08362182" w14:textId="77777777" w:rsidR="006D5139" w:rsidRDefault="00000000">
            <w:pPr>
              <w:spacing w:after="60" w:line="252" w:lineRule="auto"/>
            </w:pPr>
            <w:r>
              <w:rPr>
                <w:sz w:val="18"/>
              </w:rPr>
              <w:t>公司负责人</w:t>
            </w:r>
            <w:r>
              <w:rPr>
                <w:sz w:val="18"/>
              </w:rPr>
              <w:t>/</w:t>
            </w:r>
            <w:r>
              <w:rPr>
                <w:sz w:val="18"/>
              </w:rPr>
              <w:t>专业人员</w:t>
            </w:r>
          </w:p>
        </w:tc>
        <w:tc>
          <w:tcPr>
            <w:tcW w:w="3530" w:type="dxa"/>
            <w:tcMar>
              <w:top w:w="80" w:type="dxa"/>
              <w:left w:w="120" w:type="dxa"/>
              <w:bottom w:w="80" w:type="dxa"/>
              <w:right w:w="120" w:type="dxa"/>
            </w:tcMar>
            <w:vAlign w:val="center"/>
          </w:tcPr>
          <w:p w14:paraId="1FB02FE7" w14:textId="77777777" w:rsidR="006D5139" w:rsidRDefault="00000000">
            <w:pPr>
              <w:spacing w:after="60" w:line="252" w:lineRule="auto"/>
              <w:rPr>
                <w:lang w:eastAsia="zh-CN"/>
              </w:rPr>
            </w:pPr>
            <w:r>
              <w:rPr>
                <w:sz w:val="18"/>
                <w:lang w:eastAsia="zh-CN"/>
              </w:rPr>
              <w:t>两人提供技术材料，不自行替代法律意见</w:t>
            </w:r>
          </w:p>
        </w:tc>
      </w:tr>
    </w:tbl>
    <w:p w14:paraId="061DEB15" w14:textId="77777777" w:rsidR="006D5139" w:rsidRDefault="006D5139">
      <w:pPr>
        <w:spacing w:after="40"/>
        <w:rPr>
          <w:lang w:eastAsia="zh-CN"/>
        </w:rPr>
      </w:pPr>
    </w:p>
    <w:p w14:paraId="44D04179" w14:textId="77777777" w:rsidR="006D5139" w:rsidRDefault="00000000">
      <w:pPr>
        <w:pStyle w:val="31"/>
      </w:pPr>
      <w:r>
        <w:rPr>
          <w:rFonts w:ascii="Calibri" w:eastAsia="微软雅黑" w:hAnsi="Calibri"/>
        </w:rPr>
        <w:t xml:space="preserve">12.4 </w:t>
      </w:r>
      <w:r>
        <w:rPr>
          <w:rFonts w:ascii="Calibri" w:eastAsia="微软雅黑" w:hAnsi="Calibri"/>
        </w:rPr>
        <w:t>两人团队防单点措施</w:t>
      </w:r>
    </w:p>
    <w:p w14:paraId="046C8552" w14:textId="77777777" w:rsidR="006D5139" w:rsidRDefault="00000000">
      <w:pPr>
        <w:pStyle w:val="a0"/>
        <w:keepLines/>
        <w:numPr>
          <w:ilvl w:val="0"/>
          <w:numId w:val="67"/>
        </w:numPr>
        <w:rPr>
          <w:lang w:eastAsia="zh-CN"/>
        </w:rPr>
      </w:pPr>
      <w:r>
        <w:rPr>
          <w:lang w:eastAsia="zh-CN"/>
        </w:rPr>
        <w:t>每个</w:t>
      </w:r>
      <w:r>
        <w:rPr>
          <w:lang w:eastAsia="zh-CN"/>
        </w:rPr>
        <w:t xml:space="preserve"> Sprint </w:t>
      </w:r>
      <w:r>
        <w:rPr>
          <w:lang w:eastAsia="zh-CN"/>
        </w:rPr>
        <w:t>至少交换评审一个核心模块；</w:t>
      </w:r>
    </w:p>
    <w:p w14:paraId="52433D68" w14:textId="77777777" w:rsidR="006D5139" w:rsidRDefault="00000000">
      <w:pPr>
        <w:pStyle w:val="a0"/>
        <w:keepLines/>
        <w:numPr>
          <w:ilvl w:val="0"/>
          <w:numId w:val="67"/>
        </w:numPr>
        <w:rPr>
          <w:lang w:eastAsia="zh-CN"/>
        </w:rPr>
      </w:pPr>
      <w:r>
        <w:rPr>
          <w:lang w:eastAsia="zh-CN"/>
        </w:rPr>
        <w:t>关键部署和恢复流程由另一人实际演练一次；</w:t>
      </w:r>
    </w:p>
    <w:p w14:paraId="78979578" w14:textId="77777777" w:rsidR="006D5139" w:rsidRDefault="00000000">
      <w:pPr>
        <w:pStyle w:val="a0"/>
        <w:keepLines/>
        <w:numPr>
          <w:ilvl w:val="0"/>
          <w:numId w:val="67"/>
        </w:numPr>
        <w:rPr>
          <w:lang w:eastAsia="zh-CN"/>
        </w:rPr>
      </w:pPr>
      <w:r>
        <w:rPr>
          <w:lang w:eastAsia="zh-CN"/>
        </w:rPr>
        <w:t>密钥进入团队密码管理工具，不保存在个人电脑或聊天记录；</w:t>
      </w:r>
    </w:p>
    <w:p w14:paraId="6A4E22DD" w14:textId="77777777" w:rsidR="006D5139" w:rsidRDefault="00000000">
      <w:pPr>
        <w:pStyle w:val="a0"/>
        <w:keepLines/>
        <w:numPr>
          <w:ilvl w:val="0"/>
          <w:numId w:val="67"/>
        </w:numPr>
        <w:rPr>
          <w:lang w:eastAsia="zh-CN"/>
        </w:rPr>
      </w:pPr>
      <w:r>
        <w:rPr>
          <w:lang w:eastAsia="zh-CN"/>
        </w:rPr>
        <w:t>核心模块必须有</w:t>
      </w:r>
      <w:r>
        <w:rPr>
          <w:lang w:eastAsia="zh-CN"/>
        </w:rPr>
        <w:t xml:space="preserve"> README</w:t>
      </w:r>
      <w:r>
        <w:rPr>
          <w:lang w:eastAsia="zh-CN"/>
        </w:rPr>
        <w:t>、数据模型、运行和排障说明；</w:t>
      </w:r>
    </w:p>
    <w:p w14:paraId="529C654E" w14:textId="77777777" w:rsidR="006D5139" w:rsidRDefault="00000000">
      <w:pPr>
        <w:pStyle w:val="a0"/>
        <w:keepLines/>
        <w:numPr>
          <w:ilvl w:val="0"/>
          <w:numId w:val="67"/>
        </w:numPr>
        <w:rPr>
          <w:lang w:eastAsia="zh-CN"/>
        </w:rPr>
      </w:pPr>
      <w:r>
        <w:rPr>
          <w:lang w:eastAsia="zh-CN"/>
        </w:rPr>
        <w:lastRenderedPageBreak/>
        <w:t>生产权限至少两人可应急接管，但使用独立账号；</w:t>
      </w:r>
    </w:p>
    <w:p w14:paraId="54E74630" w14:textId="77777777" w:rsidR="006D5139" w:rsidRDefault="00000000">
      <w:pPr>
        <w:pStyle w:val="a0"/>
        <w:keepLines/>
        <w:numPr>
          <w:ilvl w:val="0"/>
          <w:numId w:val="67"/>
        </w:numPr>
        <w:rPr>
          <w:lang w:eastAsia="zh-CN"/>
        </w:rPr>
      </w:pPr>
      <w:r>
        <w:rPr>
          <w:lang w:eastAsia="zh-CN"/>
        </w:rPr>
        <w:t>每周五更新</w:t>
      </w:r>
      <w:r>
        <w:rPr>
          <w:lang w:eastAsia="zh-CN"/>
        </w:rPr>
        <w:t>“</w:t>
      </w:r>
      <w:r>
        <w:rPr>
          <w:lang w:eastAsia="zh-CN"/>
        </w:rPr>
        <w:t>本周变更、已知问题、下一步、恢复方式</w:t>
      </w:r>
      <w:r>
        <w:rPr>
          <w:lang w:eastAsia="zh-CN"/>
        </w:rPr>
        <w:t>”</w:t>
      </w:r>
      <w:r>
        <w:rPr>
          <w:lang w:eastAsia="zh-CN"/>
        </w:rPr>
        <w:t>。</w:t>
      </w:r>
    </w:p>
    <w:p w14:paraId="477C8C02" w14:textId="77777777" w:rsidR="006D5139" w:rsidRDefault="00000000">
      <w:pPr>
        <w:pStyle w:val="21"/>
        <w:rPr>
          <w:lang w:eastAsia="zh-CN"/>
        </w:rPr>
      </w:pPr>
      <w:r>
        <w:rPr>
          <w:rFonts w:ascii="Calibri" w:eastAsia="微软雅黑" w:hAnsi="Calibri"/>
          <w:lang w:eastAsia="zh-CN"/>
        </w:rPr>
        <w:t xml:space="preserve">13. </w:t>
      </w:r>
      <w:r>
        <w:rPr>
          <w:rFonts w:ascii="Calibri" w:eastAsia="微软雅黑" w:hAnsi="Calibri"/>
          <w:lang w:eastAsia="zh-CN"/>
        </w:rPr>
        <w:t>工作量与预算假设</w:t>
      </w:r>
    </w:p>
    <w:p w14:paraId="10140A23" w14:textId="77777777" w:rsidR="006D5139" w:rsidRDefault="00000000">
      <w:pPr>
        <w:pStyle w:val="31"/>
        <w:rPr>
          <w:lang w:eastAsia="zh-CN"/>
        </w:rPr>
      </w:pPr>
      <w:r>
        <w:rPr>
          <w:rFonts w:ascii="Calibri" w:eastAsia="微软雅黑" w:hAnsi="Calibri"/>
          <w:lang w:eastAsia="zh-CN"/>
        </w:rPr>
        <w:t xml:space="preserve">13.1 </w:t>
      </w:r>
      <w:r>
        <w:rPr>
          <w:rFonts w:ascii="Calibri" w:eastAsia="微软雅黑" w:hAnsi="Calibri"/>
          <w:lang w:eastAsia="zh-CN"/>
        </w:rPr>
        <w:t>研发产能</w:t>
      </w:r>
    </w:p>
    <w:p w14:paraId="6BD59949" w14:textId="77777777" w:rsidR="006D5139" w:rsidRDefault="00000000">
      <w:pPr>
        <w:rPr>
          <w:lang w:eastAsia="zh-CN"/>
        </w:rPr>
      </w:pPr>
      <w:r>
        <w:rPr>
          <w:lang w:eastAsia="zh-CN"/>
        </w:rPr>
        <w:t>两人</w:t>
      </w:r>
      <w:r>
        <w:rPr>
          <w:lang w:eastAsia="zh-CN"/>
        </w:rPr>
        <w:t xml:space="preserve"> × 16 </w:t>
      </w:r>
      <w:r>
        <w:rPr>
          <w:lang w:eastAsia="zh-CN"/>
        </w:rPr>
        <w:t>个有效周</w:t>
      </w:r>
      <w:r>
        <w:rPr>
          <w:lang w:eastAsia="zh-CN"/>
        </w:rPr>
        <w:t xml:space="preserve"> × 5 </w:t>
      </w:r>
      <w:r>
        <w:rPr>
          <w:lang w:eastAsia="zh-CN"/>
        </w:rPr>
        <w:t>人日</w:t>
      </w:r>
      <w:r>
        <w:rPr>
          <w:lang w:eastAsia="zh-CN"/>
        </w:rPr>
        <w:t xml:space="preserve"> = </w:t>
      </w:r>
      <w:r>
        <w:rPr>
          <w:b/>
          <w:lang w:eastAsia="zh-CN"/>
        </w:rPr>
        <w:t xml:space="preserve">160 </w:t>
      </w:r>
      <w:r>
        <w:rPr>
          <w:b/>
          <w:lang w:eastAsia="zh-CN"/>
        </w:rPr>
        <w:t>人日毛产能</w:t>
      </w:r>
      <w:r>
        <w:rPr>
          <w:lang w:eastAsia="zh-CN"/>
        </w:rPr>
        <w:t>。</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6543D22C" w14:textId="77777777">
        <w:trPr>
          <w:cantSplit/>
          <w:tblHeader/>
        </w:trPr>
        <w:tc>
          <w:tcPr>
            <w:tcW w:w="1800" w:type="dxa"/>
            <w:shd w:val="clear" w:color="auto" w:fill="F2F4F7"/>
            <w:tcMar>
              <w:top w:w="80" w:type="dxa"/>
              <w:left w:w="120" w:type="dxa"/>
              <w:bottom w:w="80" w:type="dxa"/>
              <w:right w:w="120" w:type="dxa"/>
            </w:tcMar>
            <w:vAlign w:val="center"/>
          </w:tcPr>
          <w:p w14:paraId="7C6664AD" w14:textId="77777777" w:rsidR="006D5139" w:rsidRDefault="00000000">
            <w:pPr>
              <w:spacing w:after="40" w:line="252" w:lineRule="auto"/>
            </w:pPr>
            <w:r>
              <w:rPr>
                <w:b/>
                <w:color w:val="0B2545"/>
                <w:sz w:val="17"/>
              </w:rPr>
              <w:t>用途</w:t>
            </w:r>
          </w:p>
        </w:tc>
        <w:tc>
          <w:tcPr>
            <w:tcW w:w="2700" w:type="dxa"/>
            <w:shd w:val="clear" w:color="auto" w:fill="F2F4F7"/>
            <w:tcMar>
              <w:top w:w="80" w:type="dxa"/>
              <w:left w:w="120" w:type="dxa"/>
              <w:bottom w:w="80" w:type="dxa"/>
              <w:right w:w="120" w:type="dxa"/>
            </w:tcMar>
            <w:vAlign w:val="center"/>
          </w:tcPr>
          <w:p w14:paraId="7F31350F" w14:textId="77777777" w:rsidR="006D5139" w:rsidRDefault="00000000">
            <w:pPr>
              <w:spacing w:after="40" w:line="252" w:lineRule="auto"/>
            </w:pPr>
            <w:r>
              <w:rPr>
                <w:b/>
                <w:color w:val="0B2545"/>
                <w:sz w:val="17"/>
              </w:rPr>
              <w:t>比例</w:t>
            </w:r>
          </w:p>
        </w:tc>
        <w:tc>
          <w:tcPr>
            <w:tcW w:w="3060" w:type="dxa"/>
            <w:shd w:val="clear" w:color="auto" w:fill="F2F4F7"/>
            <w:tcMar>
              <w:top w:w="80" w:type="dxa"/>
              <w:left w:w="120" w:type="dxa"/>
              <w:bottom w:w="80" w:type="dxa"/>
              <w:right w:w="120" w:type="dxa"/>
            </w:tcMar>
            <w:vAlign w:val="center"/>
          </w:tcPr>
          <w:p w14:paraId="1DCD762A" w14:textId="77777777" w:rsidR="006D5139" w:rsidRDefault="00000000">
            <w:pPr>
              <w:spacing w:after="40" w:line="252" w:lineRule="auto"/>
            </w:pPr>
            <w:r>
              <w:rPr>
                <w:b/>
                <w:color w:val="0B2545"/>
                <w:sz w:val="17"/>
              </w:rPr>
              <w:t>人日</w:t>
            </w:r>
          </w:p>
        </w:tc>
        <w:tc>
          <w:tcPr>
            <w:tcW w:w="1800" w:type="dxa"/>
            <w:shd w:val="clear" w:color="auto" w:fill="F2F4F7"/>
            <w:tcMar>
              <w:top w:w="80" w:type="dxa"/>
              <w:left w:w="120" w:type="dxa"/>
              <w:bottom w:w="80" w:type="dxa"/>
              <w:right w:w="120" w:type="dxa"/>
            </w:tcMar>
            <w:vAlign w:val="center"/>
          </w:tcPr>
          <w:p w14:paraId="6E3AEA85" w14:textId="77777777" w:rsidR="006D5139" w:rsidRDefault="00000000">
            <w:pPr>
              <w:spacing w:after="40" w:line="252" w:lineRule="auto"/>
            </w:pPr>
            <w:r>
              <w:rPr>
                <w:b/>
                <w:color w:val="0B2545"/>
                <w:sz w:val="17"/>
              </w:rPr>
              <w:t>说明</w:t>
            </w:r>
          </w:p>
        </w:tc>
      </w:tr>
      <w:tr w:rsidR="006D5139" w14:paraId="214FF58D" w14:textId="77777777">
        <w:trPr>
          <w:cantSplit/>
        </w:trPr>
        <w:tc>
          <w:tcPr>
            <w:tcW w:w="1800" w:type="dxa"/>
            <w:tcMar>
              <w:top w:w="80" w:type="dxa"/>
              <w:left w:w="120" w:type="dxa"/>
              <w:bottom w:w="80" w:type="dxa"/>
              <w:right w:w="120" w:type="dxa"/>
            </w:tcMar>
            <w:vAlign w:val="center"/>
          </w:tcPr>
          <w:p w14:paraId="75E2C483" w14:textId="77777777" w:rsidR="006D5139" w:rsidRDefault="00000000">
            <w:pPr>
              <w:spacing w:after="60" w:line="252" w:lineRule="auto"/>
            </w:pPr>
            <w:r>
              <w:rPr>
                <w:sz w:val="17"/>
              </w:rPr>
              <w:t>核心功能开发</w:t>
            </w:r>
          </w:p>
        </w:tc>
        <w:tc>
          <w:tcPr>
            <w:tcW w:w="2700" w:type="dxa"/>
            <w:tcMar>
              <w:top w:w="80" w:type="dxa"/>
              <w:left w:w="120" w:type="dxa"/>
              <w:bottom w:w="80" w:type="dxa"/>
              <w:right w:w="120" w:type="dxa"/>
            </w:tcMar>
            <w:vAlign w:val="center"/>
          </w:tcPr>
          <w:p w14:paraId="1799D053" w14:textId="77777777" w:rsidR="006D5139" w:rsidRDefault="00000000">
            <w:pPr>
              <w:spacing w:after="60" w:line="252" w:lineRule="auto"/>
            </w:pPr>
            <w:r>
              <w:rPr>
                <w:sz w:val="17"/>
              </w:rPr>
              <w:t>60%</w:t>
            </w:r>
          </w:p>
        </w:tc>
        <w:tc>
          <w:tcPr>
            <w:tcW w:w="3060" w:type="dxa"/>
            <w:tcMar>
              <w:top w:w="80" w:type="dxa"/>
              <w:left w:w="120" w:type="dxa"/>
              <w:bottom w:w="80" w:type="dxa"/>
              <w:right w:w="120" w:type="dxa"/>
            </w:tcMar>
            <w:vAlign w:val="center"/>
          </w:tcPr>
          <w:p w14:paraId="02D9C803" w14:textId="77777777" w:rsidR="006D5139" w:rsidRDefault="00000000">
            <w:pPr>
              <w:spacing w:after="60" w:line="252" w:lineRule="auto"/>
            </w:pPr>
            <w:r>
              <w:rPr>
                <w:sz w:val="17"/>
              </w:rPr>
              <w:t>96</w:t>
            </w:r>
          </w:p>
        </w:tc>
        <w:tc>
          <w:tcPr>
            <w:tcW w:w="1800" w:type="dxa"/>
            <w:tcMar>
              <w:top w:w="80" w:type="dxa"/>
              <w:left w:w="120" w:type="dxa"/>
              <w:bottom w:w="80" w:type="dxa"/>
              <w:right w:w="120" w:type="dxa"/>
            </w:tcMar>
            <w:vAlign w:val="center"/>
          </w:tcPr>
          <w:p w14:paraId="77DAD5FB" w14:textId="77777777" w:rsidR="006D5139" w:rsidRDefault="00000000">
            <w:pPr>
              <w:spacing w:after="60" w:line="252" w:lineRule="auto"/>
              <w:rPr>
                <w:lang w:eastAsia="zh-CN"/>
              </w:rPr>
            </w:pPr>
            <w:r>
              <w:rPr>
                <w:sz w:val="17"/>
                <w:lang w:eastAsia="zh-CN"/>
              </w:rPr>
              <w:t>前后端业务、</w:t>
            </w:r>
            <w:r>
              <w:rPr>
                <w:sz w:val="17"/>
                <w:lang w:eastAsia="zh-CN"/>
              </w:rPr>
              <w:t xml:space="preserve">AI </w:t>
            </w:r>
            <w:r>
              <w:rPr>
                <w:sz w:val="17"/>
                <w:lang w:eastAsia="zh-CN"/>
              </w:rPr>
              <w:t>和后台</w:t>
            </w:r>
          </w:p>
        </w:tc>
      </w:tr>
      <w:tr w:rsidR="006D5139" w14:paraId="114779DA" w14:textId="77777777">
        <w:trPr>
          <w:cantSplit/>
        </w:trPr>
        <w:tc>
          <w:tcPr>
            <w:tcW w:w="1800" w:type="dxa"/>
            <w:tcMar>
              <w:top w:w="80" w:type="dxa"/>
              <w:left w:w="120" w:type="dxa"/>
              <w:bottom w:w="80" w:type="dxa"/>
              <w:right w:w="120" w:type="dxa"/>
            </w:tcMar>
            <w:vAlign w:val="center"/>
          </w:tcPr>
          <w:p w14:paraId="138BD3E7" w14:textId="77777777" w:rsidR="006D5139" w:rsidRDefault="00000000">
            <w:pPr>
              <w:spacing w:after="60" w:line="252" w:lineRule="auto"/>
            </w:pPr>
            <w:r>
              <w:rPr>
                <w:sz w:val="17"/>
              </w:rPr>
              <w:t>测试与缺陷</w:t>
            </w:r>
          </w:p>
        </w:tc>
        <w:tc>
          <w:tcPr>
            <w:tcW w:w="2700" w:type="dxa"/>
            <w:tcMar>
              <w:top w:w="80" w:type="dxa"/>
              <w:left w:w="120" w:type="dxa"/>
              <w:bottom w:w="80" w:type="dxa"/>
              <w:right w:w="120" w:type="dxa"/>
            </w:tcMar>
            <w:vAlign w:val="center"/>
          </w:tcPr>
          <w:p w14:paraId="764D08CD" w14:textId="77777777" w:rsidR="006D5139" w:rsidRDefault="00000000">
            <w:pPr>
              <w:spacing w:after="60" w:line="252" w:lineRule="auto"/>
            </w:pPr>
            <w:r>
              <w:rPr>
                <w:sz w:val="17"/>
              </w:rPr>
              <w:t>20%</w:t>
            </w:r>
          </w:p>
        </w:tc>
        <w:tc>
          <w:tcPr>
            <w:tcW w:w="3060" w:type="dxa"/>
            <w:tcMar>
              <w:top w:w="80" w:type="dxa"/>
              <w:left w:w="120" w:type="dxa"/>
              <w:bottom w:w="80" w:type="dxa"/>
              <w:right w:w="120" w:type="dxa"/>
            </w:tcMar>
            <w:vAlign w:val="center"/>
          </w:tcPr>
          <w:p w14:paraId="0457900B" w14:textId="77777777" w:rsidR="006D5139" w:rsidRDefault="00000000">
            <w:pPr>
              <w:spacing w:after="60" w:line="252" w:lineRule="auto"/>
            </w:pPr>
            <w:r>
              <w:rPr>
                <w:sz w:val="17"/>
              </w:rPr>
              <w:t>32</w:t>
            </w:r>
          </w:p>
        </w:tc>
        <w:tc>
          <w:tcPr>
            <w:tcW w:w="1800" w:type="dxa"/>
            <w:tcMar>
              <w:top w:w="80" w:type="dxa"/>
              <w:left w:w="120" w:type="dxa"/>
              <w:bottom w:w="80" w:type="dxa"/>
              <w:right w:w="120" w:type="dxa"/>
            </w:tcMar>
            <w:vAlign w:val="center"/>
          </w:tcPr>
          <w:p w14:paraId="2E3DBB4E" w14:textId="77777777" w:rsidR="006D5139" w:rsidRDefault="00000000">
            <w:pPr>
              <w:spacing w:after="60" w:line="252" w:lineRule="auto"/>
              <w:rPr>
                <w:lang w:eastAsia="zh-CN"/>
              </w:rPr>
            </w:pPr>
            <w:r>
              <w:rPr>
                <w:sz w:val="17"/>
                <w:lang w:eastAsia="zh-CN"/>
              </w:rPr>
              <w:t>单测、集成、</w:t>
            </w:r>
            <w:r>
              <w:rPr>
                <w:sz w:val="17"/>
                <w:lang w:eastAsia="zh-CN"/>
              </w:rPr>
              <w:t>E2E</w:t>
            </w:r>
            <w:r>
              <w:rPr>
                <w:sz w:val="17"/>
                <w:lang w:eastAsia="zh-CN"/>
              </w:rPr>
              <w:t>、回归、修复</w:t>
            </w:r>
          </w:p>
        </w:tc>
      </w:tr>
      <w:tr w:rsidR="006D5139" w14:paraId="0B3F5D9C" w14:textId="77777777">
        <w:trPr>
          <w:cantSplit/>
        </w:trPr>
        <w:tc>
          <w:tcPr>
            <w:tcW w:w="1800" w:type="dxa"/>
            <w:tcMar>
              <w:top w:w="80" w:type="dxa"/>
              <w:left w:w="120" w:type="dxa"/>
              <w:bottom w:w="80" w:type="dxa"/>
              <w:right w:w="120" w:type="dxa"/>
            </w:tcMar>
            <w:vAlign w:val="center"/>
          </w:tcPr>
          <w:p w14:paraId="7E1A63DA" w14:textId="77777777" w:rsidR="006D5139" w:rsidRDefault="00000000">
            <w:pPr>
              <w:spacing w:after="60" w:line="252" w:lineRule="auto"/>
            </w:pPr>
            <w:r>
              <w:rPr>
                <w:sz w:val="17"/>
              </w:rPr>
              <w:t>环境</w:t>
            </w:r>
            <w:r>
              <w:rPr>
                <w:sz w:val="17"/>
              </w:rPr>
              <w:t>/</w:t>
            </w:r>
            <w:r>
              <w:rPr>
                <w:sz w:val="17"/>
              </w:rPr>
              <w:t>文档</w:t>
            </w:r>
            <w:r>
              <w:rPr>
                <w:sz w:val="17"/>
              </w:rPr>
              <w:t>/</w:t>
            </w:r>
            <w:r>
              <w:rPr>
                <w:sz w:val="17"/>
              </w:rPr>
              <w:t>发布</w:t>
            </w:r>
          </w:p>
        </w:tc>
        <w:tc>
          <w:tcPr>
            <w:tcW w:w="2700" w:type="dxa"/>
            <w:tcMar>
              <w:top w:w="80" w:type="dxa"/>
              <w:left w:w="120" w:type="dxa"/>
              <w:bottom w:w="80" w:type="dxa"/>
              <w:right w:w="120" w:type="dxa"/>
            </w:tcMar>
            <w:vAlign w:val="center"/>
          </w:tcPr>
          <w:p w14:paraId="5575A339" w14:textId="77777777" w:rsidR="006D5139" w:rsidRDefault="00000000">
            <w:pPr>
              <w:spacing w:after="60" w:line="252" w:lineRule="auto"/>
            </w:pPr>
            <w:r>
              <w:rPr>
                <w:sz w:val="17"/>
              </w:rPr>
              <w:t>12.5%</w:t>
            </w:r>
          </w:p>
        </w:tc>
        <w:tc>
          <w:tcPr>
            <w:tcW w:w="3060" w:type="dxa"/>
            <w:tcMar>
              <w:top w:w="80" w:type="dxa"/>
              <w:left w:w="120" w:type="dxa"/>
              <w:bottom w:w="80" w:type="dxa"/>
              <w:right w:w="120" w:type="dxa"/>
            </w:tcMar>
            <w:vAlign w:val="center"/>
          </w:tcPr>
          <w:p w14:paraId="1D039375" w14:textId="77777777" w:rsidR="006D5139" w:rsidRDefault="00000000">
            <w:pPr>
              <w:spacing w:after="60" w:line="252" w:lineRule="auto"/>
            </w:pPr>
            <w:r>
              <w:rPr>
                <w:sz w:val="17"/>
              </w:rPr>
              <w:t>20</w:t>
            </w:r>
          </w:p>
        </w:tc>
        <w:tc>
          <w:tcPr>
            <w:tcW w:w="1800" w:type="dxa"/>
            <w:tcMar>
              <w:top w:w="80" w:type="dxa"/>
              <w:left w:w="120" w:type="dxa"/>
              <w:bottom w:w="80" w:type="dxa"/>
              <w:right w:w="120" w:type="dxa"/>
            </w:tcMar>
            <w:vAlign w:val="center"/>
          </w:tcPr>
          <w:p w14:paraId="2D3CA980" w14:textId="77777777" w:rsidR="006D5139" w:rsidRDefault="00000000">
            <w:pPr>
              <w:spacing w:after="60" w:line="252" w:lineRule="auto"/>
              <w:rPr>
                <w:lang w:eastAsia="zh-CN"/>
              </w:rPr>
            </w:pPr>
            <w:r>
              <w:rPr>
                <w:sz w:val="17"/>
                <w:lang w:eastAsia="zh-CN"/>
              </w:rPr>
              <w:t>CI</w:t>
            </w:r>
            <w:r>
              <w:rPr>
                <w:sz w:val="17"/>
                <w:lang w:eastAsia="zh-CN"/>
              </w:rPr>
              <w:t>、监控、备份、文档、运营配置</w:t>
            </w:r>
          </w:p>
        </w:tc>
      </w:tr>
      <w:tr w:rsidR="006D5139" w14:paraId="5F9F3032" w14:textId="77777777">
        <w:trPr>
          <w:cantSplit/>
        </w:trPr>
        <w:tc>
          <w:tcPr>
            <w:tcW w:w="1800" w:type="dxa"/>
            <w:tcMar>
              <w:top w:w="80" w:type="dxa"/>
              <w:left w:w="120" w:type="dxa"/>
              <w:bottom w:w="80" w:type="dxa"/>
              <w:right w:w="120" w:type="dxa"/>
            </w:tcMar>
            <w:vAlign w:val="center"/>
          </w:tcPr>
          <w:p w14:paraId="18F6CF70" w14:textId="77777777" w:rsidR="006D5139" w:rsidRDefault="00000000">
            <w:pPr>
              <w:spacing w:after="60" w:line="252" w:lineRule="auto"/>
            </w:pPr>
            <w:r>
              <w:rPr>
                <w:sz w:val="17"/>
              </w:rPr>
              <w:t>风险缓冲</w:t>
            </w:r>
          </w:p>
        </w:tc>
        <w:tc>
          <w:tcPr>
            <w:tcW w:w="2700" w:type="dxa"/>
            <w:tcMar>
              <w:top w:w="80" w:type="dxa"/>
              <w:left w:w="120" w:type="dxa"/>
              <w:bottom w:w="80" w:type="dxa"/>
              <w:right w:w="120" w:type="dxa"/>
            </w:tcMar>
            <w:vAlign w:val="center"/>
          </w:tcPr>
          <w:p w14:paraId="4F80C424" w14:textId="77777777" w:rsidR="006D5139" w:rsidRDefault="00000000">
            <w:pPr>
              <w:spacing w:after="60" w:line="252" w:lineRule="auto"/>
            </w:pPr>
            <w:r>
              <w:rPr>
                <w:sz w:val="17"/>
              </w:rPr>
              <w:t>7.5%</w:t>
            </w:r>
          </w:p>
        </w:tc>
        <w:tc>
          <w:tcPr>
            <w:tcW w:w="3060" w:type="dxa"/>
            <w:tcMar>
              <w:top w:w="80" w:type="dxa"/>
              <w:left w:w="120" w:type="dxa"/>
              <w:bottom w:w="80" w:type="dxa"/>
              <w:right w:w="120" w:type="dxa"/>
            </w:tcMar>
            <w:vAlign w:val="center"/>
          </w:tcPr>
          <w:p w14:paraId="19F18BB9" w14:textId="77777777" w:rsidR="006D5139" w:rsidRDefault="00000000">
            <w:pPr>
              <w:spacing w:after="60" w:line="252" w:lineRule="auto"/>
            </w:pPr>
            <w:r>
              <w:rPr>
                <w:sz w:val="17"/>
              </w:rPr>
              <w:t>12</w:t>
            </w:r>
          </w:p>
        </w:tc>
        <w:tc>
          <w:tcPr>
            <w:tcW w:w="1800" w:type="dxa"/>
            <w:tcMar>
              <w:top w:w="80" w:type="dxa"/>
              <w:left w:w="120" w:type="dxa"/>
              <w:bottom w:w="80" w:type="dxa"/>
              <w:right w:w="120" w:type="dxa"/>
            </w:tcMar>
            <w:vAlign w:val="center"/>
          </w:tcPr>
          <w:p w14:paraId="6289E83C" w14:textId="77777777" w:rsidR="006D5139" w:rsidRDefault="00000000">
            <w:pPr>
              <w:spacing w:after="60" w:line="252" w:lineRule="auto"/>
              <w:rPr>
                <w:lang w:eastAsia="zh-CN"/>
              </w:rPr>
            </w:pPr>
            <w:r>
              <w:rPr>
                <w:sz w:val="17"/>
                <w:lang w:eastAsia="zh-CN"/>
              </w:rPr>
              <w:t>学习曲线、第三方、性能和合规调整</w:t>
            </w:r>
          </w:p>
        </w:tc>
      </w:tr>
    </w:tbl>
    <w:p w14:paraId="7908C54D" w14:textId="77777777" w:rsidR="006D5139" w:rsidRDefault="006D5139">
      <w:pPr>
        <w:spacing w:after="40"/>
        <w:rPr>
          <w:lang w:eastAsia="zh-CN"/>
        </w:rPr>
      </w:pPr>
    </w:p>
    <w:p w14:paraId="608624B0" w14:textId="77777777" w:rsidR="006D5139" w:rsidRDefault="00000000">
      <w:pPr>
        <w:rPr>
          <w:lang w:eastAsia="zh-CN"/>
        </w:rPr>
      </w:pPr>
      <w:r>
        <w:rPr>
          <w:lang w:eastAsia="zh-CN"/>
        </w:rPr>
        <w:t>任何新增</w:t>
      </w:r>
      <w:r>
        <w:rPr>
          <w:lang w:eastAsia="zh-CN"/>
        </w:rPr>
        <w:t xml:space="preserve"> P0 </w:t>
      </w:r>
      <w:r>
        <w:rPr>
          <w:lang w:eastAsia="zh-CN"/>
        </w:rPr>
        <w:t>功能都必须明确替换掉同等工作量，不能只叠加。</w:t>
      </w:r>
    </w:p>
    <w:p w14:paraId="153A6EBF" w14:textId="77777777" w:rsidR="006D5139" w:rsidRDefault="00000000">
      <w:pPr>
        <w:pStyle w:val="31"/>
        <w:rPr>
          <w:lang w:eastAsia="zh-CN"/>
        </w:rPr>
      </w:pPr>
      <w:r>
        <w:rPr>
          <w:rFonts w:ascii="Calibri" w:eastAsia="微软雅黑" w:hAnsi="Calibri"/>
          <w:lang w:eastAsia="zh-CN"/>
        </w:rPr>
        <w:t xml:space="preserve">13.2 </w:t>
      </w:r>
      <w:r>
        <w:rPr>
          <w:rFonts w:ascii="Calibri" w:eastAsia="微软雅黑" w:hAnsi="Calibri"/>
          <w:lang w:eastAsia="zh-CN"/>
        </w:rPr>
        <w:t>外部成本估算</w:t>
      </w:r>
    </w:p>
    <w:p w14:paraId="7DB7640F" w14:textId="77777777" w:rsidR="006D5139" w:rsidRDefault="00000000">
      <w:pPr>
        <w:rPr>
          <w:lang w:eastAsia="zh-CN"/>
        </w:rPr>
      </w:pPr>
      <w:r>
        <w:rPr>
          <w:lang w:eastAsia="zh-CN"/>
        </w:rPr>
        <w:t>以下仅为立项预算区间，需按供应商实际报价核实：</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17564EBD" w14:textId="77777777">
        <w:trPr>
          <w:cantSplit/>
          <w:tblHeader/>
        </w:trPr>
        <w:tc>
          <w:tcPr>
            <w:tcW w:w="1800" w:type="dxa"/>
            <w:shd w:val="clear" w:color="auto" w:fill="F2F4F7"/>
            <w:tcMar>
              <w:top w:w="80" w:type="dxa"/>
              <w:left w:w="120" w:type="dxa"/>
              <w:bottom w:w="80" w:type="dxa"/>
              <w:right w:w="120" w:type="dxa"/>
            </w:tcMar>
            <w:vAlign w:val="center"/>
          </w:tcPr>
          <w:p w14:paraId="7F868902" w14:textId="77777777" w:rsidR="006D5139" w:rsidRDefault="00000000">
            <w:pPr>
              <w:spacing w:after="40" w:line="252" w:lineRule="auto"/>
            </w:pPr>
            <w:r>
              <w:rPr>
                <w:b/>
                <w:color w:val="0B2545"/>
                <w:sz w:val="17"/>
              </w:rPr>
              <w:t>成本项</w:t>
            </w:r>
          </w:p>
        </w:tc>
        <w:tc>
          <w:tcPr>
            <w:tcW w:w="2700" w:type="dxa"/>
            <w:shd w:val="clear" w:color="auto" w:fill="F2F4F7"/>
            <w:tcMar>
              <w:top w:w="80" w:type="dxa"/>
              <w:left w:w="120" w:type="dxa"/>
              <w:bottom w:w="80" w:type="dxa"/>
              <w:right w:w="120" w:type="dxa"/>
            </w:tcMar>
            <w:vAlign w:val="center"/>
          </w:tcPr>
          <w:p w14:paraId="674311C7" w14:textId="77777777" w:rsidR="006D5139" w:rsidRDefault="00000000">
            <w:pPr>
              <w:spacing w:after="40" w:line="252" w:lineRule="auto"/>
            </w:pPr>
            <w:r>
              <w:rPr>
                <w:b/>
                <w:color w:val="0B2545"/>
                <w:sz w:val="17"/>
              </w:rPr>
              <w:t>封闭测试</w:t>
            </w:r>
            <w:r>
              <w:rPr>
                <w:b/>
                <w:color w:val="0B2545"/>
                <w:sz w:val="17"/>
              </w:rPr>
              <w:t>/</w:t>
            </w:r>
            <w:r>
              <w:rPr>
                <w:b/>
                <w:color w:val="0B2545"/>
                <w:sz w:val="17"/>
              </w:rPr>
              <w:t>月</w:t>
            </w:r>
          </w:p>
        </w:tc>
        <w:tc>
          <w:tcPr>
            <w:tcW w:w="3060" w:type="dxa"/>
            <w:shd w:val="clear" w:color="auto" w:fill="F2F4F7"/>
            <w:tcMar>
              <w:top w:w="80" w:type="dxa"/>
              <w:left w:w="120" w:type="dxa"/>
              <w:bottom w:w="80" w:type="dxa"/>
              <w:right w:w="120" w:type="dxa"/>
            </w:tcMar>
            <w:vAlign w:val="center"/>
          </w:tcPr>
          <w:p w14:paraId="130DE978" w14:textId="77777777" w:rsidR="006D5139" w:rsidRDefault="00000000">
            <w:pPr>
              <w:spacing w:after="40" w:line="252" w:lineRule="auto"/>
            </w:pPr>
            <w:r>
              <w:rPr>
                <w:b/>
                <w:color w:val="0B2545"/>
                <w:sz w:val="17"/>
              </w:rPr>
              <w:t>公测早期</w:t>
            </w:r>
            <w:r>
              <w:rPr>
                <w:b/>
                <w:color w:val="0B2545"/>
                <w:sz w:val="17"/>
              </w:rPr>
              <w:t>/</w:t>
            </w:r>
            <w:r>
              <w:rPr>
                <w:b/>
                <w:color w:val="0B2545"/>
                <w:sz w:val="17"/>
              </w:rPr>
              <w:t>月</w:t>
            </w:r>
          </w:p>
        </w:tc>
        <w:tc>
          <w:tcPr>
            <w:tcW w:w="1800" w:type="dxa"/>
            <w:shd w:val="clear" w:color="auto" w:fill="F2F4F7"/>
            <w:tcMar>
              <w:top w:w="80" w:type="dxa"/>
              <w:left w:w="120" w:type="dxa"/>
              <w:bottom w:w="80" w:type="dxa"/>
              <w:right w:w="120" w:type="dxa"/>
            </w:tcMar>
            <w:vAlign w:val="center"/>
          </w:tcPr>
          <w:p w14:paraId="17C262D5" w14:textId="77777777" w:rsidR="006D5139" w:rsidRDefault="00000000">
            <w:pPr>
              <w:spacing w:after="40" w:line="252" w:lineRule="auto"/>
            </w:pPr>
            <w:r>
              <w:rPr>
                <w:b/>
                <w:color w:val="0B2545"/>
                <w:sz w:val="17"/>
              </w:rPr>
              <w:t>控制方式</w:t>
            </w:r>
          </w:p>
        </w:tc>
      </w:tr>
      <w:tr w:rsidR="006D5139" w14:paraId="1E6DBC6F" w14:textId="77777777">
        <w:trPr>
          <w:cantSplit/>
        </w:trPr>
        <w:tc>
          <w:tcPr>
            <w:tcW w:w="1800" w:type="dxa"/>
            <w:tcMar>
              <w:top w:w="80" w:type="dxa"/>
              <w:left w:w="120" w:type="dxa"/>
              <w:bottom w:w="80" w:type="dxa"/>
              <w:right w:w="120" w:type="dxa"/>
            </w:tcMar>
            <w:vAlign w:val="center"/>
          </w:tcPr>
          <w:p w14:paraId="65175577" w14:textId="77777777" w:rsidR="006D5139" w:rsidRDefault="00000000">
            <w:pPr>
              <w:spacing w:after="60" w:line="252" w:lineRule="auto"/>
              <w:rPr>
                <w:lang w:eastAsia="zh-CN"/>
              </w:rPr>
            </w:pPr>
            <w:r>
              <w:rPr>
                <w:sz w:val="17"/>
                <w:lang w:eastAsia="zh-CN"/>
              </w:rPr>
              <w:t>云主机</w:t>
            </w:r>
            <w:r>
              <w:rPr>
                <w:sz w:val="17"/>
                <w:lang w:eastAsia="zh-CN"/>
              </w:rPr>
              <w:t>/</w:t>
            </w:r>
            <w:r>
              <w:rPr>
                <w:sz w:val="17"/>
                <w:lang w:eastAsia="zh-CN"/>
              </w:rPr>
              <w:t>容器、数据库、缓存</w:t>
            </w:r>
          </w:p>
        </w:tc>
        <w:tc>
          <w:tcPr>
            <w:tcW w:w="2700" w:type="dxa"/>
            <w:tcMar>
              <w:top w:w="80" w:type="dxa"/>
              <w:left w:w="120" w:type="dxa"/>
              <w:bottom w:w="80" w:type="dxa"/>
              <w:right w:w="120" w:type="dxa"/>
            </w:tcMar>
            <w:vAlign w:val="center"/>
          </w:tcPr>
          <w:p w14:paraId="4B36A7E5" w14:textId="77777777" w:rsidR="006D5139" w:rsidRDefault="00000000">
            <w:pPr>
              <w:spacing w:after="60" w:line="252" w:lineRule="auto"/>
            </w:pPr>
            <w:r>
              <w:rPr>
                <w:sz w:val="17"/>
              </w:rPr>
              <w:t>¥1,500—¥4,000</w:t>
            </w:r>
          </w:p>
        </w:tc>
        <w:tc>
          <w:tcPr>
            <w:tcW w:w="3060" w:type="dxa"/>
            <w:tcMar>
              <w:top w:w="80" w:type="dxa"/>
              <w:left w:w="120" w:type="dxa"/>
              <w:bottom w:w="80" w:type="dxa"/>
              <w:right w:w="120" w:type="dxa"/>
            </w:tcMar>
            <w:vAlign w:val="center"/>
          </w:tcPr>
          <w:p w14:paraId="0AD3EB17" w14:textId="77777777" w:rsidR="006D5139" w:rsidRDefault="00000000">
            <w:pPr>
              <w:spacing w:after="60" w:line="252" w:lineRule="auto"/>
            </w:pPr>
            <w:r>
              <w:rPr>
                <w:sz w:val="17"/>
              </w:rPr>
              <w:t>¥3,000—¥8,000</w:t>
            </w:r>
          </w:p>
        </w:tc>
        <w:tc>
          <w:tcPr>
            <w:tcW w:w="1800" w:type="dxa"/>
            <w:tcMar>
              <w:top w:w="80" w:type="dxa"/>
              <w:left w:w="120" w:type="dxa"/>
              <w:bottom w:w="80" w:type="dxa"/>
              <w:right w:w="120" w:type="dxa"/>
            </w:tcMar>
            <w:vAlign w:val="center"/>
          </w:tcPr>
          <w:p w14:paraId="7EEE7E3C" w14:textId="77777777" w:rsidR="006D5139" w:rsidRDefault="00000000">
            <w:pPr>
              <w:spacing w:after="60" w:line="252" w:lineRule="auto"/>
              <w:rPr>
                <w:lang w:eastAsia="zh-CN"/>
              </w:rPr>
            </w:pPr>
            <w:r>
              <w:rPr>
                <w:sz w:val="17"/>
                <w:lang w:eastAsia="zh-CN"/>
              </w:rPr>
              <w:t>优先托管、按监控扩容</w:t>
            </w:r>
          </w:p>
        </w:tc>
      </w:tr>
      <w:tr w:rsidR="006D5139" w14:paraId="366365D8" w14:textId="77777777">
        <w:trPr>
          <w:cantSplit/>
        </w:trPr>
        <w:tc>
          <w:tcPr>
            <w:tcW w:w="1800" w:type="dxa"/>
            <w:tcMar>
              <w:top w:w="80" w:type="dxa"/>
              <w:left w:w="120" w:type="dxa"/>
              <w:bottom w:w="80" w:type="dxa"/>
              <w:right w:w="120" w:type="dxa"/>
            </w:tcMar>
            <w:vAlign w:val="center"/>
          </w:tcPr>
          <w:p w14:paraId="72E2B2E1" w14:textId="77777777" w:rsidR="006D5139" w:rsidRDefault="00000000">
            <w:pPr>
              <w:spacing w:after="60" w:line="252" w:lineRule="auto"/>
            </w:pPr>
            <w:r>
              <w:rPr>
                <w:sz w:val="17"/>
              </w:rPr>
              <w:t>对象存储</w:t>
            </w:r>
            <w:r>
              <w:rPr>
                <w:sz w:val="17"/>
              </w:rPr>
              <w:t>/CDN/</w:t>
            </w:r>
            <w:r>
              <w:rPr>
                <w:sz w:val="17"/>
              </w:rPr>
              <w:t>备份</w:t>
            </w:r>
          </w:p>
        </w:tc>
        <w:tc>
          <w:tcPr>
            <w:tcW w:w="2700" w:type="dxa"/>
            <w:tcMar>
              <w:top w:w="80" w:type="dxa"/>
              <w:left w:w="120" w:type="dxa"/>
              <w:bottom w:w="80" w:type="dxa"/>
              <w:right w:w="120" w:type="dxa"/>
            </w:tcMar>
            <w:vAlign w:val="center"/>
          </w:tcPr>
          <w:p w14:paraId="7DF569A8" w14:textId="77777777" w:rsidR="006D5139" w:rsidRDefault="00000000">
            <w:pPr>
              <w:spacing w:after="60" w:line="252" w:lineRule="auto"/>
            </w:pPr>
            <w:r>
              <w:rPr>
                <w:sz w:val="17"/>
              </w:rPr>
              <w:t>¥300—¥1,000</w:t>
            </w:r>
          </w:p>
        </w:tc>
        <w:tc>
          <w:tcPr>
            <w:tcW w:w="3060" w:type="dxa"/>
            <w:tcMar>
              <w:top w:w="80" w:type="dxa"/>
              <w:left w:w="120" w:type="dxa"/>
              <w:bottom w:w="80" w:type="dxa"/>
              <w:right w:w="120" w:type="dxa"/>
            </w:tcMar>
            <w:vAlign w:val="center"/>
          </w:tcPr>
          <w:p w14:paraId="4AE33F0D" w14:textId="77777777" w:rsidR="006D5139" w:rsidRDefault="00000000">
            <w:pPr>
              <w:spacing w:after="60" w:line="252" w:lineRule="auto"/>
            </w:pPr>
            <w:r>
              <w:rPr>
                <w:sz w:val="17"/>
              </w:rPr>
              <w:t>¥800—¥2,500</w:t>
            </w:r>
          </w:p>
        </w:tc>
        <w:tc>
          <w:tcPr>
            <w:tcW w:w="1800" w:type="dxa"/>
            <w:tcMar>
              <w:top w:w="80" w:type="dxa"/>
              <w:left w:w="120" w:type="dxa"/>
              <w:bottom w:w="80" w:type="dxa"/>
              <w:right w:w="120" w:type="dxa"/>
            </w:tcMar>
            <w:vAlign w:val="center"/>
          </w:tcPr>
          <w:p w14:paraId="0AF6BAA8" w14:textId="77777777" w:rsidR="006D5139" w:rsidRDefault="00000000">
            <w:pPr>
              <w:spacing w:after="60" w:line="252" w:lineRule="auto"/>
              <w:rPr>
                <w:lang w:eastAsia="zh-CN"/>
              </w:rPr>
            </w:pPr>
            <w:r>
              <w:rPr>
                <w:sz w:val="17"/>
                <w:lang w:eastAsia="zh-CN"/>
              </w:rPr>
              <w:t>文件限额、生命周期和私有访问</w:t>
            </w:r>
          </w:p>
        </w:tc>
      </w:tr>
      <w:tr w:rsidR="006D5139" w14:paraId="4A5E442B" w14:textId="77777777">
        <w:trPr>
          <w:cantSplit/>
        </w:trPr>
        <w:tc>
          <w:tcPr>
            <w:tcW w:w="1800" w:type="dxa"/>
            <w:tcMar>
              <w:top w:w="80" w:type="dxa"/>
              <w:left w:w="120" w:type="dxa"/>
              <w:bottom w:w="80" w:type="dxa"/>
              <w:right w:w="120" w:type="dxa"/>
            </w:tcMar>
            <w:vAlign w:val="center"/>
          </w:tcPr>
          <w:p w14:paraId="1E46ECC2" w14:textId="77777777" w:rsidR="006D5139" w:rsidRDefault="00000000">
            <w:pPr>
              <w:spacing w:after="60" w:line="252" w:lineRule="auto"/>
            </w:pPr>
            <w:r>
              <w:rPr>
                <w:sz w:val="17"/>
              </w:rPr>
              <w:t xml:space="preserve">AI </w:t>
            </w:r>
            <w:r>
              <w:rPr>
                <w:sz w:val="17"/>
              </w:rPr>
              <w:t>模型调用</w:t>
            </w:r>
          </w:p>
        </w:tc>
        <w:tc>
          <w:tcPr>
            <w:tcW w:w="2700" w:type="dxa"/>
            <w:tcMar>
              <w:top w:w="80" w:type="dxa"/>
              <w:left w:w="120" w:type="dxa"/>
              <w:bottom w:w="80" w:type="dxa"/>
              <w:right w:w="120" w:type="dxa"/>
            </w:tcMar>
            <w:vAlign w:val="center"/>
          </w:tcPr>
          <w:p w14:paraId="21F5876D" w14:textId="77777777" w:rsidR="006D5139" w:rsidRDefault="00000000">
            <w:pPr>
              <w:spacing w:after="60" w:line="252" w:lineRule="auto"/>
            </w:pPr>
            <w:r>
              <w:rPr>
                <w:sz w:val="17"/>
              </w:rPr>
              <w:t>¥1,000—¥5,000</w:t>
            </w:r>
          </w:p>
        </w:tc>
        <w:tc>
          <w:tcPr>
            <w:tcW w:w="3060" w:type="dxa"/>
            <w:tcMar>
              <w:top w:w="80" w:type="dxa"/>
              <w:left w:w="120" w:type="dxa"/>
              <w:bottom w:w="80" w:type="dxa"/>
              <w:right w:w="120" w:type="dxa"/>
            </w:tcMar>
            <w:vAlign w:val="center"/>
          </w:tcPr>
          <w:p w14:paraId="635915DF" w14:textId="77777777" w:rsidR="006D5139" w:rsidRDefault="00000000">
            <w:pPr>
              <w:spacing w:after="60" w:line="252" w:lineRule="auto"/>
            </w:pPr>
            <w:r>
              <w:rPr>
                <w:sz w:val="17"/>
              </w:rPr>
              <w:t>¥3,000—¥15,000</w:t>
            </w:r>
          </w:p>
        </w:tc>
        <w:tc>
          <w:tcPr>
            <w:tcW w:w="1800" w:type="dxa"/>
            <w:tcMar>
              <w:top w:w="80" w:type="dxa"/>
              <w:left w:w="120" w:type="dxa"/>
              <w:bottom w:w="80" w:type="dxa"/>
              <w:right w:w="120" w:type="dxa"/>
            </w:tcMar>
            <w:vAlign w:val="center"/>
          </w:tcPr>
          <w:p w14:paraId="6BA8EB78" w14:textId="77777777" w:rsidR="006D5139" w:rsidRDefault="00000000">
            <w:pPr>
              <w:spacing w:after="60" w:line="252" w:lineRule="auto"/>
              <w:rPr>
                <w:lang w:eastAsia="zh-CN"/>
              </w:rPr>
            </w:pPr>
            <w:r>
              <w:rPr>
                <w:sz w:val="17"/>
                <w:lang w:eastAsia="zh-CN"/>
              </w:rPr>
              <w:t>日限额、缓存、模型分层和降级</w:t>
            </w:r>
          </w:p>
        </w:tc>
      </w:tr>
      <w:tr w:rsidR="006D5139" w14:paraId="2209BDA4" w14:textId="77777777">
        <w:trPr>
          <w:cantSplit/>
        </w:trPr>
        <w:tc>
          <w:tcPr>
            <w:tcW w:w="1800" w:type="dxa"/>
            <w:tcMar>
              <w:top w:w="80" w:type="dxa"/>
              <w:left w:w="120" w:type="dxa"/>
              <w:bottom w:w="80" w:type="dxa"/>
              <w:right w:w="120" w:type="dxa"/>
            </w:tcMar>
            <w:vAlign w:val="center"/>
          </w:tcPr>
          <w:p w14:paraId="1D69FCEA" w14:textId="77777777" w:rsidR="006D5139" w:rsidRDefault="00000000">
            <w:pPr>
              <w:spacing w:after="60" w:line="252" w:lineRule="auto"/>
            </w:pPr>
            <w:r>
              <w:rPr>
                <w:sz w:val="17"/>
              </w:rPr>
              <w:t>短信</w:t>
            </w:r>
            <w:r>
              <w:rPr>
                <w:sz w:val="17"/>
              </w:rPr>
              <w:t>/</w:t>
            </w:r>
            <w:r>
              <w:rPr>
                <w:sz w:val="17"/>
              </w:rPr>
              <w:t>邮件</w:t>
            </w:r>
            <w:r>
              <w:rPr>
                <w:sz w:val="17"/>
              </w:rPr>
              <w:t>/</w:t>
            </w:r>
            <w:r>
              <w:rPr>
                <w:sz w:val="17"/>
              </w:rPr>
              <w:t>认证</w:t>
            </w:r>
          </w:p>
        </w:tc>
        <w:tc>
          <w:tcPr>
            <w:tcW w:w="2700" w:type="dxa"/>
            <w:tcMar>
              <w:top w:w="80" w:type="dxa"/>
              <w:left w:w="120" w:type="dxa"/>
              <w:bottom w:w="80" w:type="dxa"/>
              <w:right w:w="120" w:type="dxa"/>
            </w:tcMar>
            <w:vAlign w:val="center"/>
          </w:tcPr>
          <w:p w14:paraId="061867F1" w14:textId="77777777" w:rsidR="006D5139" w:rsidRDefault="00000000">
            <w:pPr>
              <w:spacing w:after="60" w:line="252" w:lineRule="auto"/>
            </w:pPr>
            <w:r>
              <w:rPr>
                <w:sz w:val="17"/>
              </w:rPr>
              <w:t>¥500—¥3,000</w:t>
            </w:r>
          </w:p>
        </w:tc>
        <w:tc>
          <w:tcPr>
            <w:tcW w:w="3060" w:type="dxa"/>
            <w:tcMar>
              <w:top w:w="80" w:type="dxa"/>
              <w:left w:w="120" w:type="dxa"/>
              <w:bottom w:w="80" w:type="dxa"/>
              <w:right w:w="120" w:type="dxa"/>
            </w:tcMar>
            <w:vAlign w:val="center"/>
          </w:tcPr>
          <w:p w14:paraId="71582E3D" w14:textId="77777777" w:rsidR="006D5139" w:rsidRDefault="00000000">
            <w:pPr>
              <w:spacing w:after="60" w:line="252" w:lineRule="auto"/>
            </w:pPr>
            <w:r>
              <w:rPr>
                <w:sz w:val="17"/>
              </w:rPr>
              <w:t>¥1,500—¥8,000</w:t>
            </w:r>
          </w:p>
        </w:tc>
        <w:tc>
          <w:tcPr>
            <w:tcW w:w="1800" w:type="dxa"/>
            <w:tcMar>
              <w:top w:w="80" w:type="dxa"/>
              <w:left w:w="120" w:type="dxa"/>
              <w:bottom w:w="80" w:type="dxa"/>
              <w:right w:w="120" w:type="dxa"/>
            </w:tcMar>
            <w:vAlign w:val="center"/>
          </w:tcPr>
          <w:p w14:paraId="5EF2C202" w14:textId="77777777" w:rsidR="006D5139" w:rsidRDefault="00000000">
            <w:pPr>
              <w:spacing w:after="60" w:line="252" w:lineRule="auto"/>
              <w:rPr>
                <w:lang w:eastAsia="zh-CN"/>
              </w:rPr>
            </w:pPr>
            <w:r>
              <w:rPr>
                <w:sz w:val="17"/>
                <w:lang w:eastAsia="zh-CN"/>
              </w:rPr>
              <w:t>站内优先、验证码防刷、按量采购</w:t>
            </w:r>
          </w:p>
        </w:tc>
      </w:tr>
      <w:tr w:rsidR="006D5139" w14:paraId="20BB7EF2" w14:textId="77777777">
        <w:trPr>
          <w:cantSplit/>
        </w:trPr>
        <w:tc>
          <w:tcPr>
            <w:tcW w:w="1800" w:type="dxa"/>
            <w:tcMar>
              <w:top w:w="80" w:type="dxa"/>
              <w:left w:w="120" w:type="dxa"/>
              <w:bottom w:w="80" w:type="dxa"/>
              <w:right w:w="120" w:type="dxa"/>
            </w:tcMar>
            <w:vAlign w:val="center"/>
          </w:tcPr>
          <w:p w14:paraId="6ABCFA2B" w14:textId="77777777" w:rsidR="006D5139" w:rsidRDefault="00000000">
            <w:pPr>
              <w:spacing w:after="60" w:line="252" w:lineRule="auto"/>
            </w:pPr>
            <w:r>
              <w:rPr>
                <w:sz w:val="17"/>
              </w:rPr>
              <w:lastRenderedPageBreak/>
              <w:t>监控</w:t>
            </w:r>
            <w:r>
              <w:rPr>
                <w:sz w:val="17"/>
              </w:rPr>
              <w:t>/</w:t>
            </w:r>
            <w:r>
              <w:rPr>
                <w:sz w:val="17"/>
              </w:rPr>
              <w:t>安全</w:t>
            </w:r>
            <w:r>
              <w:rPr>
                <w:sz w:val="17"/>
              </w:rPr>
              <w:t>/</w:t>
            </w:r>
            <w:r>
              <w:rPr>
                <w:sz w:val="17"/>
              </w:rPr>
              <w:t>域名证书</w:t>
            </w:r>
          </w:p>
        </w:tc>
        <w:tc>
          <w:tcPr>
            <w:tcW w:w="2700" w:type="dxa"/>
            <w:tcMar>
              <w:top w:w="80" w:type="dxa"/>
              <w:left w:w="120" w:type="dxa"/>
              <w:bottom w:w="80" w:type="dxa"/>
              <w:right w:w="120" w:type="dxa"/>
            </w:tcMar>
            <w:vAlign w:val="center"/>
          </w:tcPr>
          <w:p w14:paraId="6ED6294C" w14:textId="77777777" w:rsidR="006D5139" w:rsidRDefault="00000000">
            <w:pPr>
              <w:spacing w:after="60" w:line="252" w:lineRule="auto"/>
            </w:pPr>
            <w:r>
              <w:rPr>
                <w:sz w:val="17"/>
              </w:rPr>
              <w:t>¥300—¥2,000</w:t>
            </w:r>
          </w:p>
        </w:tc>
        <w:tc>
          <w:tcPr>
            <w:tcW w:w="3060" w:type="dxa"/>
            <w:tcMar>
              <w:top w:w="80" w:type="dxa"/>
              <w:left w:w="120" w:type="dxa"/>
              <w:bottom w:w="80" w:type="dxa"/>
              <w:right w:w="120" w:type="dxa"/>
            </w:tcMar>
            <w:vAlign w:val="center"/>
          </w:tcPr>
          <w:p w14:paraId="28FB351B" w14:textId="77777777" w:rsidR="006D5139" w:rsidRDefault="00000000">
            <w:pPr>
              <w:spacing w:after="60" w:line="252" w:lineRule="auto"/>
            </w:pPr>
            <w:r>
              <w:rPr>
                <w:sz w:val="17"/>
              </w:rPr>
              <w:t>¥1,000—¥5,000</w:t>
            </w:r>
          </w:p>
        </w:tc>
        <w:tc>
          <w:tcPr>
            <w:tcW w:w="1800" w:type="dxa"/>
            <w:tcMar>
              <w:top w:w="80" w:type="dxa"/>
              <w:left w:w="120" w:type="dxa"/>
              <w:bottom w:w="80" w:type="dxa"/>
              <w:right w:w="120" w:type="dxa"/>
            </w:tcMar>
            <w:vAlign w:val="center"/>
          </w:tcPr>
          <w:p w14:paraId="4831273F" w14:textId="77777777" w:rsidR="006D5139" w:rsidRDefault="00000000">
            <w:pPr>
              <w:spacing w:after="60" w:line="252" w:lineRule="auto"/>
            </w:pPr>
            <w:r>
              <w:rPr>
                <w:sz w:val="17"/>
              </w:rPr>
              <w:t>开源与云服务组合</w:t>
            </w:r>
          </w:p>
        </w:tc>
      </w:tr>
    </w:tbl>
    <w:p w14:paraId="5401C256" w14:textId="77777777" w:rsidR="006D5139" w:rsidRDefault="006D5139">
      <w:pPr>
        <w:spacing w:after="40"/>
      </w:pPr>
    </w:p>
    <w:p w14:paraId="62892E76" w14:textId="77777777" w:rsidR="006D5139" w:rsidRDefault="00000000">
      <w:pPr>
        <w:rPr>
          <w:lang w:eastAsia="zh-CN"/>
        </w:rPr>
      </w:pPr>
      <w:r>
        <w:rPr>
          <w:lang w:eastAsia="zh-CN"/>
        </w:rPr>
        <w:t>建议公测前准备至少</w:t>
      </w:r>
      <w:r>
        <w:rPr>
          <w:lang w:eastAsia="zh-CN"/>
        </w:rPr>
        <w:t xml:space="preserve"> 3 </w:t>
      </w:r>
      <w:r>
        <w:rPr>
          <w:lang w:eastAsia="zh-CN"/>
        </w:rPr>
        <w:t>个月的基础运行预算和不可预见费用。法律、资质、等保</w:t>
      </w:r>
      <w:r>
        <w:rPr>
          <w:lang w:eastAsia="zh-CN"/>
        </w:rPr>
        <w:t>/</w:t>
      </w:r>
      <w:r>
        <w:rPr>
          <w:lang w:eastAsia="zh-CN"/>
        </w:rPr>
        <w:t>测评、渗透测试等费用另行评估。</w:t>
      </w:r>
    </w:p>
    <w:p w14:paraId="43C8612C" w14:textId="77777777" w:rsidR="006D5139" w:rsidRDefault="00000000">
      <w:pPr>
        <w:pStyle w:val="21"/>
        <w:rPr>
          <w:lang w:eastAsia="zh-CN"/>
        </w:rPr>
      </w:pPr>
      <w:r>
        <w:rPr>
          <w:rFonts w:ascii="Calibri" w:eastAsia="微软雅黑" w:hAnsi="Calibri"/>
          <w:lang w:eastAsia="zh-CN"/>
        </w:rPr>
        <w:t xml:space="preserve">14. </w:t>
      </w:r>
      <w:r>
        <w:rPr>
          <w:rFonts w:ascii="Calibri" w:eastAsia="微软雅黑" w:hAnsi="Calibri"/>
          <w:lang w:eastAsia="zh-CN"/>
        </w:rPr>
        <w:t>测试与验收方案</w:t>
      </w:r>
    </w:p>
    <w:p w14:paraId="7944BBEF" w14:textId="77777777" w:rsidR="006D5139" w:rsidRDefault="00000000">
      <w:pPr>
        <w:pStyle w:val="31"/>
        <w:rPr>
          <w:lang w:eastAsia="zh-CN"/>
        </w:rPr>
      </w:pPr>
      <w:r>
        <w:rPr>
          <w:rFonts w:ascii="Calibri" w:eastAsia="微软雅黑" w:hAnsi="Calibri"/>
          <w:lang w:eastAsia="zh-CN"/>
        </w:rPr>
        <w:t xml:space="preserve">14.1 </w:t>
      </w:r>
      <w:r>
        <w:rPr>
          <w:rFonts w:ascii="Calibri" w:eastAsia="微软雅黑" w:hAnsi="Calibri"/>
          <w:lang w:eastAsia="zh-CN"/>
        </w:rPr>
        <w:t>测试分层</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79F2CF2C" w14:textId="77777777">
        <w:trPr>
          <w:cantSplit/>
          <w:tblHeader/>
        </w:trPr>
        <w:tc>
          <w:tcPr>
            <w:tcW w:w="1800" w:type="dxa"/>
            <w:shd w:val="clear" w:color="auto" w:fill="F2F4F7"/>
            <w:tcMar>
              <w:top w:w="80" w:type="dxa"/>
              <w:left w:w="120" w:type="dxa"/>
              <w:bottom w:w="80" w:type="dxa"/>
              <w:right w:w="120" w:type="dxa"/>
            </w:tcMar>
            <w:vAlign w:val="center"/>
          </w:tcPr>
          <w:p w14:paraId="5CEAAFB1" w14:textId="77777777" w:rsidR="006D5139" w:rsidRDefault="00000000">
            <w:pPr>
              <w:spacing w:after="40" w:line="252" w:lineRule="auto"/>
            </w:pPr>
            <w:r>
              <w:rPr>
                <w:b/>
                <w:color w:val="0B2545"/>
                <w:sz w:val="17"/>
              </w:rPr>
              <w:t>层级</w:t>
            </w:r>
          </w:p>
        </w:tc>
        <w:tc>
          <w:tcPr>
            <w:tcW w:w="2700" w:type="dxa"/>
            <w:shd w:val="clear" w:color="auto" w:fill="F2F4F7"/>
            <w:tcMar>
              <w:top w:w="80" w:type="dxa"/>
              <w:left w:w="120" w:type="dxa"/>
              <w:bottom w:w="80" w:type="dxa"/>
              <w:right w:w="120" w:type="dxa"/>
            </w:tcMar>
            <w:vAlign w:val="center"/>
          </w:tcPr>
          <w:p w14:paraId="3262FA7C" w14:textId="77777777" w:rsidR="006D5139" w:rsidRDefault="00000000">
            <w:pPr>
              <w:spacing w:after="40" w:line="252" w:lineRule="auto"/>
            </w:pPr>
            <w:r>
              <w:rPr>
                <w:b/>
                <w:color w:val="0B2545"/>
                <w:sz w:val="17"/>
              </w:rPr>
              <w:t>范围</w:t>
            </w:r>
          </w:p>
        </w:tc>
        <w:tc>
          <w:tcPr>
            <w:tcW w:w="3060" w:type="dxa"/>
            <w:shd w:val="clear" w:color="auto" w:fill="F2F4F7"/>
            <w:tcMar>
              <w:top w:w="80" w:type="dxa"/>
              <w:left w:w="120" w:type="dxa"/>
              <w:bottom w:w="80" w:type="dxa"/>
              <w:right w:w="120" w:type="dxa"/>
            </w:tcMar>
            <w:vAlign w:val="center"/>
          </w:tcPr>
          <w:p w14:paraId="1A303114" w14:textId="77777777" w:rsidR="006D5139" w:rsidRDefault="00000000">
            <w:pPr>
              <w:spacing w:after="40" w:line="252" w:lineRule="auto"/>
            </w:pPr>
            <w:r>
              <w:rPr>
                <w:b/>
                <w:color w:val="0B2545"/>
                <w:sz w:val="17"/>
              </w:rPr>
              <w:t>负责人</w:t>
            </w:r>
          </w:p>
        </w:tc>
        <w:tc>
          <w:tcPr>
            <w:tcW w:w="1800" w:type="dxa"/>
            <w:shd w:val="clear" w:color="auto" w:fill="F2F4F7"/>
            <w:tcMar>
              <w:top w:w="80" w:type="dxa"/>
              <w:left w:w="120" w:type="dxa"/>
              <w:bottom w:w="80" w:type="dxa"/>
              <w:right w:w="120" w:type="dxa"/>
            </w:tcMar>
            <w:vAlign w:val="center"/>
          </w:tcPr>
          <w:p w14:paraId="45D7916D" w14:textId="77777777" w:rsidR="006D5139" w:rsidRDefault="00000000">
            <w:pPr>
              <w:spacing w:after="40" w:line="252" w:lineRule="auto"/>
            </w:pPr>
            <w:r>
              <w:rPr>
                <w:b/>
                <w:color w:val="0B2545"/>
                <w:sz w:val="17"/>
              </w:rPr>
              <w:t>门槛</w:t>
            </w:r>
          </w:p>
        </w:tc>
      </w:tr>
      <w:tr w:rsidR="006D5139" w14:paraId="4412C058" w14:textId="77777777">
        <w:trPr>
          <w:cantSplit/>
        </w:trPr>
        <w:tc>
          <w:tcPr>
            <w:tcW w:w="1800" w:type="dxa"/>
            <w:tcMar>
              <w:top w:w="80" w:type="dxa"/>
              <w:left w:w="120" w:type="dxa"/>
              <w:bottom w:w="80" w:type="dxa"/>
              <w:right w:w="120" w:type="dxa"/>
            </w:tcMar>
            <w:vAlign w:val="center"/>
          </w:tcPr>
          <w:p w14:paraId="7302BD3F" w14:textId="77777777" w:rsidR="006D5139" w:rsidRDefault="00000000">
            <w:pPr>
              <w:spacing w:after="60" w:line="252" w:lineRule="auto"/>
            </w:pPr>
            <w:r>
              <w:rPr>
                <w:sz w:val="17"/>
              </w:rPr>
              <w:t>单元测试</w:t>
            </w:r>
          </w:p>
        </w:tc>
        <w:tc>
          <w:tcPr>
            <w:tcW w:w="2700" w:type="dxa"/>
            <w:tcMar>
              <w:top w:w="80" w:type="dxa"/>
              <w:left w:w="120" w:type="dxa"/>
              <w:bottom w:w="80" w:type="dxa"/>
              <w:right w:w="120" w:type="dxa"/>
            </w:tcMar>
            <w:vAlign w:val="center"/>
          </w:tcPr>
          <w:p w14:paraId="4B231A3D" w14:textId="77777777" w:rsidR="006D5139" w:rsidRDefault="00000000">
            <w:pPr>
              <w:spacing w:after="60" w:line="252" w:lineRule="auto"/>
              <w:rPr>
                <w:lang w:eastAsia="zh-CN"/>
              </w:rPr>
            </w:pPr>
            <w:r>
              <w:rPr>
                <w:sz w:val="17"/>
                <w:lang w:eastAsia="zh-CN"/>
              </w:rPr>
              <w:t>状态机、权限函数、</w:t>
            </w:r>
            <w:r>
              <w:rPr>
                <w:sz w:val="17"/>
                <w:lang w:eastAsia="zh-CN"/>
              </w:rPr>
              <w:t xml:space="preserve">AI </w:t>
            </w:r>
            <w:r>
              <w:rPr>
                <w:sz w:val="17"/>
                <w:lang w:eastAsia="zh-CN"/>
              </w:rPr>
              <w:t>解析、前端组件</w:t>
            </w:r>
          </w:p>
        </w:tc>
        <w:tc>
          <w:tcPr>
            <w:tcW w:w="3060" w:type="dxa"/>
            <w:tcMar>
              <w:top w:w="80" w:type="dxa"/>
              <w:left w:w="120" w:type="dxa"/>
              <w:bottom w:w="80" w:type="dxa"/>
              <w:right w:w="120" w:type="dxa"/>
            </w:tcMar>
            <w:vAlign w:val="center"/>
          </w:tcPr>
          <w:p w14:paraId="1CB275D9" w14:textId="77777777" w:rsidR="006D5139" w:rsidRDefault="00000000">
            <w:pPr>
              <w:spacing w:after="60" w:line="252" w:lineRule="auto"/>
            </w:pPr>
            <w:r>
              <w:rPr>
                <w:sz w:val="17"/>
              </w:rPr>
              <w:t>各自主责</w:t>
            </w:r>
          </w:p>
        </w:tc>
        <w:tc>
          <w:tcPr>
            <w:tcW w:w="1800" w:type="dxa"/>
            <w:tcMar>
              <w:top w:w="80" w:type="dxa"/>
              <w:left w:w="120" w:type="dxa"/>
              <w:bottom w:w="80" w:type="dxa"/>
              <w:right w:w="120" w:type="dxa"/>
            </w:tcMar>
            <w:vAlign w:val="center"/>
          </w:tcPr>
          <w:p w14:paraId="055FB797" w14:textId="77777777" w:rsidR="006D5139" w:rsidRDefault="00000000">
            <w:pPr>
              <w:spacing w:after="60" w:line="252" w:lineRule="auto"/>
            </w:pPr>
            <w:r>
              <w:rPr>
                <w:sz w:val="17"/>
              </w:rPr>
              <w:t>核心领域覆盖</w:t>
            </w:r>
            <w:r>
              <w:rPr>
                <w:sz w:val="17"/>
              </w:rPr>
              <w:t xml:space="preserve"> ≥ 80%</w:t>
            </w:r>
          </w:p>
        </w:tc>
      </w:tr>
      <w:tr w:rsidR="006D5139" w14:paraId="23EA0D69" w14:textId="77777777">
        <w:trPr>
          <w:cantSplit/>
        </w:trPr>
        <w:tc>
          <w:tcPr>
            <w:tcW w:w="1800" w:type="dxa"/>
            <w:tcMar>
              <w:top w:w="80" w:type="dxa"/>
              <w:left w:w="120" w:type="dxa"/>
              <w:bottom w:w="80" w:type="dxa"/>
              <w:right w:w="120" w:type="dxa"/>
            </w:tcMar>
            <w:vAlign w:val="center"/>
          </w:tcPr>
          <w:p w14:paraId="1E69DB6B" w14:textId="77777777" w:rsidR="006D5139" w:rsidRDefault="00000000">
            <w:pPr>
              <w:spacing w:after="60" w:line="252" w:lineRule="auto"/>
            </w:pPr>
            <w:r>
              <w:rPr>
                <w:sz w:val="17"/>
              </w:rPr>
              <w:t>集成测试</w:t>
            </w:r>
          </w:p>
        </w:tc>
        <w:tc>
          <w:tcPr>
            <w:tcW w:w="2700" w:type="dxa"/>
            <w:tcMar>
              <w:top w:w="80" w:type="dxa"/>
              <w:left w:w="120" w:type="dxa"/>
              <w:bottom w:w="80" w:type="dxa"/>
              <w:right w:w="120" w:type="dxa"/>
            </w:tcMar>
            <w:vAlign w:val="center"/>
          </w:tcPr>
          <w:p w14:paraId="5E135D7A" w14:textId="77777777" w:rsidR="006D5139" w:rsidRDefault="00000000">
            <w:pPr>
              <w:spacing w:after="60" w:line="252" w:lineRule="auto"/>
              <w:rPr>
                <w:lang w:eastAsia="zh-CN"/>
              </w:rPr>
            </w:pPr>
            <w:r>
              <w:rPr>
                <w:sz w:val="17"/>
                <w:lang w:eastAsia="zh-CN"/>
              </w:rPr>
              <w:t>API</w:t>
            </w:r>
            <w:r>
              <w:rPr>
                <w:sz w:val="17"/>
                <w:lang w:eastAsia="zh-CN"/>
              </w:rPr>
              <w:t>、数据库、队列、文件、通知、模型适配</w:t>
            </w:r>
          </w:p>
        </w:tc>
        <w:tc>
          <w:tcPr>
            <w:tcW w:w="3060" w:type="dxa"/>
            <w:tcMar>
              <w:top w:w="80" w:type="dxa"/>
              <w:left w:w="120" w:type="dxa"/>
              <w:bottom w:w="80" w:type="dxa"/>
              <w:right w:w="120" w:type="dxa"/>
            </w:tcMar>
            <w:vAlign w:val="center"/>
          </w:tcPr>
          <w:p w14:paraId="27F607B5" w14:textId="77777777" w:rsidR="006D5139" w:rsidRDefault="00000000">
            <w:pPr>
              <w:spacing w:after="60" w:line="252" w:lineRule="auto"/>
            </w:pPr>
            <w:r>
              <w:rPr>
                <w:sz w:val="17"/>
              </w:rPr>
              <w:t>张顺</w:t>
            </w:r>
          </w:p>
        </w:tc>
        <w:tc>
          <w:tcPr>
            <w:tcW w:w="1800" w:type="dxa"/>
            <w:tcMar>
              <w:top w:w="80" w:type="dxa"/>
              <w:left w:w="120" w:type="dxa"/>
              <w:bottom w:w="80" w:type="dxa"/>
              <w:right w:w="120" w:type="dxa"/>
            </w:tcMar>
            <w:vAlign w:val="center"/>
          </w:tcPr>
          <w:p w14:paraId="2492844C" w14:textId="77777777" w:rsidR="006D5139" w:rsidRDefault="00000000">
            <w:pPr>
              <w:spacing w:after="60" w:line="252" w:lineRule="auto"/>
            </w:pPr>
            <w:r>
              <w:rPr>
                <w:sz w:val="17"/>
              </w:rPr>
              <w:t>所有</w:t>
            </w:r>
            <w:r>
              <w:rPr>
                <w:sz w:val="17"/>
              </w:rPr>
              <w:t xml:space="preserve"> P0 API </w:t>
            </w:r>
            <w:r>
              <w:rPr>
                <w:sz w:val="17"/>
              </w:rPr>
              <w:t>正常</w:t>
            </w:r>
            <w:r>
              <w:rPr>
                <w:sz w:val="17"/>
              </w:rPr>
              <w:t>/</w:t>
            </w:r>
            <w:r>
              <w:rPr>
                <w:sz w:val="17"/>
              </w:rPr>
              <w:t>异常路径</w:t>
            </w:r>
          </w:p>
        </w:tc>
      </w:tr>
      <w:tr w:rsidR="006D5139" w14:paraId="60827A9F" w14:textId="77777777">
        <w:trPr>
          <w:cantSplit/>
        </w:trPr>
        <w:tc>
          <w:tcPr>
            <w:tcW w:w="1800" w:type="dxa"/>
            <w:tcMar>
              <w:top w:w="80" w:type="dxa"/>
              <w:left w:w="120" w:type="dxa"/>
              <w:bottom w:w="80" w:type="dxa"/>
              <w:right w:w="120" w:type="dxa"/>
            </w:tcMar>
            <w:vAlign w:val="center"/>
          </w:tcPr>
          <w:p w14:paraId="651138A7" w14:textId="77777777" w:rsidR="006D5139" w:rsidRDefault="00000000">
            <w:pPr>
              <w:spacing w:after="60" w:line="252" w:lineRule="auto"/>
            </w:pPr>
            <w:r>
              <w:rPr>
                <w:sz w:val="17"/>
              </w:rPr>
              <w:t>契约测试</w:t>
            </w:r>
          </w:p>
        </w:tc>
        <w:tc>
          <w:tcPr>
            <w:tcW w:w="2700" w:type="dxa"/>
            <w:tcMar>
              <w:top w:w="80" w:type="dxa"/>
              <w:left w:w="120" w:type="dxa"/>
              <w:bottom w:w="80" w:type="dxa"/>
              <w:right w:w="120" w:type="dxa"/>
            </w:tcMar>
            <w:vAlign w:val="center"/>
          </w:tcPr>
          <w:p w14:paraId="60B751C2" w14:textId="77777777" w:rsidR="006D5139" w:rsidRDefault="00000000">
            <w:pPr>
              <w:spacing w:after="60" w:line="252" w:lineRule="auto"/>
              <w:rPr>
                <w:lang w:eastAsia="zh-CN"/>
              </w:rPr>
            </w:pPr>
            <w:r>
              <w:rPr>
                <w:sz w:val="17"/>
                <w:lang w:eastAsia="zh-CN"/>
              </w:rPr>
              <w:t>前后端字段、错误码、版本</w:t>
            </w:r>
          </w:p>
        </w:tc>
        <w:tc>
          <w:tcPr>
            <w:tcW w:w="3060" w:type="dxa"/>
            <w:tcMar>
              <w:top w:w="80" w:type="dxa"/>
              <w:left w:w="120" w:type="dxa"/>
              <w:bottom w:w="80" w:type="dxa"/>
              <w:right w:w="120" w:type="dxa"/>
            </w:tcMar>
            <w:vAlign w:val="center"/>
          </w:tcPr>
          <w:p w14:paraId="73C85950" w14:textId="77777777" w:rsidR="006D5139" w:rsidRDefault="00000000">
            <w:pPr>
              <w:spacing w:after="60" w:line="252" w:lineRule="auto"/>
            </w:pPr>
            <w:r>
              <w:rPr>
                <w:sz w:val="17"/>
              </w:rPr>
              <w:t>两人</w:t>
            </w:r>
          </w:p>
        </w:tc>
        <w:tc>
          <w:tcPr>
            <w:tcW w:w="1800" w:type="dxa"/>
            <w:tcMar>
              <w:top w:w="80" w:type="dxa"/>
              <w:left w:w="120" w:type="dxa"/>
              <w:bottom w:w="80" w:type="dxa"/>
              <w:right w:w="120" w:type="dxa"/>
            </w:tcMar>
            <w:vAlign w:val="center"/>
          </w:tcPr>
          <w:p w14:paraId="68174A18" w14:textId="77777777" w:rsidR="006D5139" w:rsidRDefault="00000000">
            <w:pPr>
              <w:spacing w:after="60" w:line="252" w:lineRule="auto"/>
            </w:pPr>
            <w:r>
              <w:rPr>
                <w:sz w:val="17"/>
              </w:rPr>
              <w:t xml:space="preserve">PR </w:t>
            </w:r>
            <w:r>
              <w:rPr>
                <w:sz w:val="17"/>
              </w:rPr>
              <w:t>中自动检查</w:t>
            </w:r>
          </w:p>
        </w:tc>
      </w:tr>
      <w:tr w:rsidR="006D5139" w14:paraId="5F3C05F0" w14:textId="77777777">
        <w:trPr>
          <w:cantSplit/>
        </w:trPr>
        <w:tc>
          <w:tcPr>
            <w:tcW w:w="1800" w:type="dxa"/>
            <w:tcMar>
              <w:top w:w="80" w:type="dxa"/>
              <w:left w:w="120" w:type="dxa"/>
              <w:bottom w:w="80" w:type="dxa"/>
              <w:right w:w="120" w:type="dxa"/>
            </w:tcMar>
            <w:vAlign w:val="center"/>
          </w:tcPr>
          <w:p w14:paraId="08A701ED" w14:textId="77777777" w:rsidR="006D5139" w:rsidRDefault="00000000">
            <w:pPr>
              <w:spacing w:after="60" w:line="252" w:lineRule="auto"/>
            </w:pPr>
            <w:r>
              <w:rPr>
                <w:sz w:val="17"/>
              </w:rPr>
              <w:t>E2E</w:t>
            </w:r>
          </w:p>
        </w:tc>
        <w:tc>
          <w:tcPr>
            <w:tcW w:w="2700" w:type="dxa"/>
            <w:tcMar>
              <w:top w:w="80" w:type="dxa"/>
              <w:left w:w="120" w:type="dxa"/>
              <w:bottom w:w="80" w:type="dxa"/>
              <w:right w:w="120" w:type="dxa"/>
            </w:tcMar>
            <w:vAlign w:val="center"/>
          </w:tcPr>
          <w:p w14:paraId="0A01A49D" w14:textId="77777777" w:rsidR="006D5139" w:rsidRDefault="00000000">
            <w:pPr>
              <w:spacing w:after="60" w:line="252" w:lineRule="auto"/>
              <w:rPr>
                <w:lang w:eastAsia="zh-CN"/>
              </w:rPr>
            </w:pPr>
            <w:r>
              <w:rPr>
                <w:sz w:val="17"/>
                <w:lang w:eastAsia="zh-CN"/>
              </w:rPr>
              <w:t>注册、档案、认证、岗位、投递、消息、面试、</w:t>
            </w:r>
            <w:r>
              <w:rPr>
                <w:sz w:val="17"/>
                <w:lang w:eastAsia="zh-CN"/>
              </w:rPr>
              <w:t>AI</w:t>
            </w:r>
            <w:r>
              <w:rPr>
                <w:sz w:val="17"/>
                <w:lang w:eastAsia="zh-CN"/>
              </w:rPr>
              <w:t>、投诉</w:t>
            </w:r>
          </w:p>
        </w:tc>
        <w:tc>
          <w:tcPr>
            <w:tcW w:w="3060" w:type="dxa"/>
            <w:tcMar>
              <w:top w:w="80" w:type="dxa"/>
              <w:left w:w="120" w:type="dxa"/>
              <w:bottom w:w="80" w:type="dxa"/>
              <w:right w:w="120" w:type="dxa"/>
            </w:tcMar>
            <w:vAlign w:val="center"/>
          </w:tcPr>
          <w:p w14:paraId="7C14C165" w14:textId="77777777" w:rsidR="006D5139" w:rsidRDefault="00000000">
            <w:pPr>
              <w:spacing w:after="60" w:line="252" w:lineRule="auto"/>
            </w:pPr>
            <w:r>
              <w:rPr>
                <w:sz w:val="17"/>
              </w:rPr>
              <w:t>杨幸幸主责</w:t>
            </w:r>
          </w:p>
        </w:tc>
        <w:tc>
          <w:tcPr>
            <w:tcW w:w="1800" w:type="dxa"/>
            <w:tcMar>
              <w:top w:w="80" w:type="dxa"/>
              <w:left w:w="120" w:type="dxa"/>
              <w:bottom w:w="80" w:type="dxa"/>
              <w:right w:w="120" w:type="dxa"/>
            </w:tcMar>
            <w:vAlign w:val="center"/>
          </w:tcPr>
          <w:p w14:paraId="434C3FE5" w14:textId="77777777" w:rsidR="006D5139" w:rsidRDefault="00000000">
            <w:pPr>
              <w:spacing w:after="60" w:line="252" w:lineRule="auto"/>
            </w:pPr>
            <w:r>
              <w:rPr>
                <w:sz w:val="17"/>
              </w:rPr>
              <w:t>核心主旅程</w:t>
            </w:r>
            <w:r>
              <w:rPr>
                <w:sz w:val="17"/>
              </w:rPr>
              <w:t xml:space="preserve"> 100%</w:t>
            </w:r>
          </w:p>
        </w:tc>
      </w:tr>
      <w:tr w:rsidR="006D5139" w14:paraId="288E9884" w14:textId="77777777">
        <w:trPr>
          <w:cantSplit/>
        </w:trPr>
        <w:tc>
          <w:tcPr>
            <w:tcW w:w="1800" w:type="dxa"/>
            <w:tcMar>
              <w:top w:w="80" w:type="dxa"/>
              <w:left w:w="120" w:type="dxa"/>
              <w:bottom w:w="80" w:type="dxa"/>
              <w:right w:w="120" w:type="dxa"/>
            </w:tcMar>
            <w:vAlign w:val="center"/>
          </w:tcPr>
          <w:p w14:paraId="1CBCA88C" w14:textId="77777777" w:rsidR="006D5139" w:rsidRDefault="00000000">
            <w:pPr>
              <w:spacing w:after="60" w:line="252" w:lineRule="auto"/>
            </w:pPr>
            <w:r>
              <w:rPr>
                <w:sz w:val="17"/>
              </w:rPr>
              <w:t>权限测试</w:t>
            </w:r>
          </w:p>
        </w:tc>
        <w:tc>
          <w:tcPr>
            <w:tcW w:w="2700" w:type="dxa"/>
            <w:tcMar>
              <w:top w:w="80" w:type="dxa"/>
              <w:left w:w="120" w:type="dxa"/>
              <w:bottom w:w="80" w:type="dxa"/>
              <w:right w:w="120" w:type="dxa"/>
            </w:tcMar>
            <w:vAlign w:val="center"/>
          </w:tcPr>
          <w:p w14:paraId="0C9ACCF8" w14:textId="77777777" w:rsidR="006D5139" w:rsidRDefault="00000000">
            <w:pPr>
              <w:spacing w:after="60" w:line="252" w:lineRule="auto"/>
              <w:rPr>
                <w:lang w:eastAsia="zh-CN"/>
              </w:rPr>
            </w:pPr>
            <w:r>
              <w:rPr>
                <w:sz w:val="17"/>
                <w:lang w:eastAsia="zh-CN"/>
              </w:rPr>
              <w:t>跨用户、跨企业、运营角色、附件</w:t>
            </w:r>
          </w:p>
        </w:tc>
        <w:tc>
          <w:tcPr>
            <w:tcW w:w="3060" w:type="dxa"/>
            <w:tcMar>
              <w:top w:w="80" w:type="dxa"/>
              <w:left w:w="120" w:type="dxa"/>
              <w:bottom w:w="80" w:type="dxa"/>
              <w:right w:w="120" w:type="dxa"/>
            </w:tcMar>
            <w:vAlign w:val="center"/>
          </w:tcPr>
          <w:p w14:paraId="29B5EBDC" w14:textId="77777777" w:rsidR="006D5139" w:rsidRDefault="00000000">
            <w:pPr>
              <w:spacing w:after="60" w:line="252" w:lineRule="auto"/>
            </w:pPr>
            <w:r>
              <w:rPr>
                <w:sz w:val="17"/>
              </w:rPr>
              <w:t>张顺主责</w:t>
            </w:r>
          </w:p>
        </w:tc>
        <w:tc>
          <w:tcPr>
            <w:tcW w:w="1800" w:type="dxa"/>
            <w:tcMar>
              <w:top w:w="80" w:type="dxa"/>
              <w:left w:w="120" w:type="dxa"/>
              <w:bottom w:w="80" w:type="dxa"/>
              <w:right w:w="120" w:type="dxa"/>
            </w:tcMar>
            <w:vAlign w:val="center"/>
          </w:tcPr>
          <w:p w14:paraId="43261F61" w14:textId="77777777" w:rsidR="006D5139" w:rsidRDefault="00000000">
            <w:pPr>
              <w:spacing w:after="60" w:line="252" w:lineRule="auto"/>
            </w:pPr>
            <w:r>
              <w:rPr>
                <w:sz w:val="17"/>
              </w:rPr>
              <w:t>高危越权</w:t>
            </w:r>
            <w:r>
              <w:rPr>
                <w:sz w:val="17"/>
              </w:rPr>
              <w:t xml:space="preserve"> 0</w:t>
            </w:r>
          </w:p>
        </w:tc>
      </w:tr>
      <w:tr w:rsidR="006D5139" w14:paraId="7264E3AA" w14:textId="77777777">
        <w:trPr>
          <w:cantSplit/>
        </w:trPr>
        <w:tc>
          <w:tcPr>
            <w:tcW w:w="1800" w:type="dxa"/>
            <w:tcMar>
              <w:top w:w="80" w:type="dxa"/>
              <w:left w:w="120" w:type="dxa"/>
              <w:bottom w:w="80" w:type="dxa"/>
              <w:right w:w="120" w:type="dxa"/>
            </w:tcMar>
            <w:vAlign w:val="center"/>
          </w:tcPr>
          <w:p w14:paraId="017DD659" w14:textId="77777777" w:rsidR="006D5139" w:rsidRDefault="00000000">
            <w:pPr>
              <w:spacing w:after="60" w:line="252" w:lineRule="auto"/>
            </w:pPr>
            <w:r>
              <w:rPr>
                <w:sz w:val="17"/>
              </w:rPr>
              <w:t>性能测试</w:t>
            </w:r>
          </w:p>
        </w:tc>
        <w:tc>
          <w:tcPr>
            <w:tcW w:w="2700" w:type="dxa"/>
            <w:tcMar>
              <w:top w:w="80" w:type="dxa"/>
              <w:left w:w="120" w:type="dxa"/>
              <w:bottom w:w="80" w:type="dxa"/>
              <w:right w:w="120" w:type="dxa"/>
            </w:tcMar>
            <w:vAlign w:val="center"/>
          </w:tcPr>
          <w:p w14:paraId="5394D85E" w14:textId="77777777" w:rsidR="006D5139" w:rsidRDefault="00000000">
            <w:pPr>
              <w:spacing w:after="60" w:line="252" w:lineRule="auto"/>
              <w:rPr>
                <w:lang w:eastAsia="zh-CN"/>
              </w:rPr>
            </w:pPr>
            <w:r>
              <w:rPr>
                <w:sz w:val="17"/>
                <w:lang w:eastAsia="zh-CN"/>
              </w:rPr>
              <w:t>搜索、岗位详情、消息、</w:t>
            </w:r>
            <w:r>
              <w:rPr>
                <w:sz w:val="17"/>
                <w:lang w:eastAsia="zh-CN"/>
              </w:rPr>
              <w:t xml:space="preserve">AI </w:t>
            </w:r>
            <w:r>
              <w:rPr>
                <w:sz w:val="17"/>
                <w:lang w:eastAsia="zh-CN"/>
              </w:rPr>
              <w:t>队列</w:t>
            </w:r>
          </w:p>
        </w:tc>
        <w:tc>
          <w:tcPr>
            <w:tcW w:w="3060" w:type="dxa"/>
            <w:tcMar>
              <w:top w:w="80" w:type="dxa"/>
              <w:left w:w="120" w:type="dxa"/>
              <w:bottom w:w="80" w:type="dxa"/>
              <w:right w:w="120" w:type="dxa"/>
            </w:tcMar>
            <w:vAlign w:val="center"/>
          </w:tcPr>
          <w:p w14:paraId="103D654B" w14:textId="77777777" w:rsidR="006D5139" w:rsidRDefault="00000000">
            <w:pPr>
              <w:spacing w:after="60" w:line="252" w:lineRule="auto"/>
            </w:pPr>
            <w:r>
              <w:rPr>
                <w:sz w:val="17"/>
              </w:rPr>
              <w:t>张顺</w:t>
            </w:r>
          </w:p>
        </w:tc>
        <w:tc>
          <w:tcPr>
            <w:tcW w:w="1800" w:type="dxa"/>
            <w:tcMar>
              <w:top w:w="80" w:type="dxa"/>
              <w:left w:w="120" w:type="dxa"/>
              <w:bottom w:w="80" w:type="dxa"/>
              <w:right w:w="120" w:type="dxa"/>
            </w:tcMar>
            <w:vAlign w:val="center"/>
          </w:tcPr>
          <w:p w14:paraId="1E63B6B4" w14:textId="77777777" w:rsidR="006D5139" w:rsidRDefault="00000000">
            <w:pPr>
              <w:spacing w:after="60" w:line="252" w:lineRule="auto"/>
            </w:pPr>
            <w:r>
              <w:rPr>
                <w:sz w:val="17"/>
              </w:rPr>
              <w:t>普通</w:t>
            </w:r>
            <w:r>
              <w:rPr>
                <w:sz w:val="17"/>
              </w:rPr>
              <w:t xml:space="preserve"> API P95 &lt; 1 </w:t>
            </w:r>
            <w:r>
              <w:rPr>
                <w:sz w:val="17"/>
              </w:rPr>
              <w:t>秒；</w:t>
            </w:r>
            <w:r>
              <w:rPr>
                <w:sz w:val="17"/>
              </w:rPr>
              <w:t xml:space="preserve">AI </w:t>
            </w:r>
            <w:r>
              <w:rPr>
                <w:sz w:val="17"/>
              </w:rPr>
              <w:t>除外</w:t>
            </w:r>
          </w:p>
        </w:tc>
      </w:tr>
      <w:tr w:rsidR="006D5139" w14:paraId="2A0F9EC4" w14:textId="77777777">
        <w:trPr>
          <w:cantSplit/>
        </w:trPr>
        <w:tc>
          <w:tcPr>
            <w:tcW w:w="1800" w:type="dxa"/>
            <w:tcMar>
              <w:top w:w="80" w:type="dxa"/>
              <w:left w:w="120" w:type="dxa"/>
              <w:bottom w:w="80" w:type="dxa"/>
              <w:right w:w="120" w:type="dxa"/>
            </w:tcMar>
            <w:vAlign w:val="center"/>
          </w:tcPr>
          <w:p w14:paraId="237EED84" w14:textId="77777777" w:rsidR="006D5139" w:rsidRDefault="00000000">
            <w:pPr>
              <w:spacing w:after="60" w:line="252" w:lineRule="auto"/>
            </w:pPr>
            <w:r>
              <w:rPr>
                <w:sz w:val="17"/>
              </w:rPr>
              <w:t>安全测试</w:t>
            </w:r>
          </w:p>
        </w:tc>
        <w:tc>
          <w:tcPr>
            <w:tcW w:w="2700" w:type="dxa"/>
            <w:tcMar>
              <w:top w:w="80" w:type="dxa"/>
              <w:left w:w="120" w:type="dxa"/>
              <w:bottom w:w="80" w:type="dxa"/>
              <w:right w:w="120" w:type="dxa"/>
            </w:tcMar>
            <w:vAlign w:val="center"/>
          </w:tcPr>
          <w:p w14:paraId="576AA510" w14:textId="77777777" w:rsidR="006D5139" w:rsidRDefault="00000000">
            <w:pPr>
              <w:spacing w:after="60" w:line="252" w:lineRule="auto"/>
            </w:pPr>
            <w:r>
              <w:rPr>
                <w:sz w:val="17"/>
              </w:rPr>
              <w:t>OWASP</w:t>
            </w:r>
            <w:r>
              <w:rPr>
                <w:sz w:val="17"/>
              </w:rPr>
              <w:t>、依赖、密钥、限流、文件</w:t>
            </w:r>
          </w:p>
        </w:tc>
        <w:tc>
          <w:tcPr>
            <w:tcW w:w="3060" w:type="dxa"/>
            <w:tcMar>
              <w:top w:w="80" w:type="dxa"/>
              <w:left w:w="120" w:type="dxa"/>
              <w:bottom w:w="80" w:type="dxa"/>
              <w:right w:w="120" w:type="dxa"/>
            </w:tcMar>
            <w:vAlign w:val="center"/>
          </w:tcPr>
          <w:p w14:paraId="314B34EC" w14:textId="77777777" w:rsidR="006D5139" w:rsidRDefault="00000000">
            <w:pPr>
              <w:spacing w:after="60" w:line="252" w:lineRule="auto"/>
            </w:pPr>
            <w:r>
              <w:rPr>
                <w:sz w:val="17"/>
              </w:rPr>
              <w:t>张顺</w:t>
            </w:r>
          </w:p>
        </w:tc>
        <w:tc>
          <w:tcPr>
            <w:tcW w:w="1800" w:type="dxa"/>
            <w:tcMar>
              <w:top w:w="80" w:type="dxa"/>
              <w:left w:w="120" w:type="dxa"/>
              <w:bottom w:w="80" w:type="dxa"/>
              <w:right w:w="120" w:type="dxa"/>
            </w:tcMar>
            <w:vAlign w:val="center"/>
          </w:tcPr>
          <w:p w14:paraId="2D3A20F8" w14:textId="77777777" w:rsidR="006D5139" w:rsidRDefault="00000000">
            <w:pPr>
              <w:spacing w:after="60" w:line="252" w:lineRule="auto"/>
            </w:pPr>
            <w:r>
              <w:rPr>
                <w:sz w:val="17"/>
              </w:rPr>
              <w:t>高危</w:t>
            </w:r>
            <w:r>
              <w:rPr>
                <w:sz w:val="17"/>
              </w:rPr>
              <w:t>/</w:t>
            </w:r>
            <w:r>
              <w:rPr>
                <w:sz w:val="17"/>
              </w:rPr>
              <w:t>严重问题</w:t>
            </w:r>
            <w:r>
              <w:rPr>
                <w:sz w:val="17"/>
              </w:rPr>
              <w:t xml:space="preserve"> 0</w:t>
            </w:r>
          </w:p>
        </w:tc>
      </w:tr>
      <w:tr w:rsidR="006D5139" w14:paraId="621C34B8" w14:textId="77777777">
        <w:trPr>
          <w:cantSplit/>
        </w:trPr>
        <w:tc>
          <w:tcPr>
            <w:tcW w:w="1800" w:type="dxa"/>
            <w:tcMar>
              <w:top w:w="80" w:type="dxa"/>
              <w:left w:w="120" w:type="dxa"/>
              <w:bottom w:w="80" w:type="dxa"/>
              <w:right w:w="120" w:type="dxa"/>
            </w:tcMar>
            <w:vAlign w:val="center"/>
          </w:tcPr>
          <w:p w14:paraId="344A826C" w14:textId="77777777" w:rsidR="006D5139" w:rsidRDefault="00000000">
            <w:pPr>
              <w:spacing w:after="60" w:line="252" w:lineRule="auto"/>
            </w:pPr>
            <w:r>
              <w:rPr>
                <w:sz w:val="17"/>
              </w:rPr>
              <w:t xml:space="preserve">AI </w:t>
            </w:r>
            <w:r>
              <w:rPr>
                <w:sz w:val="17"/>
              </w:rPr>
              <w:t>评测</w:t>
            </w:r>
          </w:p>
        </w:tc>
        <w:tc>
          <w:tcPr>
            <w:tcW w:w="2700" w:type="dxa"/>
            <w:tcMar>
              <w:top w:w="80" w:type="dxa"/>
              <w:left w:w="120" w:type="dxa"/>
              <w:bottom w:w="80" w:type="dxa"/>
              <w:right w:w="120" w:type="dxa"/>
            </w:tcMar>
            <w:vAlign w:val="center"/>
          </w:tcPr>
          <w:p w14:paraId="297A2C12" w14:textId="77777777" w:rsidR="006D5139" w:rsidRDefault="00000000">
            <w:pPr>
              <w:spacing w:after="60" w:line="252" w:lineRule="auto"/>
              <w:rPr>
                <w:lang w:eastAsia="zh-CN"/>
              </w:rPr>
            </w:pPr>
            <w:r>
              <w:rPr>
                <w:sz w:val="17"/>
                <w:lang w:eastAsia="zh-CN"/>
              </w:rPr>
              <w:t>准确、幻觉、歧视、安全、格式、成本</w:t>
            </w:r>
          </w:p>
        </w:tc>
        <w:tc>
          <w:tcPr>
            <w:tcW w:w="3060" w:type="dxa"/>
            <w:tcMar>
              <w:top w:w="80" w:type="dxa"/>
              <w:left w:w="120" w:type="dxa"/>
              <w:bottom w:w="80" w:type="dxa"/>
              <w:right w:w="120" w:type="dxa"/>
            </w:tcMar>
            <w:vAlign w:val="center"/>
          </w:tcPr>
          <w:p w14:paraId="4EF98947" w14:textId="77777777" w:rsidR="006D5139" w:rsidRDefault="00000000">
            <w:pPr>
              <w:spacing w:after="60" w:line="252" w:lineRule="auto"/>
            </w:pPr>
            <w:r>
              <w:rPr>
                <w:sz w:val="17"/>
              </w:rPr>
              <w:t>两人</w:t>
            </w:r>
          </w:p>
        </w:tc>
        <w:tc>
          <w:tcPr>
            <w:tcW w:w="1800" w:type="dxa"/>
            <w:tcMar>
              <w:top w:w="80" w:type="dxa"/>
              <w:left w:w="120" w:type="dxa"/>
              <w:bottom w:w="80" w:type="dxa"/>
              <w:right w:w="120" w:type="dxa"/>
            </w:tcMar>
            <w:vAlign w:val="center"/>
          </w:tcPr>
          <w:p w14:paraId="5614415B" w14:textId="77777777" w:rsidR="006D5139" w:rsidRDefault="00000000">
            <w:pPr>
              <w:spacing w:after="60" w:line="252" w:lineRule="auto"/>
              <w:rPr>
                <w:lang w:eastAsia="zh-CN"/>
              </w:rPr>
            </w:pPr>
            <w:r>
              <w:rPr>
                <w:sz w:val="17"/>
                <w:lang w:eastAsia="zh-CN"/>
              </w:rPr>
              <w:t>固定评测集门槛全部通过</w:t>
            </w:r>
          </w:p>
        </w:tc>
      </w:tr>
      <w:tr w:rsidR="006D5139" w14:paraId="0200D17C" w14:textId="77777777">
        <w:trPr>
          <w:cantSplit/>
        </w:trPr>
        <w:tc>
          <w:tcPr>
            <w:tcW w:w="1800" w:type="dxa"/>
            <w:tcMar>
              <w:top w:w="80" w:type="dxa"/>
              <w:left w:w="120" w:type="dxa"/>
              <w:bottom w:w="80" w:type="dxa"/>
              <w:right w:w="120" w:type="dxa"/>
            </w:tcMar>
            <w:vAlign w:val="center"/>
          </w:tcPr>
          <w:p w14:paraId="6F1F6FED" w14:textId="77777777" w:rsidR="006D5139" w:rsidRDefault="00000000">
            <w:pPr>
              <w:spacing w:after="60" w:line="252" w:lineRule="auto"/>
            </w:pPr>
            <w:r>
              <w:rPr>
                <w:sz w:val="17"/>
              </w:rPr>
              <w:t>用户验收</w:t>
            </w:r>
          </w:p>
        </w:tc>
        <w:tc>
          <w:tcPr>
            <w:tcW w:w="2700" w:type="dxa"/>
            <w:tcMar>
              <w:top w:w="80" w:type="dxa"/>
              <w:left w:w="120" w:type="dxa"/>
              <w:bottom w:w="80" w:type="dxa"/>
              <w:right w:w="120" w:type="dxa"/>
            </w:tcMar>
            <w:vAlign w:val="center"/>
          </w:tcPr>
          <w:p w14:paraId="2415C552" w14:textId="77777777" w:rsidR="006D5139" w:rsidRDefault="00000000">
            <w:pPr>
              <w:spacing w:after="60" w:line="252" w:lineRule="auto"/>
              <w:rPr>
                <w:lang w:eastAsia="zh-CN"/>
              </w:rPr>
            </w:pPr>
            <w:r>
              <w:rPr>
                <w:sz w:val="17"/>
                <w:lang w:eastAsia="zh-CN"/>
              </w:rPr>
              <w:t>真实求职者、招聘者和运营</w:t>
            </w:r>
          </w:p>
        </w:tc>
        <w:tc>
          <w:tcPr>
            <w:tcW w:w="3060" w:type="dxa"/>
            <w:tcMar>
              <w:top w:w="80" w:type="dxa"/>
              <w:left w:w="120" w:type="dxa"/>
              <w:bottom w:w="80" w:type="dxa"/>
              <w:right w:w="120" w:type="dxa"/>
            </w:tcMar>
            <w:vAlign w:val="center"/>
          </w:tcPr>
          <w:p w14:paraId="723F95C1" w14:textId="77777777" w:rsidR="006D5139" w:rsidRDefault="00000000">
            <w:pPr>
              <w:spacing w:after="60" w:line="252" w:lineRule="auto"/>
            </w:pPr>
            <w:r>
              <w:rPr>
                <w:sz w:val="17"/>
              </w:rPr>
              <w:t>两人</w:t>
            </w:r>
          </w:p>
        </w:tc>
        <w:tc>
          <w:tcPr>
            <w:tcW w:w="1800" w:type="dxa"/>
            <w:tcMar>
              <w:top w:w="80" w:type="dxa"/>
              <w:left w:w="120" w:type="dxa"/>
              <w:bottom w:w="80" w:type="dxa"/>
              <w:right w:w="120" w:type="dxa"/>
            </w:tcMar>
            <w:vAlign w:val="center"/>
          </w:tcPr>
          <w:p w14:paraId="0C610B72" w14:textId="77777777" w:rsidR="006D5139" w:rsidRDefault="00000000">
            <w:pPr>
              <w:spacing w:after="60" w:line="252" w:lineRule="auto"/>
            </w:pPr>
            <w:r>
              <w:rPr>
                <w:sz w:val="17"/>
              </w:rPr>
              <w:t>阻断问题全部关闭</w:t>
            </w:r>
          </w:p>
        </w:tc>
      </w:tr>
    </w:tbl>
    <w:p w14:paraId="747136F2" w14:textId="77777777" w:rsidR="006D5139" w:rsidRDefault="006D5139">
      <w:pPr>
        <w:spacing w:after="40"/>
      </w:pPr>
    </w:p>
    <w:p w14:paraId="3655C4E6" w14:textId="77777777" w:rsidR="006D5139" w:rsidRDefault="00000000">
      <w:pPr>
        <w:pStyle w:val="31"/>
      </w:pPr>
      <w:r>
        <w:rPr>
          <w:rFonts w:ascii="Calibri" w:eastAsia="微软雅黑" w:hAnsi="Calibri"/>
        </w:rPr>
        <w:t xml:space="preserve">14.2 </w:t>
      </w:r>
      <w:r>
        <w:rPr>
          <w:rFonts w:ascii="Calibri" w:eastAsia="微软雅黑" w:hAnsi="Calibri"/>
        </w:rPr>
        <w:t>核心</w:t>
      </w:r>
      <w:r>
        <w:rPr>
          <w:rFonts w:ascii="Calibri" w:eastAsia="微软雅黑" w:hAnsi="Calibri"/>
        </w:rPr>
        <w:t xml:space="preserve"> E2E </w:t>
      </w:r>
      <w:r>
        <w:rPr>
          <w:rFonts w:ascii="Calibri" w:eastAsia="微软雅黑" w:hAnsi="Calibri"/>
        </w:rPr>
        <w:t>场景</w:t>
      </w:r>
    </w:p>
    <w:p w14:paraId="136F7403" w14:textId="77777777" w:rsidR="006D5139" w:rsidRDefault="00000000">
      <w:pPr>
        <w:pStyle w:val="a"/>
        <w:keepLines/>
        <w:numPr>
          <w:ilvl w:val="0"/>
          <w:numId w:val="68"/>
        </w:numPr>
        <w:rPr>
          <w:lang w:eastAsia="zh-CN"/>
        </w:rPr>
      </w:pPr>
      <w:r>
        <w:rPr>
          <w:lang w:eastAsia="zh-CN"/>
        </w:rPr>
        <w:t>求职者注册</w:t>
      </w:r>
      <w:r>
        <w:rPr>
          <w:lang w:eastAsia="zh-CN"/>
        </w:rPr>
        <w:t xml:space="preserve"> → </w:t>
      </w:r>
      <w:r>
        <w:rPr>
          <w:lang w:eastAsia="zh-CN"/>
        </w:rPr>
        <w:t>同意</w:t>
      </w:r>
      <w:r>
        <w:rPr>
          <w:lang w:eastAsia="zh-CN"/>
        </w:rPr>
        <w:t xml:space="preserve"> → </w:t>
      </w:r>
      <w:r>
        <w:rPr>
          <w:lang w:eastAsia="zh-CN"/>
        </w:rPr>
        <w:t>档案</w:t>
      </w:r>
      <w:r>
        <w:rPr>
          <w:lang w:eastAsia="zh-CN"/>
        </w:rPr>
        <w:t xml:space="preserve"> → </w:t>
      </w:r>
      <w:r>
        <w:rPr>
          <w:lang w:eastAsia="zh-CN"/>
        </w:rPr>
        <w:t>上传简历</w:t>
      </w:r>
      <w:r>
        <w:rPr>
          <w:lang w:eastAsia="zh-CN"/>
        </w:rPr>
        <w:t xml:space="preserve"> → AI </w:t>
      </w:r>
      <w:r>
        <w:rPr>
          <w:lang w:eastAsia="zh-CN"/>
        </w:rPr>
        <w:t>解析确认；</w:t>
      </w:r>
    </w:p>
    <w:p w14:paraId="35C2635E" w14:textId="77777777" w:rsidR="006D5139" w:rsidRDefault="00000000">
      <w:pPr>
        <w:pStyle w:val="a"/>
        <w:keepLines/>
        <w:numPr>
          <w:ilvl w:val="0"/>
          <w:numId w:val="68"/>
        </w:numPr>
        <w:rPr>
          <w:lang w:eastAsia="zh-CN"/>
        </w:rPr>
      </w:pPr>
      <w:r>
        <w:rPr>
          <w:lang w:eastAsia="zh-CN"/>
        </w:rPr>
        <w:lastRenderedPageBreak/>
        <w:t>企业注册</w:t>
      </w:r>
      <w:r>
        <w:rPr>
          <w:lang w:eastAsia="zh-CN"/>
        </w:rPr>
        <w:t xml:space="preserve"> → </w:t>
      </w:r>
      <w:r>
        <w:rPr>
          <w:lang w:eastAsia="zh-CN"/>
        </w:rPr>
        <w:t>认证</w:t>
      </w:r>
      <w:r>
        <w:rPr>
          <w:lang w:eastAsia="zh-CN"/>
        </w:rPr>
        <w:t xml:space="preserve"> → </w:t>
      </w:r>
      <w:r>
        <w:rPr>
          <w:lang w:eastAsia="zh-CN"/>
        </w:rPr>
        <w:t>创建岗位</w:t>
      </w:r>
      <w:r>
        <w:rPr>
          <w:lang w:eastAsia="zh-CN"/>
        </w:rPr>
        <w:t xml:space="preserve"> → </w:t>
      </w:r>
      <w:r>
        <w:rPr>
          <w:lang w:eastAsia="zh-CN"/>
        </w:rPr>
        <w:t>审核</w:t>
      </w:r>
      <w:r>
        <w:rPr>
          <w:lang w:eastAsia="zh-CN"/>
        </w:rPr>
        <w:t xml:space="preserve"> → </w:t>
      </w:r>
      <w:r>
        <w:rPr>
          <w:lang w:eastAsia="zh-CN"/>
        </w:rPr>
        <w:t>发布；</w:t>
      </w:r>
    </w:p>
    <w:p w14:paraId="7D6AE38A" w14:textId="77777777" w:rsidR="006D5139" w:rsidRDefault="00000000">
      <w:pPr>
        <w:pStyle w:val="a"/>
        <w:keepLines/>
        <w:numPr>
          <w:ilvl w:val="0"/>
          <w:numId w:val="68"/>
        </w:numPr>
        <w:rPr>
          <w:lang w:eastAsia="zh-CN"/>
        </w:rPr>
      </w:pPr>
      <w:r>
        <w:rPr>
          <w:lang w:eastAsia="zh-CN"/>
        </w:rPr>
        <w:t>求职者搜索</w:t>
      </w:r>
      <w:r>
        <w:rPr>
          <w:lang w:eastAsia="zh-CN"/>
        </w:rPr>
        <w:t xml:space="preserve"> → </w:t>
      </w:r>
      <w:r>
        <w:rPr>
          <w:lang w:eastAsia="zh-CN"/>
        </w:rPr>
        <w:t>查看详情</w:t>
      </w:r>
      <w:r>
        <w:rPr>
          <w:lang w:eastAsia="zh-CN"/>
        </w:rPr>
        <w:t xml:space="preserve"> → </w:t>
      </w:r>
      <w:r>
        <w:rPr>
          <w:lang w:eastAsia="zh-CN"/>
        </w:rPr>
        <w:t>投递</w:t>
      </w:r>
      <w:r>
        <w:rPr>
          <w:lang w:eastAsia="zh-CN"/>
        </w:rPr>
        <w:t xml:space="preserve"> → </w:t>
      </w:r>
      <w:r>
        <w:rPr>
          <w:lang w:eastAsia="zh-CN"/>
        </w:rPr>
        <w:t>建立会话；</w:t>
      </w:r>
    </w:p>
    <w:p w14:paraId="08A80F89" w14:textId="77777777" w:rsidR="006D5139" w:rsidRDefault="00000000">
      <w:pPr>
        <w:pStyle w:val="a"/>
        <w:keepLines/>
        <w:numPr>
          <w:ilvl w:val="0"/>
          <w:numId w:val="68"/>
        </w:numPr>
        <w:rPr>
          <w:lang w:eastAsia="zh-CN"/>
        </w:rPr>
      </w:pPr>
      <w:r>
        <w:rPr>
          <w:lang w:eastAsia="zh-CN"/>
        </w:rPr>
        <w:t>招聘者查看授权简历</w:t>
      </w:r>
      <w:r>
        <w:rPr>
          <w:lang w:eastAsia="zh-CN"/>
        </w:rPr>
        <w:t xml:space="preserve"> → </w:t>
      </w:r>
      <w:r>
        <w:rPr>
          <w:lang w:eastAsia="zh-CN"/>
        </w:rPr>
        <w:t>回复</w:t>
      </w:r>
      <w:r>
        <w:rPr>
          <w:lang w:eastAsia="zh-CN"/>
        </w:rPr>
        <w:t xml:space="preserve"> → </w:t>
      </w:r>
      <w:r>
        <w:rPr>
          <w:lang w:eastAsia="zh-CN"/>
        </w:rPr>
        <w:t>推进阶段；</w:t>
      </w:r>
    </w:p>
    <w:p w14:paraId="3268AB8D" w14:textId="77777777" w:rsidR="006D5139" w:rsidRDefault="00000000">
      <w:pPr>
        <w:pStyle w:val="a"/>
        <w:keepLines/>
        <w:numPr>
          <w:ilvl w:val="0"/>
          <w:numId w:val="68"/>
        </w:numPr>
        <w:rPr>
          <w:lang w:eastAsia="zh-CN"/>
        </w:rPr>
      </w:pPr>
      <w:r>
        <w:rPr>
          <w:lang w:eastAsia="zh-CN"/>
        </w:rPr>
        <w:t>招聘者发起面试</w:t>
      </w:r>
      <w:r>
        <w:rPr>
          <w:lang w:eastAsia="zh-CN"/>
        </w:rPr>
        <w:t xml:space="preserve"> → </w:t>
      </w:r>
      <w:r>
        <w:rPr>
          <w:lang w:eastAsia="zh-CN"/>
        </w:rPr>
        <w:t>求职者确认</w:t>
      </w:r>
      <w:r>
        <w:rPr>
          <w:lang w:eastAsia="zh-CN"/>
        </w:rPr>
        <w:t xml:space="preserve"> → </w:t>
      </w:r>
      <w:r>
        <w:rPr>
          <w:lang w:eastAsia="zh-CN"/>
        </w:rPr>
        <w:t>记录反馈；</w:t>
      </w:r>
    </w:p>
    <w:p w14:paraId="7489FD36" w14:textId="77777777" w:rsidR="006D5139" w:rsidRDefault="00000000">
      <w:pPr>
        <w:pStyle w:val="a"/>
        <w:keepLines/>
        <w:numPr>
          <w:ilvl w:val="0"/>
          <w:numId w:val="68"/>
        </w:numPr>
      </w:pPr>
      <w:r>
        <w:t>生成</w:t>
      </w:r>
      <w:r>
        <w:t xml:space="preserve"> Offer → </w:t>
      </w:r>
      <w:r>
        <w:t>求职者接受</w:t>
      </w:r>
      <w:r>
        <w:t>/</w:t>
      </w:r>
      <w:r>
        <w:t>拒绝</w:t>
      </w:r>
      <w:r>
        <w:t xml:space="preserve"> → </w:t>
      </w:r>
      <w:r>
        <w:t>流程结束；</w:t>
      </w:r>
    </w:p>
    <w:p w14:paraId="6CC3FB46" w14:textId="77777777" w:rsidR="006D5139" w:rsidRDefault="00000000">
      <w:pPr>
        <w:pStyle w:val="a"/>
        <w:keepLines/>
        <w:numPr>
          <w:ilvl w:val="0"/>
          <w:numId w:val="68"/>
        </w:numPr>
        <w:rPr>
          <w:lang w:eastAsia="zh-CN"/>
        </w:rPr>
      </w:pPr>
      <w:r>
        <w:rPr>
          <w:lang w:eastAsia="zh-CN"/>
        </w:rPr>
        <w:t>用户使用</w:t>
      </w:r>
      <w:r>
        <w:rPr>
          <w:lang w:eastAsia="zh-CN"/>
        </w:rPr>
        <w:t xml:space="preserve"> AI </w:t>
      </w:r>
      <w:r>
        <w:rPr>
          <w:lang w:eastAsia="zh-CN"/>
        </w:rPr>
        <w:t>诊断</w:t>
      </w:r>
      <w:r>
        <w:rPr>
          <w:lang w:eastAsia="zh-CN"/>
        </w:rPr>
        <w:t xml:space="preserve"> → </w:t>
      </w:r>
      <w:r>
        <w:rPr>
          <w:lang w:eastAsia="zh-CN"/>
        </w:rPr>
        <w:t>超时</w:t>
      </w:r>
      <w:r>
        <w:rPr>
          <w:lang w:eastAsia="zh-CN"/>
        </w:rPr>
        <w:t xml:space="preserve"> → </w:t>
      </w:r>
      <w:r>
        <w:rPr>
          <w:lang w:eastAsia="zh-CN"/>
        </w:rPr>
        <w:t>重试</w:t>
      </w:r>
      <w:r>
        <w:rPr>
          <w:lang w:eastAsia="zh-CN"/>
        </w:rPr>
        <w:t xml:space="preserve"> → </w:t>
      </w:r>
      <w:r>
        <w:rPr>
          <w:lang w:eastAsia="zh-CN"/>
        </w:rPr>
        <w:t>查看</w:t>
      </w:r>
      <w:r>
        <w:rPr>
          <w:lang w:eastAsia="zh-CN"/>
        </w:rPr>
        <w:t>/</w:t>
      </w:r>
      <w:r>
        <w:rPr>
          <w:lang w:eastAsia="zh-CN"/>
        </w:rPr>
        <w:t>删除报告；</w:t>
      </w:r>
    </w:p>
    <w:p w14:paraId="358B939B" w14:textId="77777777" w:rsidR="006D5139" w:rsidRDefault="00000000">
      <w:pPr>
        <w:pStyle w:val="a"/>
        <w:keepLines/>
        <w:numPr>
          <w:ilvl w:val="0"/>
          <w:numId w:val="68"/>
        </w:numPr>
        <w:rPr>
          <w:lang w:eastAsia="zh-CN"/>
        </w:rPr>
      </w:pPr>
      <w:r>
        <w:rPr>
          <w:lang w:eastAsia="zh-CN"/>
        </w:rPr>
        <w:t>用户举报岗位</w:t>
      </w:r>
      <w:r>
        <w:rPr>
          <w:lang w:eastAsia="zh-CN"/>
        </w:rPr>
        <w:t xml:space="preserve"> → </w:t>
      </w:r>
      <w:r>
        <w:rPr>
          <w:lang w:eastAsia="zh-CN"/>
        </w:rPr>
        <w:t>限制分发</w:t>
      </w:r>
      <w:r>
        <w:rPr>
          <w:lang w:eastAsia="zh-CN"/>
        </w:rPr>
        <w:t xml:space="preserve"> → </w:t>
      </w:r>
      <w:r>
        <w:rPr>
          <w:lang w:eastAsia="zh-CN"/>
        </w:rPr>
        <w:t>运营处置</w:t>
      </w:r>
      <w:r>
        <w:rPr>
          <w:lang w:eastAsia="zh-CN"/>
        </w:rPr>
        <w:t xml:space="preserve"> → </w:t>
      </w:r>
      <w:r>
        <w:rPr>
          <w:lang w:eastAsia="zh-CN"/>
        </w:rPr>
        <w:t>企业申诉；</w:t>
      </w:r>
    </w:p>
    <w:p w14:paraId="46AA7FCB" w14:textId="77777777" w:rsidR="006D5139" w:rsidRDefault="00000000">
      <w:pPr>
        <w:pStyle w:val="a"/>
        <w:keepLines/>
        <w:numPr>
          <w:ilvl w:val="0"/>
          <w:numId w:val="68"/>
        </w:numPr>
        <w:rPr>
          <w:lang w:eastAsia="zh-CN"/>
        </w:rPr>
      </w:pPr>
      <w:r>
        <w:rPr>
          <w:lang w:eastAsia="zh-CN"/>
        </w:rPr>
        <w:t>求职者撤回授权</w:t>
      </w:r>
      <w:r>
        <w:rPr>
          <w:lang w:eastAsia="zh-CN"/>
        </w:rPr>
        <w:t>/</w:t>
      </w:r>
      <w:r>
        <w:rPr>
          <w:lang w:eastAsia="zh-CN"/>
        </w:rPr>
        <w:t>删除档案</w:t>
      </w:r>
      <w:r>
        <w:rPr>
          <w:lang w:eastAsia="zh-CN"/>
        </w:rPr>
        <w:t xml:space="preserve"> → </w:t>
      </w:r>
      <w:r>
        <w:rPr>
          <w:lang w:eastAsia="zh-CN"/>
        </w:rPr>
        <w:t>企业访问受限；</w:t>
      </w:r>
    </w:p>
    <w:p w14:paraId="15F56A76" w14:textId="77777777" w:rsidR="006D5139" w:rsidRDefault="00000000">
      <w:pPr>
        <w:pStyle w:val="a"/>
        <w:keepLines/>
        <w:numPr>
          <w:ilvl w:val="0"/>
          <w:numId w:val="68"/>
        </w:numPr>
        <w:rPr>
          <w:lang w:eastAsia="zh-CN"/>
        </w:rPr>
      </w:pPr>
      <w:r>
        <w:rPr>
          <w:lang w:eastAsia="zh-CN"/>
        </w:rPr>
        <w:t>生产版本回滚和数据恢复演练。</w:t>
      </w:r>
    </w:p>
    <w:p w14:paraId="0301F0EF" w14:textId="77777777" w:rsidR="006D5139" w:rsidRDefault="00000000">
      <w:pPr>
        <w:pStyle w:val="31"/>
      </w:pPr>
      <w:r>
        <w:rPr>
          <w:rFonts w:ascii="Calibri" w:eastAsia="微软雅黑" w:hAnsi="Calibri"/>
        </w:rPr>
        <w:t xml:space="preserve">14.3 </w:t>
      </w:r>
      <w:r>
        <w:rPr>
          <w:rFonts w:ascii="Calibri" w:eastAsia="微软雅黑" w:hAnsi="Calibri"/>
        </w:rPr>
        <w:t>缺陷分级</w:t>
      </w:r>
    </w:p>
    <w:p w14:paraId="7C84BFE9" w14:textId="77777777" w:rsidR="006D5139" w:rsidRDefault="00000000">
      <w:pPr>
        <w:pStyle w:val="a0"/>
        <w:keepLines/>
        <w:numPr>
          <w:ilvl w:val="0"/>
          <w:numId w:val="69"/>
        </w:numPr>
      </w:pPr>
      <w:r>
        <w:rPr>
          <w:b/>
          <w:lang w:eastAsia="zh-CN"/>
        </w:rPr>
        <w:t xml:space="preserve">P0 </w:t>
      </w:r>
      <w:r>
        <w:rPr>
          <w:b/>
          <w:lang w:eastAsia="zh-CN"/>
        </w:rPr>
        <w:t>阻断：</w:t>
      </w:r>
      <w:r>
        <w:rPr>
          <w:lang w:eastAsia="zh-CN"/>
        </w:rPr>
        <w:t xml:space="preserve"> </w:t>
      </w:r>
      <w:r>
        <w:rPr>
          <w:lang w:eastAsia="zh-CN"/>
        </w:rPr>
        <w:t>数据泄露、越权、诈骗岗位仍分发、无法登录</w:t>
      </w:r>
      <w:r>
        <w:rPr>
          <w:lang w:eastAsia="zh-CN"/>
        </w:rPr>
        <w:t>/</w:t>
      </w:r>
      <w:r>
        <w:rPr>
          <w:lang w:eastAsia="zh-CN"/>
        </w:rPr>
        <w:t>投递、数据不可恢复。</w:t>
      </w:r>
      <w:r>
        <w:t>立即停止发布。</w:t>
      </w:r>
    </w:p>
    <w:p w14:paraId="0BC34B9B" w14:textId="77777777" w:rsidR="006D5139" w:rsidRDefault="00000000">
      <w:pPr>
        <w:pStyle w:val="a0"/>
        <w:keepLines/>
        <w:numPr>
          <w:ilvl w:val="0"/>
          <w:numId w:val="69"/>
        </w:numPr>
      </w:pPr>
      <w:r>
        <w:rPr>
          <w:b/>
          <w:lang w:eastAsia="zh-CN"/>
        </w:rPr>
        <w:t xml:space="preserve">P1 </w:t>
      </w:r>
      <w:r>
        <w:rPr>
          <w:b/>
          <w:lang w:eastAsia="zh-CN"/>
        </w:rPr>
        <w:t>严重：</w:t>
      </w:r>
      <w:r>
        <w:rPr>
          <w:lang w:eastAsia="zh-CN"/>
        </w:rPr>
        <w:t xml:space="preserve"> </w:t>
      </w:r>
      <w:r>
        <w:rPr>
          <w:lang w:eastAsia="zh-CN"/>
        </w:rPr>
        <w:t>核心流程无法完成、消息丢失、状态错误、</w:t>
      </w:r>
      <w:r>
        <w:rPr>
          <w:lang w:eastAsia="zh-CN"/>
        </w:rPr>
        <w:t xml:space="preserve">AI </w:t>
      </w:r>
      <w:r>
        <w:rPr>
          <w:lang w:eastAsia="zh-CN"/>
        </w:rPr>
        <w:t>输出高风险内容。</w:t>
      </w:r>
      <w:r>
        <w:t xml:space="preserve">24 </w:t>
      </w:r>
      <w:r>
        <w:t>小时内修复。</w:t>
      </w:r>
    </w:p>
    <w:p w14:paraId="5E382A63" w14:textId="77777777" w:rsidR="006D5139" w:rsidRDefault="00000000">
      <w:pPr>
        <w:pStyle w:val="a0"/>
        <w:keepLines/>
        <w:numPr>
          <w:ilvl w:val="0"/>
          <w:numId w:val="69"/>
        </w:numPr>
      </w:pPr>
      <w:r>
        <w:rPr>
          <w:b/>
          <w:lang w:eastAsia="zh-CN"/>
        </w:rPr>
        <w:t xml:space="preserve">P2 </w:t>
      </w:r>
      <w:r>
        <w:rPr>
          <w:b/>
          <w:lang w:eastAsia="zh-CN"/>
        </w:rPr>
        <w:t>一般：</w:t>
      </w:r>
      <w:r>
        <w:rPr>
          <w:lang w:eastAsia="zh-CN"/>
        </w:rPr>
        <w:t xml:space="preserve"> </w:t>
      </w:r>
      <w:r>
        <w:rPr>
          <w:lang w:eastAsia="zh-CN"/>
        </w:rPr>
        <w:t>非核心路径错误、明显体验问题。</w:t>
      </w:r>
      <w:r>
        <w:t>进入当前或下个</w:t>
      </w:r>
      <w:r>
        <w:t xml:space="preserve"> Sprint</w:t>
      </w:r>
      <w:r>
        <w:t>。</w:t>
      </w:r>
    </w:p>
    <w:p w14:paraId="2BBEF0D5" w14:textId="77777777" w:rsidR="006D5139" w:rsidRDefault="00000000">
      <w:pPr>
        <w:pStyle w:val="a0"/>
        <w:keepLines/>
        <w:numPr>
          <w:ilvl w:val="0"/>
          <w:numId w:val="69"/>
        </w:numPr>
      </w:pPr>
      <w:r>
        <w:rPr>
          <w:b/>
          <w:lang w:eastAsia="zh-CN"/>
        </w:rPr>
        <w:t xml:space="preserve">P3 </w:t>
      </w:r>
      <w:r>
        <w:rPr>
          <w:b/>
          <w:lang w:eastAsia="zh-CN"/>
        </w:rPr>
        <w:t>优化：</w:t>
      </w:r>
      <w:r>
        <w:rPr>
          <w:lang w:eastAsia="zh-CN"/>
        </w:rPr>
        <w:t xml:space="preserve"> </w:t>
      </w:r>
      <w:r>
        <w:rPr>
          <w:lang w:eastAsia="zh-CN"/>
        </w:rPr>
        <w:t>文案、视觉、低频体验。</w:t>
      </w:r>
      <w:r>
        <w:t>进入</w:t>
      </w:r>
      <w:r>
        <w:t xml:space="preserve"> Backlog</w:t>
      </w:r>
      <w:r>
        <w:t>。</w:t>
      </w:r>
    </w:p>
    <w:p w14:paraId="5729DF30" w14:textId="77777777" w:rsidR="006D5139" w:rsidRDefault="00000000">
      <w:pPr>
        <w:pStyle w:val="21"/>
      </w:pPr>
      <w:r>
        <w:rPr>
          <w:rFonts w:ascii="Calibri" w:eastAsia="微软雅黑" w:hAnsi="Calibri"/>
        </w:rPr>
        <w:t xml:space="preserve">15. </w:t>
      </w:r>
      <w:r>
        <w:rPr>
          <w:rFonts w:ascii="Calibri" w:eastAsia="微软雅黑" w:hAnsi="Calibri"/>
        </w:rPr>
        <w:t>上线与运营手册</w:t>
      </w:r>
    </w:p>
    <w:p w14:paraId="7C641D09" w14:textId="77777777" w:rsidR="006D5139" w:rsidRDefault="00000000">
      <w:pPr>
        <w:pStyle w:val="31"/>
      </w:pPr>
      <w:r>
        <w:rPr>
          <w:rFonts w:ascii="Calibri" w:eastAsia="微软雅黑" w:hAnsi="Calibri"/>
        </w:rPr>
        <w:t xml:space="preserve">15.1 </w:t>
      </w:r>
      <w:r>
        <w:rPr>
          <w:rFonts w:ascii="Calibri" w:eastAsia="微软雅黑" w:hAnsi="Calibri"/>
        </w:rPr>
        <w:t>上线前检查</w:t>
      </w:r>
    </w:p>
    <w:p w14:paraId="27BAD1FD" w14:textId="77777777" w:rsidR="006D5139" w:rsidRDefault="00000000">
      <w:pPr>
        <w:pStyle w:val="a0"/>
        <w:keepLines/>
        <w:numPr>
          <w:ilvl w:val="0"/>
          <w:numId w:val="70"/>
        </w:numPr>
        <w:rPr>
          <w:lang w:eastAsia="zh-CN"/>
        </w:rPr>
      </w:pPr>
      <w:r>
        <w:rPr>
          <w:lang w:eastAsia="zh-CN"/>
        </w:rPr>
        <w:t>域名、</w:t>
      </w:r>
      <w:r>
        <w:rPr>
          <w:lang w:eastAsia="zh-CN"/>
        </w:rPr>
        <w:t>HTTPS</w:t>
      </w:r>
      <w:r>
        <w:rPr>
          <w:lang w:eastAsia="zh-CN"/>
        </w:rPr>
        <w:t>、备案</w:t>
      </w:r>
      <w:r>
        <w:rPr>
          <w:lang w:eastAsia="zh-CN"/>
        </w:rPr>
        <w:t>/</w:t>
      </w:r>
      <w:r>
        <w:rPr>
          <w:lang w:eastAsia="zh-CN"/>
        </w:rPr>
        <w:t>许可和对外公示已确认；</w:t>
      </w:r>
    </w:p>
    <w:p w14:paraId="4516AA28" w14:textId="77777777" w:rsidR="006D5139" w:rsidRDefault="00000000">
      <w:pPr>
        <w:pStyle w:val="a0"/>
        <w:keepLines/>
        <w:numPr>
          <w:ilvl w:val="0"/>
          <w:numId w:val="70"/>
        </w:numPr>
        <w:rPr>
          <w:lang w:eastAsia="zh-CN"/>
        </w:rPr>
      </w:pPr>
      <w:r>
        <w:rPr>
          <w:lang w:eastAsia="zh-CN"/>
        </w:rPr>
        <w:t>隐私政策、用户协议、企业协议、</w:t>
      </w:r>
      <w:r>
        <w:rPr>
          <w:lang w:eastAsia="zh-CN"/>
        </w:rPr>
        <w:t xml:space="preserve">AI </w:t>
      </w:r>
      <w:r>
        <w:rPr>
          <w:lang w:eastAsia="zh-CN"/>
        </w:rPr>
        <w:t>说明已确认；</w:t>
      </w:r>
    </w:p>
    <w:p w14:paraId="118A92CE" w14:textId="77777777" w:rsidR="006D5139" w:rsidRDefault="00000000">
      <w:pPr>
        <w:pStyle w:val="a0"/>
        <w:keepLines/>
        <w:numPr>
          <w:ilvl w:val="0"/>
          <w:numId w:val="70"/>
        </w:numPr>
      </w:pPr>
      <w:r>
        <w:t>所有</w:t>
      </w:r>
      <w:r>
        <w:t xml:space="preserve"> P0 </w:t>
      </w:r>
      <w:r>
        <w:t>需求验收通过；</w:t>
      </w:r>
    </w:p>
    <w:p w14:paraId="0C2EAD40" w14:textId="77777777" w:rsidR="006D5139" w:rsidRDefault="00000000">
      <w:pPr>
        <w:pStyle w:val="a0"/>
        <w:keepLines/>
        <w:numPr>
          <w:ilvl w:val="0"/>
          <w:numId w:val="70"/>
        </w:numPr>
      </w:pPr>
      <w:r>
        <w:t xml:space="preserve">P0/P1 </w:t>
      </w:r>
      <w:r>
        <w:t>缺陷为</w:t>
      </w:r>
      <w:r>
        <w:t xml:space="preserve"> 0</w:t>
      </w:r>
      <w:r>
        <w:t>；</w:t>
      </w:r>
    </w:p>
    <w:p w14:paraId="75B91D81" w14:textId="77777777" w:rsidR="006D5139" w:rsidRDefault="00000000">
      <w:pPr>
        <w:pStyle w:val="a0"/>
        <w:keepLines/>
        <w:numPr>
          <w:ilvl w:val="0"/>
          <w:numId w:val="70"/>
        </w:numPr>
        <w:rPr>
          <w:lang w:eastAsia="zh-CN"/>
        </w:rPr>
      </w:pPr>
      <w:r>
        <w:rPr>
          <w:lang w:eastAsia="zh-CN"/>
        </w:rPr>
        <w:t>权限、安全、依赖和密钥扫描通过；</w:t>
      </w:r>
    </w:p>
    <w:p w14:paraId="59ADD2FA" w14:textId="77777777" w:rsidR="006D5139" w:rsidRDefault="00000000">
      <w:pPr>
        <w:pStyle w:val="a0"/>
        <w:keepLines/>
        <w:numPr>
          <w:ilvl w:val="0"/>
          <w:numId w:val="70"/>
        </w:numPr>
        <w:rPr>
          <w:lang w:eastAsia="zh-CN"/>
        </w:rPr>
      </w:pPr>
      <w:r>
        <w:rPr>
          <w:lang w:eastAsia="zh-CN"/>
        </w:rPr>
        <w:t xml:space="preserve">30—50 </w:t>
      </w:r>
      <w:r>
        <w:rPr>
          <w:lang w:eastAsia="zh-CN"/>
        </w:rPr>
        <w:t>名封闭用户测试完成；</w:t>
      </w:r>
    </w:p>
    <w:p w14:paraId="7C83970F" w14:textId="77777777" w:rsidR="006D5139" w:rsidRDefault="00000000">
      <w:pPr>
        <w:pStyle w:val="a0"/>
        <w:keepLines/>
        <w:numPr>
          <w:ilvl w:val="0"/>
          <w:numId w:val="70"/>
        </w:numPr>
        <w:rPr>
          <w:lang w:eastAsia="zh-CN"/>
        </w:rPr>
      </w:pPr>
      <w:r>
        <w:rPr>
          <w:lang w:eastAsia="zh-CN"/>
        </w:rPr>
        <w:t>企业和岗位种子数据已完成来源登记与抽检；</w:t>
      </w:r>
    </w:p>
    <w:p w14:paraId="5F471D46" w14:textId="77777777" w:rsidR="006D5139" w:rsidRDefault="00000000">
      <w:pPr>
        <w:pStyle w:val="a0"/>
        <w:keepLines/>
        <w:numPr>
          <w:ilvl w:val="0"/>
          <w:numId w:val="70"/>
        </w:numPr>
        <w:rPr>
          <w:lang w:eastAsia="zh-CN"/>
        </w:rPr>
      </w:pPr>
      <w:r>
        <w:rPr>
          <w:lang w:eastAsia="zh-CN"/>
        </w:rPr>
        <w:t>监控、告警、日志、业务看板可用；</w:t>
      </w:r>
    </w:p>
    <w:p w14:paraId="463AE5F7" w14:textId="77777777" w:rsidR="006D5139" w:rsidRDefault="00000000">
      <w:pPr>
        <w:pStyle w:val="a0"/>
        <w:keepLines/>
        <w:numPr>
          <w:ilvl w:val="0"/>
          <w:numId w:val="70"/>
        </w:numPr>
      </w:pPr>
      <w:r>
        <w:t>备份恢复演练成功；</w:t>
      </w:r>
    </w:p>
    <w:p w14:paraId="5C94FEE8" w14:textId="77777777" w:rsidR="006D5139" w:rsidRDefault="00000000">
      <w:pPr>
        <w:pStyle w:val="a0"/>
        <w:keepLines/>
        <w:numPr>
          <w:ilvl w:val="0"/>
          <w:numId w:val="70"/>
        </w:numPr>
        <w:rPr>
          <w:lang w:eastAsia="zh-CN"/>
        </w:rPr>
      </w:pPr>
      <w:r>
        <w:rPr>
          <w:lang w:eastAsia="zh-CN"/>
        </w:rPr>
        <w:t>AI</w:t>
      </w:r>
      <w:r>
        <w:rPr>
          <w:lang w:eastAsia="zh-CN"/>
        </w:rPr>
        <w:t>、消息、岗位发布、推荐功能开关可用；</w:t>
      </w:r>
    </w:p>
    <w:p w14:paraId="5B0403BD" w14:textId="77777777" w:rsidR="006D5139" w:rsidRDefault="00000000">
      <w:pPr>
        <w:pStyle w:val="a0"/>
        <w:keepLines/>
        <w:numPr>
          <w:ilvl w:val="0"/>
          <w:numId w:val="70"/>
        </w:numPr>
      </w:pPr>
      <w:r>
        <w:t>生产回滚演练成功；</w:t>
      </w:r>
    </w:p>
    <w:p w14:paraId="4410545C" w14:textId="77777777" w:rsidR="006D5139" w:rsidRDefault="00000000">
      <w:pPr>
        <w:pStyle w:val="a0"/>
        <w:keepLines/>
        <w:numPr>
          <w:ilvl w:val="0"/>
          <w:numId w:val="70"/>
        </w:numPr>
        <w:rPr>
          <w:lang w:eastAsia="zh-CN"/>
        </w:rPr>
      </w:pPr>
      <w:r>
        <w:rPr>
          <w:lang w:eastAsia="zh-CN"/>
        </w:rPr>
        <w:lastRenderedPageBreak/>
        <w:t>投诉、下架、封禁、申诉和数据删除流程演练完成；</w:t>
      </w:r>
    </w:p>
    <w:p w14:paraId="41811A13" w14:textId="77777777" w:rsidR="006D5139" w:rsidRDefault="00000000">
      <w:pPr>
        <w:pStyle w:val="a0"/>
        <w:keepLines/>
        <w:numPr>
          <w:ilvl w:val="0"/>
          <w:numId w:val="70"/>
        </w:numPr>
        <w:rPr>
          <w:lang w:eastAsia="zh-CN"/>
        </w:rPr>
      </w:pPr>
      <w:r>
        <w:rPr>
          <w:lang w:eastAsia="zh-CN"/>
        </w:rPr>
        <w:t>两人发布值班、联系人和事故升级路径明确。</w:t>
      </w:r>
    </w:p>
    <w:p w14:paraId="10D21DC7" w14:textId="77777777" w:rsidR="006D5139" w:rsidRDefault="00000000">
      <w:pPr>
        <w:pStyle w:val="31"/>
      </w:pPr>
      <w:r>
        <w:rPr>
          <w:rFonts w:ascii="Calibri" w:eastAsia="微软雅黑" w:hAnsi="Calibri"/>
        </w:rPr>
        <w:t xml:space="preserve">15.2 </w:t>
      </w:r>
      <w:r>
        <w:rPr>
          <w:rFonts w:ascii="Calibri" w:eastAsia="微软雅黑" w:hAnsi="Calibri"/>
        </w:rPr>
        <w:t>灰度步骤</w:t>
      </w:r>
    </w:p>
    <w:p w14:paraId="67CD0AB8" w14:textId="77777777" w:rsidR="006D5139" w:rsidRDefault="00000000">
      <w:pPr>
        <w:pStyle w:val="a"/>
        <w:keepLines/>
        <w:numPr>
          <w:ilvl w:val="0"/>
          <w:numId w:val="71"/>
        </w:numPr>
      </w:pPr>
      <w:r>
        <w:t>内部账号和测试企业；</w:t>
      </w:r>
    </w:p>
    <w:p w14:paraId="40213439" w14:textId="77777777" w:rsidR="006D5139" w:rsidRDefault="00000000">
      <w:pPr>
        <w:pStyle w:val="a"/>
        <w:keepLines/>
        <w:numPr>
          <w:ilvl w:val="0"/>
          <w:numId w:val="71"/>
        </w:numPr>
      </w:pPr>
      <w:r>
        <w:t xml:space="preserve">30—50 </w:t>
      </w:r>
      <w:r>
        <w:t>人封闭测试</w:t>
      </w:r>
      <w:r>
        <w:t xml:space="preserve"> 1 </w:t>
      </w:r>
      <w:r>
        <w:t>周；</w:t>
      </w:r>
    </w:p>
    <w:p w14:paraId="54DD4074" w14:textId="77777777" w:rsidR="006D5139" w:rsidRDefault="00000000">
      <w:pPr>
        <w:pStyle w:val="a"/>
        <w:keepLines/>
        <w:numPr>
          <w:ilvl w:val="0"/>
          <w:numId w:val="71"/>
        </w:numPr>
        <w:rPr>
          <w:lang w:eastAsia="zh-CN"/>
        </w:rPr>
      </w:pPr>
      <w:r>
        <w:rPr>
          <w:lang w:eastAsia="zh-CN"/>
        </w:rPr>
        <w:t xml:space="preserve">5% </w:t>
      </w:r>
      <w:r>
        <w:rPr>
          <w:lang w:eastAsia="zh-CN"/>
        </w:rPr>
        <w:t>白名单公开流量，观察</w:t>
      </w:r>
      <w:r>
        <w:rPr>
          <w:lang w:eastAsia="zh-CN"/>
        </w:rPr>
        <w:t xml:space="preserve"> 24 </w:t>
      </w:r>
      <w:r>
        <w:rPr>
          <w:lang w:eastAsia="zh-CN"/>
        </w:rPr>
        <w:t>小时；</w:t>
      </w:r>
    </w:p>
    <w:p w14:paraId="46FE8280" w14:textId="77777777" w:rsidR="006D5139" w:rsidRDefault="00000000">
      <w:pPr>
        <w:pStyle w:val="a"/>
        <w:keepLines/>
        <w:numPr>
          <w:ilvl w:val="0"/>
          <w:numId w:val="71"/>
        </w:numPr>
        <w:rPr>
          <w:lang w:eastAsia="zh-CN"/>
        </w:rPr>
      </w:pPr>
      <w:r>
        <w:rPr>
          <w:lang w:eastAsia="zh-CN"/>
        </w:rPr>
        <w:t xml:space="preserve">20% </w:t>
      </w:r>
      <w:r>
        <w:rPr>
          <w:lang w:eastAsia="zh-CN"/>
        </w:rPr>
        <w:t>流量，观察消息、</w:t>
      </w:r>
      <w:r>
        <w:rPr>
          <w:lang w:eastAsia="zh-CN"/>
        </w:rPr>
        <w:t>AI</w:t>
      </w:r>
      <w:r>
        <w:rPr>
          <w:lang w:eastAsia="zh-CN"/>
        </w:rPr>
        <w:t>、审核和投诉；</w:t>
      </w:r>
    </w:p>
    <w:p w14:paraId="2CE1329B" w14:textId="77777777" w:rsidR="006D5139" w:rsidRDefault="00000000">
      <w:pPr>
        <w:pStyle w:val="a"/>
        <w:keepLines/>
        <w:numPr>
          <w:ilvl w:val="0"/>
          <w:numId w:val="71"/>
        </w:numPr>
      </w:pPr>
      <w:r>
        <w:t xml:space="preserve">50% </w:t>
      </w:r>
      <w:r>
        <w:t>流量，观察</w:t>
      </w:r>
      <w:r>
        <w:t xml:space="preserve"> 48 </w:t>
      </w:r>
      <w:r>
        <w:t>小时；</w:t>
      </w:r>
    </w:p>
    <w:p w14:paraId="565F306F" w14:textId="77777777" w:rsidR="006D5139" w:rsidRDefault="00000000">
      <w:pPr>
        <w:pStyle w:val="a"/>
        <w:keepLines/>
        <w:numPr>
          <w:ilvl w:val="0"/>
          <w:numId w:val="71"/>
        </w:numPr>
      </w:pPr>
      <w:r>
        <w:t xml:space="preserve">100% </w:t>
      </w:r>
      <w:r>
        <w:t>公测；</w:t>
      </w:r>
    </w:p>
    <w:p w14:paraId="1CD20125" w14:textId="77777777" w:rsidR="006D5139" w:rsidRDefault="00000000">
      <w:pPr>
        <w:pStyle w:val="a"/>
        <w:keepLines/>
        <w:numPr>
          <w:ilvl w:val="0"/>
          <w:numId w:val="71"/>
        </w:numPr>
        <w:rPr>
          <w:lang w:eastAsia="zh-CN"/>
        </w:rPr>
      </w:pPr>
      <w:r>
        <w:rPr>
          <w:lang w:eastAsia="zh-CN"/>
        </w:rPr>
        <w:t>每次扩量前必须确认错误率、延迟、队列、投诉和</w:t>
      </w:r>
      <w:r>
        <w:rPr>
          <w:lang w:eastAsia="zh-CN"/>
        </w:rPr>
        <w:t xml:space="preserve"> AI </w:t>
      </w:r>
      <w:r>
        <w:rPr>
          <w:lang w:eastAsia="zh-CN"/>
        </w:rPr>
        <w:t>成本未超阈值。</w:t>
      </w:r>
    </w:p>
    <w:p w14:paraId="3F82B4B8" w14:textId="77777777" w:rsidR="006D5139" w:rsidRDefault="00000000">
      <w:pPr>
        <w:pStyle w:val="31"/>
      </w:pPr>
      <w:r>
        <w:rPr>
          <w:rFonts w:ascii="Calibri" w:eastAsia="微软雅黑" w:hAnsi="Calibri"/>
        </w:rPr>
        <w:t xml:space="preserve">15.3 </w:t>
      </w:r>
      <w:r>
        <w:rPr>
          <w:rFonts w:ascii="Calibri" w:eastAsia="微软雅黑" w:hAnsi="Calibri"/>
        </w:rPr>
        <w:t>关键告警</w:t>
      </w:r>
    </w:p>
    <w:p w14:paraId="145BCD3D" w14:textId="77777777" w:rsidR="006D5139" w:rsidRDefault="00000000">
      <w:pPr>
        <w:pStyle w:val="a0"/>
        <w:keepLines/>
        <w:numPr>
          <w:ilvl w:val="0"/>
          <w:numId w:val="72"/>
        </w:numPr>
        <w:rPr>
          <w:lang w:eastAsia="zh-CN"/>
        </w:rPr>
      </w:pPr>
      <w:r>
        <w:rPr>
          <w:lang w:eastAsia="zh-CN"/>
        </w:rPr>
        <w:t>普通</w:t>
      </w:r>
      <w:r>
        <w:rPr>
          <w:lang w:eastAsia="zh-CN"/>
        </w:rPr>
        <w:t xml:space="preserve"> API 5 </w:t>
      </w:r>
      <w:r>
        <w:rPr>
          <w:lang w:eastAsia="zh-CN"/>
        </w:rPr>
        <w:t>分钟错误率</w:t>
      </w:r>
      <w:r>
        <w:rPr>
          <w:lang w:eastAsia="zh-CN"/>
        </w:rPr>
        <w:t xml:space="preserve"> &gt; 2%</w:t>
      </w:r>
      <w:r>
        <w:rPr>
          <w:lang w:eastAsia="zh-CN"/>
        </w:rPr>
        <w:t>；</w:t>
      </w:r>
    </w:p>
    <w:p w14:paraId="20DD6133" w14:textId="77777777" w:rsidR="006D5139" w:rsidRDefault="00000000">
      <w:pPr>
        <w:pStyle w:val="a0"/>
        <w:keepLines/>
        <w:numPr>
          <w:ilvl w:val="0"/>
          <w:numId w:val="72"/>
        </w:numPr>
      </w:pPr>
      <w:r>
        <w:t>登录</w:t>
      </w:r>
      <w:r>
        <w:t>/</w:t>
      </w:r>
      <w:r>
        <w:t>投递成功率</w:t>
      </w:r>
      <w:r>
        <w:t xml:space="preserve"> &lt; 98%</w:t>
      </w:r>
      <w:r>
        <w:t>；</w:t>
      </w:r>
    </w:p>
    <w:p w14:paraId="67E6924E" w14:textId="77777777" w:rsidR="006D5139" w:rsidRDefault="00000000">
      <w:pPr>
        <w:pStyle w:val="a0"/>
        <w:keepLines/>
        <w:numPr>
          <w:ilvl w:val="0"/>
          <w:numId w:val="72"/>
        </w:numPr>
      </w:pPr>
      <w:r>
        <w:t>消息写入失败率</w:t>
      </w:r>
      <w:r>
        <w:t xml:space="preserve"> &gt; 0.5%</w:t>
      </w:r>
      <w:r>
        <w:t>；</w:t>
      </w:r>
    </w:p>
    <w:p w14:paraId="13879DB2" w14:textId="77777777" w:rsidR="006D5139" w:rsidRDefault="00000000">
      <w:pPr>
        <w:pStyle w:val="a0"/>
        <w:keepLines/>
        <w:numPr>
          <w:ilvl w:val="0"/>
          <w:numId w:val="72"/>
        </w:numPr>
      </w:pPr>
      <w:r>
        <w:t xml:space="preserve">AI </w:t>
      </w:r>
      <w:r>
        <w:t>队列等待</w:t>
      </w:r>
      <w:r>
        <w:t xml:space="preserve"> P95 &gt; 120 </w:t>
      </w:r>
      <w:r>
        <w:t>秒；</w:t>
      </w:r>
    </w:p>
    <w:p w14:paraId="54B96398" w14:textId="77777777" w:rsidR="006D5139" w:rsidRDefault="00000000">
      <w:pPr>
        <w:pStyle w:val="a0"/>
        <w:keepLines/>
        <w:numPr>
          <w:ilvl w:val="0"/>
          <w:numId w:val="72"/>
        </w:numPr>
        <w:rPr>
          <w:lang w:eastAsia="zh-CN"/>
        </w:rPr>
      </w:pPr>
      <w:r>
        <w:rPr>
          <w:lang w:eastAsia="zh-CN"/>
        </w:rPr>
        <w:t>数据库</w:t>
      </w:r>
      <w:r>
        <w:rPr>
          <w:lang w:eastAsia="zh-CN"/>
        </w:rPr>
        <w:t xml:space="preserve"> CPU/</w:t>
      </w:r>
      <w:r>
        <w:rPr>
          <w:lang w:eastAsia="zh-CN"/>
        </w:rPr>
        <w:t>连接</w:t>
      </w:r>
      <w:r>
        <w:rPr>
          <w:lang w:eastAsia="zh-CN"/>
        </w:rPr>
        <w:t xml:space="preserve"> &gt; 80% </w:t>
      </w:r>
      <w:r>
        <w:rPr>
          <w:lang w:eastAsia="zh-CN"/>
        </w:rPr>
        <w:t>持续</w:t>
      </w:r>
      <w:r>
        <w:rPr>
          <w:lang w:eastAsia="zh-CN"/>
        </w:rPr>
        <w:t xml:space="preserve"> 10 </w:t>
      </w:r>
      <w:r>
        <w:rPr>
          <w:lang w:eastAsia="zh-CN"/>
        </w:rPr>
        <w:t>分钟；</w:t>
      </w:r>
    </w:p>
    <w:p w14:paraId="672EA551" w14:textId="77777777" w:rsidR="006D5139" w:rsidRDefault="00000000">
      <w:pPr>
        <w:pStyle w:val="a0"/>
        <w:keepLines/>
        <w:numPr>
          <w:ilvl w:val="0"/>
          <w:numId w:val="72"/>
        </w:numPr>
        <w:rPr>
          <w:lang w:eastAsia="zh-CN"/>
        </w:rPr>
      </w:pPr>
      <w:r>
        <w:rPr>
          <w:lang w:eastAsia="zh-CN"/>
        </w:rPr>
        <w:t>对象存储下载异常或签名</w:t>
      </w:r>
      <w:r>
        <w:rPr>
          <w:lang w:eastAsia="zh-CN"/>
        </w:rPr>
        <w:t xml:space="preserve"> URL </w:t>
      </w:r>
      <w:r>
        <w:rPr>
          <w:lang w:eastAsia="zh-CN"/>
        </w:rPr>
        <w:t>大量失败；</w:t>
      </w:r>
    </w:p>
    <w:p w14:paraId="0389123C" w14:textId="77777777" w:rsidR="006D5139" w:rsidRDefault="00000000">
      <w:pPr>
        <w:pStyle w:val="a0"/>
        <w:keepLines/>
        <w:numPr>
          <w:ilvl w:val="0"/>
          <w:numId w:val="72"/>
        </w:numPr>
        <w:rPr>
          <w:lang w:eastAsia="zh-CN"/>
        </w:rPr>
      </w:pPr>
      <w:r>
        <w:rPr>
          <w:lang w:eastAsia="zh-CN"/>
        </w:rPr>
        <w:t>岗位</w:t>
      </w:r>
      <w:r>
        <w:rPr>
          <w:lang w:eastAsia="zh-CN"/>
        </w:rPr>
        <w:t>/</w:t>
      </w:r>
      <w:r>
        <w:rPr>
          <w:lang w:eastAsia="zh-CN"/>
        </w:rPr>
        <w:t>企业审核积压</w:t>
      </w:r>
      <w:r>
        <w:rPr>
          <w:lang w:eastAsia="zh-CN"/>
        </w:rPr>
        <w:t xml:space="preserve"> &gt; 1 </w:t>
      </w:r>
      <w:r>
        <w:rPr>
          <w:lang w:eastAsia="zh-CN"/>
        </w:rPr>
        <w:t>个工作日；</w:t>
      </w:r>
    </w:p>
    <w:p w14:paraId="3C8D3A4D" w14:textId="77777777" w:rsidR="006D5139" w:rsidRDefault="00000000">
      <w:pPr>
        <w:pStyle w:val="a0"/>
        <w:keepLines/>
        <w:numPr>
          <w:ilvl w:val="0"/>
          <w:numId w:val="72"/>
        </w:numPr>
      </w:pPr>
      <w:r>
        <w:t>疑似诈骗</w:t>
      </w:r>
      <w:r>
        <w:t>/</w:t>
      </w:r>
      <w:r>
        <w:t>泄露投诉；</w:t>
      </w:r>
    </w:p>
    <w:p w14:paraId="11025FC9" w14:textId="77777777" w:rsidR="006D5139" w:rsidRDefault="00000000">
      <w:pPr>
        <w:pStyle w:val="a0"/>
        <w:keepLines/>
        <w:numPr>
          <w:ilvl w:val="0"/>
          <w:numId w:val="72"/>
        </w:numPr>
        <w:rPr>
          <w:lang w:eastAsia="zh-CN"/>
        </w:rPr>
      </w:pPr>
      <w:r>
        <w:rPr>
          <w:lang w:eastAsia="zh-CN"/>
        </w:rPr>
        <w:t>单用户</w:t>
      </w:r>
      <w:r>
        <w:rPr>
          <w:lang w:eastAsia="zh-CN"/>
        </w:rPr>
        <w:t>/</w:t>
      </w:r>
      <w:r>
        <w:rPr>
          <w:lang w:eastAsia="zh-CN"/>
        </w:rPr>
        <w:t>单企业异常导出、消息或</w:t>
      </w:r>
      <w:r>
        <w:rPr>
          <w:lang w:eastAsia="zh-CN"/>
        </w:rPr>
        <w:t xml:space="preserve"> AI </w:t>
      </w:r>
      <w:r>
        <w:rPr>
          <w:lang w:eastAsia="zh-CN"/>
        </w:rPr>
        <w:t>调用。</w:t>
      </w:r>
    </w:p>
    <w:p w14:paraId="23216442" w14:textId="77777777" w:rsidR="006D5139" w:rsidRDefault="00000000">
      <w:pPr>
        <w:pStyle w:val="31"/>
        <w:rPr>
          <w:lang w:eastAsia="zh-CN"/>
        </w:rPr>
      </w:pPr>
      <w:r>
        <w:rPr>
          <w:rFonts w:ascii="Calibri" w:eastAsia="微软雅黑" w:hAnsi="Calibri"/>
          <w:lang w:eastAsia="zh-CN"/>
        </w:rPr>
        <w:t xml:space="preserve">15.4 </w:t>
      </w:r>
      <w:r>
        <w:rPr>
          <w:rFonts w:ascii="Calibri" w:eastAsia="微软雅黑" w:hAnsi="Calibri"/>
          <w:lang w:eastAsia="zh-CN"/>
        </w:rPr>
        <w:t>事故响应</w:t>
      </w:r>
    </w:p>
    <w:p w14:paraId="53100155" w14:textId="77777777" w:rsidR="006D5139" w:rsidRDefault="00000000">
      <w:pPr>
        <w:pBdr>
          <w:left w:val="single" w:sz="18" w:space="8" w:color="5B6573"/>
        </w:pBdr>
        <w:shd w:val="clear" w:color="auto" w:fill="F2F4F7"/>
        <w:spacing w:before="60" w:line="240" w:lineRule="auto"/>
        <w:ind w:left="259" w:right="173"/>
        <w:rPr>
          <w:lang w:eastAsia="zh-CN"/>
        </w:rPr>
      </w:pPr>
      <w:r>
        <w:rPr>
          <w:rFonts w:ascii="Consolas" w:hAnsi="Consolas"/>
          <w:sz w:val="17"/>
          <w:lang w:eastAsia="zh-CN"/>
        </w:rPr>
        <w:t>发现</w:t>
      </w:r>
      <w:r>
        <w:rPr>
          <w:rFonts w:ascii="Consolas" w:hAnsi="Consolas"/>
          <w:sz w:val="17"/>
          <w:lang w:eastAsia="zh-CN"/>
        </w:rPr>
        <w:t xml:space="preserve"> → </w:t>
      </w:r>
      <w:r>
        <w:rPr>
          <w:rFonts w:ascii="Consolas" w:hAnsi="Consolas"/>
          <w:sz w:val="17"/>
          <w:lang w:eastAsia="zh-CN"/>
        </w:rPr>
        <w:t>分级</w:t>
      </w:r>
      <w:r>
        <w:rPr>
          <w:rFonts w:ascii="Consolas" w:hAnsi="Consolas"/>
          <w:sz w:val="17"/>
          <w:lang w:eastAsia="zh-CN"/>
        </w:rPr>
        <w:t xml:space="preserve"> → </w:t>
      </w:r>
      <w:r>
        <w:rPr>
          <w:rFonts w:ascii="Consolas" w:hAnsi="Consolas"/>
          <w:sz w:val="17"/>
          <w:lang w:eastAsia="zh-CN"/>
        </w:rPr>
        <w:t>先止损</w:t>
      </w:r>
      <w:r>
        <w:rPr>
          <w:rFonts w:ascii="Consolas" w:hAnsi="Consolas"/>
          <w:sz w:val="17"/>
          <w:lang w:eastAsia="zh-CN"/>
        </w:rPr>
        <w:t xml:space="preserve"> → </w:t>
      </w:r>
      <w:r>
        <w:rPr>
          <w:rFonts w:ascii="Consolas" w:hAnsi="Consolas"/>
          <w:sz w:val="17"/>
          <w:lang w:eastAsia="zh-CN"/>
        </w:rPr>
        <w:t>保留证据</w:t>
      </w:r>
      <w:r>
        <w:rPr>
          <w:rFonts w:ascii="Consolas" w:hAnsi="Consolas"/>
          <w:sz w:val="17"/>
          <w:lang w:eastAsia="zh-CN"/>
        </w:rPr>
        <w:t xml:space="preserve"> → </w:t>
      </w:r>
      <w:r>
        <w:rPr>
          <w:rFonts w:ascii="Consolas" w:hAnsi="Consolas"/>
          <w:sz w:val="17"/>
          <w:lang w:eastAsia="zh-CN"/>
        </w:rPr>
        <w:t>通知负责人</w:t>
      </w:r>
      <w:r>
        <w:rPr>
          <w:rFonts w:ascii="Consolas" w:hAnsi="Consolas"/>
          <w:sz w:val="17"/>
          <w:lang w:eastAsia="zh-CN"/>
        </w:rPr>
        <w:br/>
        <w:t xml:space="preserve">    → </w:t>
      </w:r>
      <w:r>
        <w:rPr>
          <w:rFonts w:ascii="Consolas" w:hAnsi="Consolas"/>
          <w:sz w:val="17"/>
          <w:lang w:eastAsia="zh-CN"/>
        </w:rPr>
        <w:t>修复</w:t>
      </w:r>
      <w:r>
        <w:rPr>
          <w:rFonts w:ascii="Consolas" w:hAnsi="Consolas"/>
          <w:sz w:val="17"/>
          <w:lang w:eastAsia="zh-CN"/>
        </w:rPr>
        <w:t>/</w:t>
      </w:r>
      <w:r>
        <w:rPr>
          <w:rFonts w:ascii="Consolas" w:hAnsi="Consolas"/>
          <w:sz w:val="17"/>
          <w:lang w:eastAsia="zh-CN"/>
        </w:rPr>
        <w:t>回滚</w:t>
      </w:r>
      <w:r>
        <w:rPr>
          <w:rFonts w:ascii="Consolas" w:hAnsi="Consolas"/>
          <w:sz w:val="17"/>
          <w:lang w:eastAsia="zh-CN"/>
        </w:rPr>
        <w:t xml:space="preserve"> → </w:t>
      </w:r>
      <w:r>
        <w:rPr>
          <w:rFonts w:ascii="Consolas" w:hAnsi="Consolas"/>
          <w:sz w:val="17"/>
          <w:lang w:eastAsia="zh-CN"/>
        </w:rPr>
        <w:t>验证</w:t>
      </w:r>
      <w:r>
        <w:rPr>
          <w:rFonts w:ascii="Consolas" w:hAnsi="Consolas"/>
          <w:sz w:val="17"/>
          <w:lang w:eastAsia="zh-CN"/>
        </w:rPr>
        <w:t xml:space="preserve"> → </w:t>
      </w:r>
      <w:r>
        <w:rPr>
          <w:rFonts w:ascii="Consolas" w:hAnsi="Consolas"/>
          <w:sz w:val="17"/>
          <w:lang w:eastAsia="zh-CN"/>
        </w:rPr>
        <w:t>恢复服务</w:t>
      </w:r>
      <w:r>
        <w:rPr>
          <w:rFonts w:ascii="Consolas" w:hAnsi="Consolas"/>
          <w:sz w:val="17"/>
          <w:lang w:eastAsia="zh-CN"/>
        </w:rPr>
        <w:t xml:space="preserve"> → </w:t>
      </w:r>
      <w:r>
        <w:rPr>
          <w:rFonts w:ascii="Consolas" w:hAnsi="Consolas"/>
          <w:sz w:val="17"/>
          <w:lang w:eastAsia="zh-CN"/>
        </w:rPr>
        <w:t>复盘和预防</w:t>
      </w:r>
    </w:p>
    <w:p w14:paraId="280FED0D" w14:textId="77777777" w:rsidR="006D5139" w:rsidRDefault="00000000">
      <w:pPr>
        <w:pStyle w:val="a0"/>
        <w:keepLines/>
        <w:numPr>
          <w:ilvl w:val="0"/>
          <w:numId w:val="73"/>
        </w:numPr>
        <w:rPr>
          <w:lang w:eastAsia="zh-CN"/>
        </w:rPr>
      </w:pPr>
      <w:r>
        <w:rPr>
          <w:lang w:eastAsia="zh-CN"/>
        </w:rPr>
        <w:t>P0</w:t>
      </w:r>
      <w:r>
        <w:rPr>
          <w:lang w:eastAsia="zh-CN"/>
        </w:rPr>
        <w:t>：</w:t>
      </w:r>
      <w:r>
        <w:rPr>
          <w:lang w:eastAsia="zh-CN"/>
        </w:rPr>
        <w:t xml:space="preserve">15 </w:t>
      </w:r>
      <w:r>
        <w:rPr>
          <w:lang w:eastAsia="zh-CN"/>
        </w:rPr>
        <w:t>分钟内响应，必要时关闭相关入口；</w:t>
      </w:r>
    </w:p>
    <w:p w14:paraId="0605D708" w14:textId="77777777" w:rsidR="006D5139" w:rsidRDefault="00000000">
      <w:pPr>
        <w:pStyle w:val="a0"/>
        <w:keepLines/>
        <w:numPr>
          <w:ilvl w:val="0"/>
          <w:numId w:val="73"/>
        </w:numPr>
      </w:pPr>
      <w:r>
        <w:t>P1</w:t>
      </w:r>
      <w:r>
        <w:t>：</w:t>
      </w:r>
      <w:r>
        <w:t xml:space="preserve">30 </w:t>
      </w:r>
      <w:r>
        <w:t>分钟内响应；</w:t>
      </w:r>
    </w:p>
    <w:p w14:paraId="2916F013" w14:textId="77777777" w:rsidR="006D5139" w:rsidRDefault="00000000">
      <w:pPr>
        <w:pStyle w:val="a0"/>
        <w:keepLines/>
        <w:numPr>
          <w:ilvl w:val="0"/>
          <w:numId w:val="73"/>
        </w:numPr>
        <w:rPr>
          <w:lang w:eastAsia="zh-CN"/>
        </w:rPr>
      </w:pPr>
      <w:r>
        <w:rPr>
          <w:lang w:eastAsia="zh-CN"/>
        </w:rPr>
        <w:t>涉及个人信息事件时，按适用规定执行补救、报告和通知；</w:t>
      </w:r>
    </w:p>
    <w:p w14:paraId="7004DC25" w14:textId="77777777" w:rsidR="006D5139" w:rsidRDefault="00000000">
      <w:pPr>
        <w:pStyle w:val="a0"/>
        <w:keepLines/>
        <w:numPr>
          <w:ilvl w:val="0"/>
          <w:numId w:val="73"/>
        </w:numPr>
        <w:rPr>
          <w:lang w:eastAsia="zh-CN"/>
        </w:rPr>
      </w:pPr>
      <w:r>
        <w:rPr>
          <w:lang w:eastAsia="zh-CN"/>
        </w:rPr>
        <w:t>事故后</w:t>
      </w:r>
      <w:r>
        <w:rPr>
          <w:lang w:eastAsia="zh-CN"/>
        </w:rPr>
        <w:t xml:space="preserve"> 2 </w:t>
      </w:r>
      <w:r>
        <w:rPr>
          <w:lang w:eastAsia="zh-CN"/>
        </w:rPr>
        <w:t>个工作日内完成复盘，形成原因、影响、时间线、修复和预防项。</w:t>
      </w:r>
    </w:p>
    <w:p w14:paraId="057E7014" w14:textId="77777777" w:rsidR="006D5139" w:rsidRDefault="00000000">
      <w:pPr>
        <w:pStyle w:val="21"/>
      </w:pPr>
      <w:r>
        <w:rPr>
          <w:rFonts w:ascii="Calibri" w:eastAsia="微软雅黑" w:hAnsi="Calibri"/>
        </w:rPr>
        <w:lastRenderedPageBreak/>
        <w:t xml:space="preserve">16. </w:t>
      </w:r>
      <w:r>
        <w:rPr>
          <w:rFonts w:ascii="Calibri" w:eastAsia="微软雅黑" w:hAnsi="Calibri"/>
        </w:rPr>
        <w:t>风险清单</w:t>
      </w:r>
    </w:p>
    <w:tbl>
      <w:tblPr>
        <w:tblStyle w:val="aff1"/>
        <w:tblW w:w="9360" w:type="dxa"/>
        <w:tblInd w:w="120" w:type="dxa"/>
        <w:tblLayout w:type="fixed"/>
        <w:tblLook w:val="04A0" w:firstRow="1" w:lastRow="0" w:firstColumn="1" w:lastColumn="0" w:noHBand="0" w:noVBand="1"/>
      </w:tblPr>
      <w:tblGrid>
        <w:gridCol w:w="1800"/>
        <w:gridCol w:w="2700"/>
        <w:gridCol w:w="3060"/>
        <w:gridCol w:w="1800"/>
      </w:tblGrid>
      <w:tr w:rsidR="006D5139" w14:paraId="07600DD2" w14:textId="77777777">
        <w:trPr>
          <w:cantSplit/>
          <w:tblHeader/>
        </w:trPr>
        <w:tc>
          <w:tcPr>
            <w:tcW w:w="1800" w:type="dxa"/>
            <w:shd w:val="clear" w:color="auto" w:fill="F2F4F7"/>
            <w:tcMar>
              <w:top w:w="80" w:type="dxa"/>
              <w:left w:w="120" w:type="dxa"/>
              <w:bottom w:w="80" w:type="dxa"/>
              <w:right w:w="120" w:type="dxa"/>
            </w:tcMar>
            <w:vAlign w:val="center"/>
          </w:tcPr>
          <w:p w14:paraId="5E9E73D3" w14:textId="77777777" w:rsidR="006D5139" w:rsidRDefault="00000000">
            <w:pPr>
              <w:spacing w:after="40" w:line="252" w:lineRule="auto"/>
            </w:pPr>
            <w:r>
              <w:rPr>
                <w:b/>
                <w:color w:val="0B2545"/>
                <w:sz w:val="17"/>
              </w:rPr>
              <w:t>风险</w:t>
            </w:r>
          </w:p>
        </w:tc>
        <w:tc>
          <w:tcPr>
            <w:tcW w:w="2700" w:type="dxa"/>
            <w:shd w:val="clear" w:color="auto" w:fill="F2F4F7"/>
            <w:tcMar>
              <w:top w:w="80" w:type="dxa"/>
              <w:left w:w="120" w:type="dxa"/>
              <w:bottom w:w="80" w:type="dxa"/>
              <w:right w:w="120" w:type="dxa"/>
            </w:tcMar>
            <w:vAlign w:val="center"/>
          </w:tcPr>
          <w:p w14:paraId="7FCE4735" w14:textId="77777777" w:rsidR="006D5139" w:rsidRDefault="00000000">
            <w:pPr>
              <w:spacing w:after="40" w:line="252" w:lineRule="auto"/>
            </w:pPr>
            <w:r>
              <w:rPr>
                <w:b/>
                <w:color w:val="0B2545"/>
                <w:sz w:val="17"/>
              </w:rPr>
              <w:t>概率</w:t>
            </w:r>
            <w:r>
              <w:rPr>
                <w:b/>
                <w:color w:val="0B2545"/>
                <w:sz w:val="17"/>
              </w:rPr>
              <w:t>/</w:t>
            </w:r>
            <w:r>
              <w:rPr>
                <w:b/>
                <w:color w:val="0B2545"/>
                <w:sz w:val="17"/>
              </w:rPr>
              <w:t>影响</w:t>
            </w:r>
          </w:p>
        </w:tc>
        <w:tc>
          <w:tcPr>
            <w:tcW w:w="3060" w:type="dxa"/>
            <w:shd w:val="clear" w:color="auto" w:fill="F2F4F7"/>
            <w:tcMar>
              <w:top w:w="80" w:type="dxa"/>
              <w:left w:w="120" w:type="dxa"/>
              <w:bottom w:w="80" w:type="dxa"/>
              <w:right w:w="120" w:type="dxa"/>
            </w:tcMar>
            <w:vAlign w:val="center"/>
          </w:tcPr>
          <w:p w14:paraId="278EA920" w14:textId="77777777" w:rsidR="006D5139" w:rsidRDefault="00000000">
            <w:pPr>
              <w:spacing w:after="40" w:line="252" w:lineRule="auto"/>
            </w:pPr>
            <w:r>
              <w:rPr>
                <w:b/>
                <w:color w:val="0B2545"/>
                <w:sz w:val="17"/>
              </w:rPr>
              <w:t>预警信号</w:t>
            </w:r>
          </w:p>
        </w:tc>
        <w:tc>
          <w:tcPr>
            <w:tcW w:w="1800" w:type="dxa"/>
            <w:shd w:val="clear" w:color="auto" w:fill="F2F4F7"/>
            <w:tcMar>
              <w:top w:w="80" w:type="dxa"/>
              <w:left w:w="120" w:type="dxa"/>
              <w:bottom w:w="80" w:type="dxa"/>
              <w:right w:w="120" w:type="dxa"/>
            </w:tcMar>
            <w:vAlign w:val="center"/>
          </w:tcPr>
          <w:p w14:paraId="26FB079E" w14:textId="77777777" w:rsidR="006D5139" w:rsidRDefault="00000000">
            <w:pPr>
              <w:spacing w:after="40" w:line="252" w:lineRule="auto"/>
            </w:pPr>
            <w:r>
              <w:rPr>
                <w:b/>
                <w:color w:val="0B2545"/>
                <w:sz w:val="17"/>
              </w:rPr>
              <w:t>应对</w:t>
            </w:r>
          </w:p>
        </w:tc>
      </w:tr>
      <w:tr w:rsidR="006D5139" w14:paraId="719917DE" w14:textId="77777777">
        <w:trPr>
          <w:cantSplit/>
        </w:trPr>
        <w:tc>
          <w:tcPr>
            <w:tcW w:w="1800" w:type="dxa"/>
            <w:tcMar>
              <w:top w:w="80" w:type="dxa"/>
              <w:left w:w="120" w:type="dxa"/>
              <w:bottom w:w="80" w:type="dxa"/>
              <w:right w:w="120" w:type="dxa"/>
            </w:tcMar>
            <w:vAlign w:val="center"/>
          </w:tcPr>
          <w:p w14:paraId="0AFEE777" w14:textId="77777777" w:rsidR="006D5139" w:rsidRDefault="00000000">
            <w:pPr>
              <w:spacing w:after="60" w:line="252" w:lineRule="auto"/>
            </w:pPr>
            <w:r>
              <w:rPr>
                <w:sz w:val="17"/>
              </w:rPr>
              <w:t>两人团队范围过大</w:t>
            </w:r>
          </w:p>
        </w:tc>
        <w:tc>
          <w:tcPr>
            <w:tcW w:w="2700" w:type="dxa"/>
            <w:tcMar>
              <w:top w:w="80" w:type="dxa"/>
              <w:left w:w="120" w:type="dxa"/>
              <w:bottom w:w="80" w:type="dxa"/>
              <w:right w:w="120" w:type="dxa"/>
            </w:tcMar>
            <w:vAlign w:val="center"/>
          </w:tcPr>
          <w:p w14:paraId="70028037" w14:textId="77777777" w:rsidR="006D5139" w:rsidRDefault="00000000">
            <w:pPr>
              <w:spacing w:after="60" w:line="252" w:lineRule="auto"/>
            </w:pPr>
            <w:r>
              <w:rPr>
                <w:sz w:val="17"/>
              </w:rPr>
              <w:t>高</w:t>
            </w:r>
            <w:r>
              <w:rPr>
                <w:sz w:val="17"/>
              </w:rPr>
              <w:t>/</w:t>
            </w:r>
            <w:r>
              <w:rPr>
                <w:sz w:val="17"/>
              </w:rPr>
              <w:t>高</w:t>
            </w:r>
          </w:p>
        </w:tc>
        <w:tc>
          <w:tcPr>
            <w:tcW w:w="3060" w:type="dxa"/>
            <w:tcMar>
              <w:top w:w="80" w:type="dxa"/>
              <w:left w:w="120" w:type="dxa"/>
              <w:bottom w:w="80" w:type="dxa"/>
              <w:right w:w="120" w:type="dxa"/>
            </w:tcMar>
            <w:vAlign w:val="center"/>
          </w:tcPr>
          <w:p w14:paraId="2AFDC2D4" w14:textId="77777777" w:rsidR="006D5139" w:rsidRDefault="00000000">
            <w:pPr>
              <w:spacing w:after="60" w:line="252" w:lineRule="auto"/>
            </w:pPr>
            <w:r>
              <w:rPr>
                <w:sz w:val="17"/>
              </w:rPr>
              <w:t>连续两周任务完成率</w:t>
            </w:r>
            <w:r>
              <w:rPr>
                <w:sz w:val="17"/>
              </w:rPr>
              <w:t xml:space="preserve"> &lt; 70%</w:t>
            </w:r>
          </w:p>
        </w:tc>
        <w:tc>
          <w:tcPr>
            <w:tcW w:w="1800" w:type="dxa"/>
            <w:tcMar>
              <w:top w:w="80" w:type="dxa"/>
              <w:left w:w="120" w:type="dxa"/>
              <w:bottom w:w="80" w:type="dxa"/>
              <w:right w:w="120" w:type="dxa"/>
            </w:tcMar>
            <w:vAlign w:val="center"/>
          </w:tcPr>
          <w:p w14:paraId="64281ACD" w14:textId="77777777" w:rsidR="006D5139" w:rsidRDefault="00000000">
            <w:pPr>
              <w:spacing w:after="60" w:line="252" w:lineRule="auto"/>
              <w:rPr>
                <w:lang w:eastAsia="zh-CN"/>
              </w:rPr>
            </w:pPr>
            <w:r>
              <w:rPr>
                <w:sz w:val="17"/>
                <w:lang w:eastAsia="zh-CN"/>
              </w:rPr>
              <w:t>严格</w:t>
            </w:r>
            <w:r>
              <w:rPr>
                <w:sz w:val="17"/>
                <w:lang w:eastAsia="zh-CN"/>
              </w:rPr>
              <w:t xml:space="preserve"> P0</w:t>
            </w:r>
            <w:r>
              <w:rPr>
                <w:sz w:val="17"/>
                <w:lang w:eastAsia="zh-CN"/>
              </w:rPr>
              <w:t>；新增必须替换；关闭低优先级模块</w:t>
            </w:r>
          </w:p>
        </w:tc>
      </w:tr>
      <w:tr w:rsidR="006D5139" w14:paraId="791E39D9" w14:textId="77777777">
        <w:trPr>
          <w:cantSplit/>
        </w:trPr>
        <w:tc>
          <w:tcPr>
            <w:tcW w:w="1800" w:type="dxa"/>
            <w:tcMar>
              <w:top w:w="80" w:type="dxa"/>
              <w:left w:w="120" w:type="dxa"/>
              <w:bottom w:w="80" w:type="dxa"/>
              <w:right w:w="120" w:type="dxa"/>
            </w:tcMar>
            <w:vAlign w:val="center"/>
          </w:tcPr>
          <w:p w14:paraId="193580FC" w14:textId="77777777" w:rsidR="006D5139" w:rsidRDefault="00000000">
            <w:pPr>
              <w:spacing w:after="60" w:line="252" w:lineRule="auto"/>
            </w:pPr>
            <w:r>
              <w:rPr>
                <w:sz w:val="17"/>
              </w:rPr>
              <w:t xml:space="preserve">Frappe </w:t>
            </w:r>
            <w:r>
              <w:rPr>
                <w:sz w:val="17"/>
              </w:rPr>
              <w:t>学习曲线</w:t>
            </w:r>
          </w:p>
        </w:tc>
        <w:tc>
          <w:tcPr>
            <w:tcW w:w="2700" w:type="dxa"/>
            <w:tcMar>
              <w:top w:w="80" w:type="dxa"/>
              <w:left w:w="120" w:type="dxa"/>
              <w:bottom w:w="80" w:type="dxa"/>
              <w:right w:w="120" w:type="dxa"/>
            </w:tcMar>
            <w:vAlign w:val="center"/>
          </w:tcPr>
          <w:p w14:paraId="34A1F53A" w14:textId="77777777" w:rsidR="006D5139" w:rsidRDefault="00000000">
            <w:pPr>
              <w:spacing w:after="60" w:line="252" w:lineRule="auto"/>
            </w:pPr>
            <w:r>
              <w:rPr>
                <w:sz w:val="17"/>
              </w:rPr>
              <w:t>中</w:t>
            </w:r>
            <w:r>
              <w:rPr>
                <w:sz w:val="17"/>
              </w:rPr>
              <w:t>/</w:t>
            </w:r>
            <w:r>
              <w:rPr>
                <w:sz w:val="17"/>
              </w:rPr>
              <w:t>高</w:t>
            </w:r>
          </w:p>
        </w:tc>
        <w:tc>
          <w:tcPr>
            <w:tcW w:w="3060" w:type="dxa"/>
            <w:tcMar>
              <w:top w:w="80" w:type="dxa"/>
              <w:left w:w="120" w:type="dxa"/>
              <w:bottom w:w="80" w:type="dxa"/>
              <w:right w:w="120" w:type="dxa"/>
            </w:tcMar>
            <w:vAlign w:val="center"/>
          </w:tcPr>
          <w:p w14:paraId="444975F5" w14:textId="77777777" w:rsidR="006D5139" w:rsidRDefault="00000000">
            <w:pPr>
              <w:spacing w:after="60" w:line="252" w:lineRule="auto"/>
            </w:pPr>
            <w:r>
              <w:rPr>
                <w:sz w:val="17"/>
              </w:rPr>
              <w:t xml:space="preserve">Sprint 0 PoC </w:t>
            </w:r>
            <w:r>
              <w:rPr>
                <w:sz w:val="17"/>
              </w:rPr>
              <w:t>未通过</w:t>
            </w:r>
          </w:p>
        </w:tc>
        <w:tc>
          <w:tcPr>
            <w:tcW w:w="1800" w:type="dxa"/>
            <w:tcMar>
              <w:top w:w="80" w:type="dxa"/>
              <w:left w:w="120" w:type="dxa"/>
              <w:bottom w:w="80" w:type="dxa"/>
              <w:right w:w="120" w:type="dxa"/>
            </w:tcMar>
            <w:vAlign w:val="center"/>
          </w:tcPr>
          <w:p w14:paraId="513F0135" w14:textId="77777777" w:rsidR="006D5139" w:rsidRDefault="00000000">
            <w:pPr>
              <w:spacing w:after="60" w:line="252" w:lineRule="auto"/>
              <w:rPr>
                <w:lang w:eastAsia="zh-CN"/>
              </w:rPr>
            </w:pPr>
            <w:r>
              <w:rPr>
                <w:sz w:val="17"/>
                <w:lang w:eastAsia="zh-CN"/>
              </w:rPr>
              <w:t xml:space="preserve">S0 </w:t>
            </w:r>
            <w:r>
              <w:rPr>
                <w:sz w:val="17"/>
                <w:lang w:eastAsia="zh-CN"/>
              </w:rPr>
              <w:t>做权限、工作流、</w:t>
            </w:r>
            <w:r>
              <w:rPr>
                <w:sz w:val="17"/>
                <w:lang w:eastAsia="zh-CN"/>
              </w:rPr>
              <w:t>API</w:t>
            </w:r>
            <w:r>
              <w:rPr>
                <w:sz w:val="17"/>
                <w:lang w:eastAsia="zh-CN"/>
              </w:rPr>
              <w:t>、实时和部署</w:t>
            </w:r>
            <w:r>
              <w:rPr>
                <w:sz w:val="17"/>
                <w:lang w:eastAsia="zh-CN"/>
              </w:rPr>
              <w:t xml:space="preserve"> PoC</w:t>
            </w:r>
            <w:r>
              <w:rPr>
                <w:sz w:val="17"/>
                <w:lang w:eastAsia="zh-CN"/>
              </w:rPr>
              <w:t>；必要时缩小复用范围</w:t>
            </w:r>
          </w:p>
        </w:tc>
      </w:tr>
      <w:tr w:rsidR="006D5139" w14:paraId="0600F455" w14:textId="77777777">
        <w:trPr>
          <w:cantSplit/>
        </w:trPr>
        <w:tc>
          <w:tcPr>
            <w:tcW w:w="1800" w:type="dxa"/>
            <w:tcMar>
              <w:top w:w="80" w:type="dxa"/>
              <w:left w:w="120" w:type="dxa"/>
              <w:bottom w:w="80" w:type="dxa"/>
              <w:right w:w="120" w:type="dxa"/>
            </w:tcMar>
            <w:vAlign w:val="center"/>
          </w:tcPr>
          <w:p w14:paraId="179E33BE" w14:textId="77777777" w:rsidR="006D5139" w:rsidRDefault="00000000">
            <w:pPr>
              <w:spacing w:after="60" w:line="252" w:lineRule="auto"/>
            </w:pPr>
            <w:r>
              <w:rPr>
                <w:sz w:val="17"/>
              </w:rPr>
              <w:t xml:space="preserve">GPL </w:t>
            </w:r>
            <w:r>
              <w:rPr>
                <w:sz w:val="17"/>
              </w:rPr>
              <w:t>授权风险</w:t>
            </w:r>
          </w:p>
        </w:tc>
        <w:tc>
          <w:tcPr>
            <w:tcW w:w="2700" w:type="dxa"/>
            <w:tcMar>
              <w:top w:w="80" w:type="dxa"/>
              <w:left w:w="120" w:type="dxa"/>
              <w:bottom w:w="80" w:type="dxa"/>
              <w:right w:w="120" w:type="dxa"/>
            </w:tcMar>
            <w:vAlign w:val="center"/>
          </w:tcPr>
          <w:p w14:paraId="2B33C7E2" w14:textId="77777777" w:rsidR="006D5139" w:rsidRDefault="00000000">
            <w:pPr>
              <w:spacing w:after="60" w:line="252" w:lineRule="auto"/>
            </w:pPr>
            <w:r>
              <w:rPr>
                <w:sz w:val="17"/>
              </w:rPr>
              <w:t>中</w:t>
            </w:r>
            <w:r>
              <w:rPr>
                <w:sz w:val="17"/>
              </w:rPr>
              <w:t>/</w:t>
            </w:r>
            <w:r>
              <w:rPr>
                <w:sz w:val="17"/>
              </w:rPr>
              <w:t>高</w:t>
            </w:r>
          </w:p>
        </w:tc>
        <w:tc>
          <w:tcPr>
            <w:tcW w:w="3060" w:type="dxa"/>
            <w:tcMar>
              <w:top w:w="80" w:type="dxa"/>
              <w:left w:w="120" w:type="dxa"/>
              <w:bottom w:w="80" w:type="dxa"/>
              <w:right w:w="120" w:type="dxa"/>
            </w:tcMar>
            <w:vAlign w:val="center"/>
          </w:tcPr>
          <w:p w14:paraId="7C87E3FE" w14:textId="77777777" w:rsidR="006D5139" w:rsidRDefault="00000000">
            <w:pPr>
              <w:spacing w:after="60" w:line="252" w:lineRule="auto"/>
              <w:rPr>
                <w:lang w:eastAsia="zh-CN"/>
              </w:rPr>
            </w:pPr>
            <w:r>
              <w:rPr>
                <w:sz w:val="17"/>
                <w:lang w:eastAsia="zh-CN"/>
              </w:rPr>
              <w:t>计划复制</w:t>
            </w:r>
            <w:r>
              <w:rPr>
                <w:sz w:val="17"/>
                <w:lang w:eastAsia="zh-CN"/>
              </w:rPr>
              <w:t xml:space="preserve"> HRMS </w:t>
            </w:r>
            <w:r>
              <w:rPr>
                <w:sz w:val="17"/>
                <w:lang w:eastAsia="zh-CN"/>
              </w:rPr>
              <w:t>代码或以其为闭源依赖</w:t>
            </w:r>
          </w:p>
        </w:tc>
        <w:tc>
          <w:tcPr>
            <w:tcW w:w="1800" w:type="dxa"/>
            <w:tcMar>
              <w:top w:w="80" w:type="dxa"/>
              <w:left w:w="120" w:type="dxa"/>
              <w:bottom w:w="80" w:type="dxa"/>
              <w:right w:w="120" w:type="dxa"/>
            </w:tcMar>
            <w:vAlign w:val="center"/>
          </w:tcPr>
          <w:p w14:paraId="04427EA3" w14:textId="77777777" w:rsidR="006D5139" w:rsidRDefault="00000000">
            <w:pPr>
              <w:spacing w:after="60" w:line="252" w:lineRule="auto"/>
            </w:pPr>
            <w:r>
              <w:rPr>
                <w:sz w:val="17"/>
              </w:rPr>
              <w:t>只用</w:t>
            </w:r>
            <w:r>
              <w:rPr>
                <w:sz w:val="17"/>
              </w:rPr>
              <w:t xml:space="preserve"> MIT Frappe Framework</w:t>
            </w:r>
            <w:r>
              <w:rPr>
                <w:sz w:val="17"/>
              </w:rPr>
              <w:t>；</w:t>
            </w:r>
            <w:r>
              <w:rPr>
                <w:sz w:val="17"/>
              </w:rPr>
              <w:t xml:space="preserve">HRMS </w:t>
            </w:r>
            <w:r>
              <w:rPr>
                <w:sz w:val="17"/>
              </w:rPr>
              <w:t>仅流程参考；复制前做法律评估</w:t>
            </w:r>
          </w:p>
        </w:tc>
      </w:tr>
      <w:tr w:rsidR="006D5139" w14:paraId="39E37DE2" w14:textId="77777777">
        <w:trPr>
          <w:cantSplit/>
        </w:trPr>
        <w:tc>
          <w:tcPr>
            <w:tcW w:w="1800" w:type="dxa"/>
            <w:tcMar>
              <w:top w:w="80" w:type="dxa"/>
              <w:left w:w="120" w:type="dxa"/>
              <w:bottom w:w="80" w:type="dxa"/>
              <w:right w:w="120" w:type="dxa"/>
            </w:tcMar>
            <w:vAlign w:val="center"/>
          </w:tcPr>
          <w:p w14:paraId="6DAA0E6F" w14:textId="77777777" w:rsidR="006D5139" w:rsidRDefault="00000000">
            <w:pPr>
              <w:spacing w:after="60" w:line="252" w:lineRule="auto"/>
            </w:pPr>
            <w:r>
              <w:rPr>
                <w:sz w:val="17"/>
              </w:rPr>
              <w:t>消息可靠性</w:t>
            </w:r>
          </w:p>
        </w:tc>
        <w:tc>
          <w:tcPr>
            <w:tcW w:w="2700" w:type="dxa"/>
            <w:tcMar>
              <w:top w:w="80" w:type="dxa"/>
              <w:left w:w="120" w:type="dxa"/>
              <w:bottom w:w="80" w:type="dxa"/>
              <w:right w:w="120" w:type="dxa"/>
            </w:tcMar>
            <w:vAlign w:val="center"/>
          </w:tcPr>
          <w:p w14:paraId="2FF8A2F3" w14:textId="77777777" w:rsidR="006D5139" w:rsidRDefault="00000000">
            <w:pPr>
              <w:spacing w:after="60" w:line="252" w:lineRule="auto"/>
            </w:pPr>
            <w:r>
              <w:rPr>
                <w:sz w:val="17"/>
              </w:rPr>
              <w:t>中</w:t>
            </w:r>
            <w:r>
              <w:rPr>
                <w:sz w:val="17"/>
              </w:rPr>
              <w:t>/</w:t>
            </w:r>
            <w:r>
              <w:rPr>
                <w:sz w:val="17"/>
              </w:rPr>
              <w:t>高</w:t>
            </w:r>
          </w:p>
        </w:tc>
        <w:tc>
          <w:tcPr>
            <w:tcW w:w="3060" w:type="dxa"/>
            <w:tcMar>
              <w:top w:w="80" w:type="dxa"/>
              <w:left w:w="120" w:type="dxa"/>
              <w:bottom w:w="80" w:type="dxa"/>
              <w:right w:w="120" w:type="dxa"/>
            </w:tcMar>
            <w:vAlign w:val="center"/>
          </w:tcPr>
          <w:p w14:paraId="70900A08" w14:textId="77777777" w:rsidR="006D5139" w:rsidRDefault="00000000">
            <w:pPr>
              <w:spacing w:after="60" w:line="252" w:lineRule="auto"/>
            </w:pPr>
            <w:r>
              <w:rPr>
                <w:sz w:val="17"/>
              </w:rPr>
              <w:t>重复</w:t>
            </w:r>
            <w:r>
              <w:rPr>
                <w:sz w:val="17"/>
              </w:rPr>
              <w:t>/</w:t>
            </w:r>
            <w:r>
              <w:rPr>
                <w:sz w:val="17"/>
              </w:rPr>
              <w:t>丢失</w:t>
            </w:r>
            <w:r>
              <w:rPr>
                <w:sz w:val="17"/>
              </w:rPr>
              <w:t>/</w:t>
            </w:r>
            <w:r>
              <w:rPr>
                <w:sz w:val="17"/>
              </w:rPr>
              <w:t>未读错乱</w:t>
            </w:r>
          </w:p>
        </w:tc>
        <w:tc>
          <w:tcPr>
            <w:tcW w:w="1800" w:type="dxa"/>
            <w:tcMar>
              <w:top w:w="80" w:type="dxa"/>
              <w:left w:w="120" w:type="dxa"/>
              <w:bottom w:w="80" w:type="dxa"/>
              <w:right w:w="120" w:type="dxa"/>
            </w:tcMar>
            <w:vAlign w:val="center"/>
          </w:tcPr>
          <w:p w14:paraId="60DDD93A" w14:textId="77777777" w:rsidR="006D5139" w:rsidRDefault="00000000">
            <w:pPr>
              <w:spacing w:after="60" w:line="252" w:lineRule="auto"/>
              <w:rPr>
                <w:lang w:eastAsia="zh-CN"/>
              </w:rPr>
            </w:pPr>
            <w:r>
              <w:rPr>
                <w:sz w:val="17"/>
                <w:lang w:eastAsia="zh-CN"/>
              </w:rPr>
              <w:t>幂等键、持久化先于推送、重连同步、压力测试</w:t>
            </w:r>
          </w:p>
        </w:tc>
      </w:tr>
      <w:tr w:rsidR="006D5139" w14:paraId="68716649" w14:textId="77777777">
        <w:trPr>
          <w:cantSplit/>
        </w:trPr>
        <w:tc>
          <w:tcPr>
            <w:tcW w:w="1800" w:type="dxa"/>
            <w:tcMar>
              <w:top w:w="80" w:type="dxa"/>
              <w:left w:w="120" w:type="dxa"/>
              <w:bottom w:w="80" w:type="dxa"/>
              <w:right w:w="120" w:type="dxa"/>
            </w:tcMar>
            <w:vAlign w:val="center"/>
          </w:tcPr>
          <w:p w14:paraId="67610B95" w14:textId="77777777" w:rsidR="006D5139" w:rsidRDefault="00000000">
            <w:pPr>
              <w:spacing w:after="60" w:line="252" w:lineRule="auto"/>
            </w:pPr>
            <w:r>
              <w:rPr>
                <w:sz w:val="17"/>
              </w:rPr>
              <w:t xml:space="preserve">AI </w:t>
            </w:r>
            <w:r>
              <w:rPr>
                <w:sz w:val="17"/>
              </w:rPr>
              <w:t>幻觉与歧视</w:t>
            </w:r>
          </w:p>
        </w:tc>
        <w:tc>
          <w:tcPr>
            <w:tcW w:w="2700" w:type="dxa"/>
            <w:tcMar>
              <w:top w:w="80" w:type="dxa"/>
              <w:left w:w="120" w:type="dxa"/>
              <w:bottom w:w="80" w:type="dxa"/>
              <w:right w:w="120" w:type="dxa"/>
            </w:tcMar>
            <w:vAlign w:val="center"/>
          </w:tcPr>
          <w:p w14:paraId="11065415" w14:textId="77777777" w:rsidR="006D5139" w:rsidRDefault="00000000">
            <w:pPr>
              <w:spacing w:after="60" w:line="252" w:lineRule="auto"/>
            </w:pPr>
            <w:r>
              <w:rPr>
                <w:sz w:val="17"/>
              </w:rPr>
              <w:t>高</w:t>
            </w:r>
            <w:r>
              <w:rPr>
                <w:sz w:val="17"/>
              </w:rPr>
              <w:t>/</w:t>
            </w:r>
            <w:r>
              <w:rPr>
                <w:sz w:val="17"/>
              </w:rPr>
              <w:t>高</w:t>
            </w:r>
          </w:p>
        </w:tc>
        <w:tc>
          <w:tcPr>
            <w:tcW w:w="3060" w:type="dxa"/>
            <w:tcMar>
              <w:top w:w="80" w:type="dxa"/>
              <w:left w:w="120" w:type="dxa"/>
              <w:bottom w:w="80" w:type="dxa"/>
              <w:right w:w="120" w:type="dxa"/>
            </w:tcMar>
            <w:vAlign w:val="center"/>
          </w:tcPr>
          <w:p w14:paraId="3AD47442" w14:textId="77777777" w:rsidR="006D5139" w:rsidRDefault="00000000">
            <w:pPr>
              <w:spacing w:after="60" w:line="252" w:lineRule="auto"/>
              <w:rPr>
                <w:lang w:eastAsia="zh-CN"/>
              </w:rPr>
            </w:pPr>
            <w:r>
              <w:rPr>
                <w:sz w:val="17"/>
                <w:lang w:eastAsia="zh-CN"/>
              </w:rPr>
              <w:t>编造事实、输出录用概率</w:t>
            </w:r>
            <w:r>
              <w:rPr>
                <w:sz w:val="17"/>
                <w:lang w:eastAsia="zh-CN"/>
              </w:rPr>
              <w:t>/</w:t>
            </w:r>
            <w:r>
              <w:rPr>
                <w:sz w:val="17"/>
                <w:lang w:eastAsia="zh-CN"/>
              </w:rPr>
              <w:t>歧视建议</w:t>
            </w:r>
          </w:p>
        </w:tc>
        <w:tc>
          <w:tcPr>
            <w:tcW w:w="1800" w:type="dxa"/>
            <w:tcMar>
              <w:top w:w="80" w:type="dxa"/>
              <w:left w:w="120" w:type="dxa"/>
              <w:bottom w:w="80" w:type="dxa"/>
              <w:right w:w="120" w:type="dxa"/>
            </w:tcMar>
            <w:vAlign w:val="center"/>
          </w:tcPr>
          <w:p w14:paraId="037CDE86" w14:textId="77777777" w:rsidR="006D5139" w:rsidRDefault="00000000">
            <w:pPr>
              <w:spacing w:after="60" w:line="252" w:lineRule="auto"/>
              <w:rPr>
                <w:lang w:eastAsia="zh-CN"/>
              </w:rPr>
            </w:pPr>
            <w:r>
              <w:rPr>
                <w:sz w:val="17"/>
                <w:lang w:eastAsia="zh-CN"/>
              </w:rPr>
              <w:t>结构化输出、固定评测、规则拦截、人工反馈、禁自动决策</w:t>
            </w:r>
          </w:p>
        </w:tc>
      </w:tr>
      <w:tr w:rsidR="006D5139" w14:paraId="3082DEDC" w14:textId="77777777">
        <w:trPr>
          <w:cantSplit/>
        </w:trPr>
        <w:tc>
          <w:tcPr>
            <w:tcW w:w="1800" w:type="dxa"/>
            <w:tcMar>
              <w:top w:w="80" w:type="dxa"/>
              <w:left w:w="120" w:type="dxa"/>
              <w:bottom w:w="80" w:type="dxa"/>
              <w:right w:w="120" w:type="dxa"/>
            </w:tcMar>
            <w:vAlign w:val="center"/>
          </w:tcPr>
          <w:p w14:paraId="616DF3C8" w14:textId="77777777" w:rsidR="006D5139" w:rsidRDefault="00000000">
            <w:pPr>
              <w:spacing w:after="60" w:line="252" w:lineRule="auto"/>
            </w:pPr>
            <w:r>
              <w:rPr>
                <w:sz w:val="17"/>
              </w:rPr>
              <w:t xml:space="preserve">AI </w:t>
            </w:r>
            <w:r>
              <w:rPr>
                <w:sz w:val="17"/>
              </w:rPr>
              <w:t>成本失控</w:t>
            </w:r>
          </w:p>
        </w:tc>
        <w:tc>
          <w:tcPr>
            <w:tcW w:w="2700" w:type="dxa"/>
            <w:tcMar>
              <w:top w:w="80" w:type="dxa"/>
              <w:left w:w="120" w:type="dxa"/>
              <w:bottom w:w="80" w:type="dxa"/>
              <w:right w:w="120" w:type="dxa"/>
            </w:tcMar>
            <w:vAlign w:val="center"/>
          </w:tcPr>
          <w:p w14:paraId="522E23C2" w14:textId="77777777" w:rsidR="006D5139" w:rsidRDefault="00000000">
            <w:pPr>
              <w:spacing w:after="60" w:line="252" w:lineRule="auto"/>
            </w:pPr>
            <w:r>
              <w:rPr>
                <w:sz w:val="17"/>
              </w:rPr>
              <w:t>中</w:t>
            </w:r>
            <w:r>
              <w:rPr>
                <w:sz w:val="17"/>
              </w:rPr>
              <w:t>/</w:t>
            </w:r>
            <w:r>
              <w:rPr>
                <w:sz w:val="17"/>
              </w:rPr>
              <w:t>中</w:t>
            </w:r>
          </w:p>
        </w:tc>
        <w:tc>
          <w:tcPr>
            <w:tcW w:w="3060" w:type="dxa"/>
            <w:tcMar>
              <w:top w:w="80" w:type="dxa"/>
              <w:left w:w="120" w:type="dxa"/>
              <w:bottom w:w="80" w:type="dxa"/>
              <w:right w:w="120" w:type="dxa"/>
            </w:tcMar>
            <w:vAlign w:val="center"/>
          </w:tcPr>
          <w:p w14:paraId="4F1EBD17" w14:textId="77777777" w:rsidR="006D5139" w:rsidRDefault="00000000">
            <w:pPr>
              <w:spacing w:after="60" w:line="252" w:lineRule="auto"/>
            </w:pPr>
            <w:r>
              <w:rPr>
                <w:sz w:val="17"/>
              </w:rPr>
              <w:t>单用户高频重生成</w:t>
            </w:r>
          </w:p>
        </w:tc>
        <w:tc>
          <w:tcPr>
            <w:tcW w:w="1800" w:type="dxa"/>
            <w:tcMar>
              <w:top w:w="80" w:type="dxa"/>
              <w:left w:w="120" w:type="dxa"/>
              <w:bottom w:w="80" w:type="dxa"/>
              <w:right w:w="120" w:type="dxa"/>
            </w:tcMar>
            <w:vAlign w:val="center"/>
          </w:tcPr>
          <w:p w14:paraId="6948FF9B" w14:textId="77777777" w:rsidR="006D5139" w:rsidRDefault="00000000">
            <w:pPr>
              <w:spacing w:after="60" w:line="252" w:lineRule="auto"/>
              <w:rPr>
                <w:lang w:eastAsia="zh-CN"/>
              </w:rPr>
            </w:pPr>
            <w:r>
              <w:rPr>
                <w:sz w:val="17"/>
                <w:lang w:eastAsia="zh-CN"/>
              </w:rPr>
              <w:t>配额、缓存、分层模型、成本看板、熔断和降级</w:t>
            </w:r>
          </w:p>
        </w:tc>
      </w:tr>
      <w:tr w:rsidR="006D5139" w14:paraId="4A69EFAC" w14:textId="77777777">
        <w:trPr>
          <w:cantSplit/>
        </w:trPr>
        <w:tc>
          <w:tcPr>
            <w:tcW w:w="1800" w:type="dxa"/>
            <w:tcMar>
              <w:top w:w="80" w:type="dxa"/>
              <w:left w:w="120" w:type="dxa"/>
              <w:bottom w:w="80" w:type="dxa"/>
              <w:right w:w="120" w:type="dxa"/>
            </w:tcMar>
            <w:vAlign w:val="center"/>
          </w:tcPr>
          <w:p w14:paraId="27AC79F0" w14:textId="77777777" w:rsidR="006D5139" w:rsidRDefault="00000000">
            <w:pPr>
              <w:spacing w:after="60" w:line="252" w:lineRule="auto"/>
            </w:pPr>
            <w:r>
              <w:rPr>
                <w:sz w:val="17"/>
              </w:rPr>
              <w:t>虚假企业</w:t>
            </w:r>
            <w:r>
              <w:rPr>
                <w:sz w:val="17"/>
              </w:rPr>
              <w:t>/</w:t>
            </w:r>
            <w:r>
              <w:rPr>
                <w:sz w:val="17"/>
              </w:rPr>
              <w:t>诈骗岗位</w:t>
            </w:r>
          </w:p>
        </w:tc>
        <w:tc>
          <w:tcPr>
            <w:tcW w:w="2700" w:type="dxa"/>
            <w:tcMar>
              <w:top w:w="80" w:type="dxa"/>
              <w:left w:w="120" w:type="dxa"/>
              <w:bottom w:w="80" w:type="dxa"/>
              <w:right w:w="120" w:type="dxa"/>
            </w:tcMar>
            <w:vAlign w:val="center"/>
          </w:tcPr>
          <w:p w14:paraId="1ECEA1C3" w14:textId="77777777" w:rsidR="006D5139" w:rsidRDefault="00000000">
            <w:pPr>
              <w:spacing w:after="60" w:line="252" w:lineRule="auto"/>
            </w:pPr>
            <w:r>
              <w:rPr>
                <w:sz w:val="17"/>
              </w:rPr>
              <w:t>高</w:t>
            </w:r>
            <w:r>
              <w:rPr>
                <w:sz w:val="17"/>
              </w:rPr>
              <w:t>/</w:t>
            </w:r>
            <w:r>
              <w:rPr>
                <w:sz w:val="17"/>
              </w:rPr>
              <w:t>高</w:t>
            </w:r>
          </w:p>
        </w:tc>
        <w:tc>
          <w:tcPr>
            <w:tcW w:w="3060" w:type="dxa"/>
            <w:tcMar>
              <w:top w:w="80" w:type="dxa"/>
              <w:left w:w="120" w:type="dxa"/>
              <w:bottom w:w="80" w:type="dxa"/>
              <w:right w:w="120" w:type="dxa"/>
            </w:tcMar>
            <w:vAlign w:val="center"/>
          </w:tcPr>
          <w:p w14:paraId="78208ACE" w14:textId="77777777" w:rsidR="006D5139" w:rsidRDefault="00000000">
            <w:pPr>
              <w:spacing w:after="60" w:line="252" w:lineRule="auto"/>
              <w:rPr>
                <w:lang w:eastAsia="zh-CN"/>
              </w:rPr>
            </w:pPr>
            <w:r>
              <w:rPr>
                <w:sz w:val="17"/>
                <w:lang w:eastAsia="zh-CN"/>
              </w:rPr>
              <w:t>投诉上升、主体信息异常</w:t>
            </w:r>
          </w:p>
        </w:tc>
        <w:tc>
          <w:tcPr>
            <w:tcW w:w="1800" w:type="dxa"/>
            <w:tcMar>
              <w:top w:w="80" w:type="dxa"/>
              <w:left w:w="120" w:type="dxa"/>
              <w:bottom w:w="80" w:type="dxa"/>
              <w:right w:w="120" w:type="dxa"/>
            </w:tcMar>
            <w:vAlign w:val="center"/>
          </w:tcPr>
          <w:p w14:paraId="137A004B" w14:textId="77777777" w:rsidR="006D5139" w:rsidRDefault="00000000">
            <w:pPr>
              <w:spacing w:after="60" w:line="252" w:lineRule="auto"/>
              <w:rPr>
                <w:lang w:eastAsia="zh-CN"/>
              </w:rPr>
            </w:pPr>
            <w:r>
              <w:rPr>
                <w:sz w:val="17"/>
                <w:lang w:eastAsia="zh-CN"/>
              </w:rPr>
              <w:t>企业</w:t>
            </w:r>
            <w:r>
              <w:rPr>
                <w:sz w:val="17"/>
                <w:lang w:eastAsia="zh-CN"/>
              </w:rPr>
              <w:t>/</w:t>
            </w:r>
            <w:r>
              <w:rPr>
                <w:sz w:val="17"/>
                <w:lang w:eastAsia="zh-CN"/>
              </w:rPr>
              <w:t>招聘者双重核验、岗位审核、频控、先限制分发</w:t>
            </w:r>
          </w:p>
        </w:tc>
      </w:tr>
      <w:tr w:rsidR="006D5139" w14:paraId="2F5E03A9" w14:textId="77777777">
        <w:trPr>
          <w:cantSplit/>
        </w:trPr>
        <w:tc>
          <w:tcPr>
            <w:tcW w:w="1800" w:type="dxa"/>
            <w:tcMar>
              <w:top w:w="80" w:type="dxa"/>
              <w:left w:w="120" w:type="dxa"/>
              <w:bottom w:w="80" w:type="dxa"/>
              <w:right w:w="120" w:type="dxa"/>
            </w:tcMar>
            <w:vAlign w:val="center"/>
          </w:tcPr>
          <w:p w14:paraId="5D1C7CB0" w14:textId="77777777" w:rsidR="006D5139" w:rsidRDefault="00000000">
            <w:pPr>
              <w:spacing w:after="60" w:line="252" w:lineRule="auto"/>
            </w:pPr>
            <w:r>
              <w:rPr>
                <w:sz w:val="17"/>
              </w:rPr>
              <w:t>隐私或越权</w:t>
            </w:r>
          </w:p>
        </w:tc>
        <w:tc>
          <w:tcPr>
            <w:tcW w:w="2700" w:type="dxa"/>
            <w:tcMar>
              <w:top w:w="80" w:type="dxa"/>
              <w:left w:w="120" w:type="dxa"/>
              <w:bottom w:w="80" w:type="dxa"/>
              <w:right w:w="120" w:type="dxa"/>
            </w:tcMar>
            <w:vAlign w:val="center"/>
          </w:tcPr>
          <w:p w14:paraId="28E858A9" w14:textId="77777777" w:rsidR="006D5139" w:rsidRDefault="00000000">
            <w:pPr>
              <w:spacing w:after="60" w:line="252" w:lineRule="auto"/>
            </w:pPr>
            <w:r>
              <w:rPr>
                <w:sz w:val="17"/>
              </w:rPr>
              <w:t>中</w:t>
            </w:r>
            <w:r>
              <w:rPr>
                <w:sz w:val="17"/>
              </w:rPr>
              <w:t>/</w:t>
            </w:r>
            <w:r>
              <w:rPr>
                <w:sz w:val="17"/>
              </w:rPr>
              <w:t>极高</w:t>
            </w:r>
          </w:p>
        </w:tc>
        <w:tc>
          <w:tcPr>
            <w:tcW w:w="3060" w:type="dxa"/>
            <w:tcMar>
              <w:top w:w="80" w:type="dxa"/>
              <w:left w:w="120" w:type="dxa"/>
              <w:bottom w:w="80" w:type="dxa"/>
              <w:right w:w="120" w:type="dxa"/>
            </w:tcMar>
            <w:vAlign w:val="center"/>
          </w:tcPr>
          <w:p w14:paraId="749E145F" w14:textId="77777777" w:rsidR="006D5139" w:rsidRDefault="00000000">
            <w:pPr>
              <w:spacing w:after="60" w:line="252" w:lineRule="auto"/>
              <w:rPr>
                <w:lang w:eastAsia="zh-CN"/>
              </w:rPr>
            </w:pPr>
            <w:r>
              <w:rPr>
                <w:sz w:val="17"/>
                <w:lang w:eastAsia="zh-CN"/>
              </w:rPr>
              <w:t>异常下载、跨企业访问</w:t>
            </w:r>
          </w:p>
        </w:tc>
        <w:tc>
          <w:tcPr>
            <w:tcW w:w="1800" w:type="dxa"/>
            <w:tcMar>
              <w:top w:w="80" w:type="dxa"/>
              <w:left w:w="120" w:type="dxa"/>
              <w:bottom w:w="80" w:type="dxa"/>
              <w:right w:w="120" w:type="dxa"/>
            </w:tcMar>
            <w:vAlign w:val="center"/>
          </w:tcPr>
          <w:p w14:paraId="6F807D91" w14:textId="77777777" w:rsidR="006D5139" w:rsidRDefault="00000000">
            <w:pPr>
              <w:spacing w:after="60" w:line="252" w:lineRule="auto"/>
              <w:rPr>
                <w:lang w:eastAsia="zh-CN"/>
              </w:rPr>
            </w:pPr>
            <w:r>
              <w:rPr>
                <w:sz w:val="17"/>
                <w:lang w:eastAsia="zh-CN"/>
              </w:rPr>
              <w:t>最小权限、对象级测试、脱敏、审计、短期链接</w:t>
            </w:r>
          </w:p>
        </w:tc>
      </w:tr>
      <w:tr w:rsidR="006D5139" w14:paraId="48A9BDC6" w14:textId="77777777">
        <w:trPr>
          <w:cantSplit/>
        </w:trPr>
        <w:tc>
          <w:tcPr>
            <w:tcW w:w="1800" w:type="dxa"/>
            <w:tcMar>
              <w:top w:w="80" w:type="dxa"/>
              <w:left w:w="120" w:type="dxa"/>
              <w:bottom w:w="80" w:type="dxa"/>
              <w:right w:w="120" w:type="dxa"/>
            </w:tcMar>
            <w:vAlign w:val="center"/>
          </w:tcPr>
          <w:p w14:paraId="44BF3818" w14:textId="77777777" w:rsidR="006D5139" w:rsidRDefault="00000000">
            <w:pPr>
              <w:spacing w:after="60" w:line="252" w:lineRule="auto"/>
            </w:pPr>
            <w:r>
              <w:rPr>
                <w:sz w:val="17"/>
              </w:rPr>
              <w:t>冷启动</w:t>
            </w:r>
          </w:p>
        </w:tc>
        <w:tc>
          <w:tcPr>
            <w:tcW w:w="2700" w:type="dxa"/>
            <w:tcMar>
              <w:top w:w="80" w:type="dxa"/>
              <w:left w:w="120" w:type="dxa"/>
              <w:bottom w:w="80" w:type="dxa"/>
              <w:right w:w="120" w:type="dxa"/>
            </w:tcMar>
            <w:vAlign w:val="center"/>
          </w:tcPr>
          <w:p w14:paraId="76D7D86B" w14:textId="77777777" w:rsidR="006D5139" w:rsidRDefault="00000000">
            <w:pPr>
              <w:spacing w:after="60" w:line="252" w:lineRule="auto"/>
            </w:pPr>
            <w:r>
              <w:rPr>
                <w:sz w:val="17"/>
              </w:rPr>
              <w:t>高</w:t>
            </w:r>
            <w:r>
              <w:rPr>
                <w:sz w:val="17"/>
              </w:rPr>
              <w:t>/</w:t>
            </w:r>
            <w:r>
              <w:rPr>
                <w:sz w:val="17"/>
              </w:rPr>
              <w:t>中</w:t>
            </w:r>
          </w:p>
        </w:tc>
        <w:tc>
          <w:tcPr>
            <w:tcW w:w="3060" w:type="dxa"/>
            <w:tcMar>
              <w:top w:w="80" w:type="dxa"/>
              <w:left w:w="120" w:type="dxa"/>
              <w:bottom w:w="80" w:type="dxa"/>
              <w:right w:w="120" w:type="dxa"/>
            </w:tcMar>
            <w:vAlign w:val="center"/>
          </w:tcPr>
          <w:p w14:paraId="519669B2" w14:textId="77777777" w:rsidR="006D5139" w:rsidRDefault="00000000">
            <w:pPr>
              <w:spacing w:after="60" w:line="252" w:lineRule="auto"/>
              <w:rPr>
                <w:lang w:eastAsia="zh-CN"/>
              </w:rPr>
            </w:pPr>
            <w:r>
              <w:rPr>
                <w:sz w:val="17"/>
                <w:lang w:eastAsia="zh-CN"/>
              </w:rPr>
              <w:t>有用户无岗位或企业无候选人</w:t>
            </w:r>
          </w:p>
        </w:tc>
        <w:tc>
          <w:tcPr>
            <w:tcW w:w="1800" w:type="dxa"/>
            <w:tcMar>
              <w:top w:w="80" w:type="dxa"/>
              <w:left w:w="120" w:type="dxa"/>
              <w:bottom w:w="80" w:type="dxa"/>
              <w:right w:w="120" w:type="dxa"/>
            </w:tcMar>
            <w:vAlign w:val="center"/>
          </w:tcPr>
          <w:p w14:paraId="1261B000" w14:textId="77777777" w:rsidR="006D5139" w:rsidRDefault="00000000">
            <w:pPr>
              <w:spacing w:after="60" w:line="252" w:lineRule="auto"/>
              <w:rPr>
                <w:lang w:eastAsia="zh-CN"/>
              </w:rPr>
            </w:pPr>
            <w:r>
              <w:rPr>
                <w:sz w:val="17"/>
                <w:lang w:eastAsia="zh-CN"/>
              </w:rPr>
              <w:t>先聚焦</w:t>
            </w:r>
            <w:r>
              <w:rPr>
                <w:sz w:val="17"/>
                <w:lang w:eastAsia="zh-CN"/>
              </w:rPr>
              <w:t xml:space="preserve"> 1—2 </w:t>
            </w:r>
            <w:r>
              <w:rPr>
                <w:sz w:val="17"/>
                <w:lang w:eastAsia="zh-CN"/>
              </w:rPr>
              <w:t>个城市</w:t>
            </w:r>
            <w:r>
              <w:rPr>
                <w:sz w:val="17"/>
                <w:lang w:eastAsia="zh-CN"/>
              </w:rPr>
              <w:t>/</w:t>
            </w:r>
            <w:r>
              <w:rPr>
                <w:sz w:val="17"/>
                <w:lang w:eastAsia="zh-CN"/>
              </w:rPr>
              <w:t>高校</w:t>
            </w:r>
            <w:r>
              <w:rPr>
                <w:sz w:val="17"/>
                <w:lang w:eastAsia="zh-CN"/>
              </w:rPr>
              <w:t>/</w:t>
            </w:r>
            <w:r>
              <w:rPr>
                <w:sz w:val="17"/>
                <w:lang w:eastAsia="zh-CN"/>
              </w:rPr>
              <w:t>行业；人工引入并审核种子供给</w:t>
            </w:r>
          </w:p>
        </w:tc>
      </w:tr>
      <w:tr w:rsidR="006D5139" w14:paraId="1197A11D" w14:textId="77777777">
        <w:trPr>
          <w:cantSplit/>
        </w:trPr>
        <w:tc>
          <w:tcPr>
            <w:tcW w:w="1800" w:type="dxa"/>
            <w:tcMar>
              <w:top w:w="80" w:type="dxa"/>
              <w:left w:w="120" w:type="dxa"/>
              <w:bottom w:w="80" w:type="dxa"/>
              <w:right w:w="120" w:type="dxa"/>
            </w:tcMar>
            <w:vAlign w:val="center"/>
          </w:tcPr>
          <w:p w14:paraId="32E2439A" w14:textId="77777777" w:rsidR="006D5139" w:rsidRDefault="00000000">
            <w:pPr>
              <w:spacing w:after="60" w:line="252" w:lineRule="auto"/>
            </w:pPr>
            <w:r>
              <w:rPr>
                <w:sz w:val="17"/>
              </w:rPr>
              <w:lastRenderedPageBreak/>
              <w:t>审核运营不足</w:t>
            </w:r>
          </w:p>
        </w:tc>
        <w:tc>
          <w:tcPr>
            <w:tcW w:w="2700" w:type="dxa"/>
            <w:tcMar>
              <w:top w:w="80" w:type="dxa"/>
              <w:left w:w="120" w:type="dxa"/>
              <w:bottom w:w="80" w:type="dxa"/>
              <w:right w:w="120" w:type="dxa"/>
            </w:tcMar>
            <w:vAlign w:val="center"/>
          </w:tcPr>
          <w:p w14:paraId="2D48294A" w14:textId="77777777" w:rsidR="006D5139" w:rsidRDefault="00000000">
            <w:pPr>
              <w:spacing w:after="60" w:line="252" w:lineRule="auto"/>
            </w:pPr>
            <w:r>
              <w:rPr>
                <w:sz w:val="17"/>
              </w:rPr>
              <w:t>高</w:t>
            </w:r>
            <w:r>
              <w:rPr>
                <w:sz w:val="17"/>
              </w:rPr>
              <w:t>/</w:t>
            </w:r>
            <w:r>
              <w:rPr>
                <w:sz w:val="17"/>
              </w:rPr>
              <w:t>高</w:t>
            </w:r>
          </w:p>
        </w:tc>
        <w:tc>
          <w:tcPr>
            <w:tcW w:w="3060" w:type="dxa"/>
            <w:tcMar>
              <w:top w:w="80" w:type="dxa"/>
              <w:left w:w="120" w:type="dxa"/>
              <w:bottom w:w="80" w:type="dxa"/>
              <w:right w:w="120" w:type="dxa"/>
            </w:tcMar>
            <w:vAlign w:val="center"/>
          </w:tcPr>
          <w:p w14:paraId="4464B427" w14:textId="77777777" w:rsidR="006D5139" w:rsidRDefault="00000000">
            <w:pPr>
              <w:spacing w:after="60" w:line="252" w:lineRule="auto"/>
            </w:pPr>
            <w:r>
              <w:rPr>
                <w:sz w:val="17"/>
              </w:rPr>
              <w:t>审核超时、投诉积压</w:t>
            </w:r>
          </w:p>
        </w:tc>
        <w:tc>
          <w:tcPr>
            <w:tcW w:w="1800" w:type="dxa"/>
            <w:tcMar>
              <w:top w:w="80" w:type="dxa"/>
              <w:left w:w="120" w:type="dxa"/>
              <w:bottom w:w="80" w:type="dxa"/>
              <w:right w:w="120" w:type="dxa"/>
            </w:tcMar>
            <w:vAlign w:val="center"/>
          </w:tcPr>
          <w:p w14:paraId="666025D1" w14:textId="77777777" w:rsidR="006D5139" w:rsidRDefault="00000000">
            <w:pPr>
              <w:spacing w:after="60" w:line="252" w:lineRule="auto"/>
              <w:rPr>
                <w:lang w:eastAsia="zh-CN"/>
              </w:rPr>
            </w:pPr>
            <w:r>
              <w:rPr>
                <w:sz w:val="17"/>
                <w:lang w:eastAsia="zh-CN"/>
              </w:rPr>
              <w:t>首版限制企业数量；高风险先审后发；明确</w:t>
            </w:r>
            <w:r>
              <w:rPr>
                <w:sz w:val="17"/>
                <w:lang w:eastAsia="zh-CN"/>
              </w:rPr>
              <w:t xml:space="preserve"> SLA </w:t>
            </w:r>
            <w:r>
              <w:rPr>
                <w:sz w:val="17"/>
                <w:lang w:eastAsia="zh-CN"/>
              </w:rPr>
              <w:t>和值班</w:t>
            </w:r>
          </w:p>
        </w:tc>
      </w:tr>
      <w:tr w:rsidR="006D5139" w14:paraId="37F2FB3F" w14:textId="77777777">
        <w:trPr>
          <w:cantSplit/>
        </w:trPr>
        <w:tc>
          <w:tcPr>
            <w:tcW w:w="1800" w:type="dxa"/>
            <w:tcMar>
              <w:top w:w="80" w:type="dxa"/>
              <w:left w:w="120" w:type="dxa"/>
              <w:bottom w:w="80" w:type="dxa"/>
              <w:right w:w="120" w:type="dxa"/>
            </w:tcMar>
            <w:vAlign w:val="center"/>
          </w:tcPr>
          <w:p w14:paraId="010C9561" w14:textId="77777777" w:rsidR="006D5139" w:rsidRDefault="00000000">
            <w:pPr>
              <w:spacing w:after="60" w:line="252" w:lineRule="auto"/>
            </w:pPr>
            <w:r>
              <w:rPr>
                <w:sz w:val="17"/>
              </w:rPr>
              <w:t>第三方服务不可用</w:t>
            </w:r>
          </w:p>
        </w:tc>
        <w:tc>
          <w:tcPr>
            <w:tcW w:w="2700" w:type="dxa"/>
            <w:tcMar>
              <w:top w:w="80" w:type="dxa"/>
              <w:left w:w="120" w:type="dxa"/>
              <w:bottom w:w="80" w:type="dxa"/>
              <w:right w:w="120" w:type="dxa"/>
            </w:tcMar>
            <w:vAlign w:val="center"/>
          </w:tcPr>
          <w:p w14:paraId="5ACB546C" w14:textId="77777777" w:rsidR="006D5139" w:rsidRDefault="00000000">
            <w:pPr>
              <w:spacing w:after="60" w:line="252" w:lineRule="auto"/>
            </w:pPr>
            <w:r>
              <w:rPr>
                <w:sz w:val="17"/>
              </w:rPr>
              <w:t>中</w:t>
            </w:r>
            <w:r>
              <w:rPr>
                <w:sz w:val="17"/>
              </w:rPr>
              <w:t>/</w:t>
            </w:r>
            <w:r>
              <w:rPr>
                <w:sz w:val="17"/>
              </w:rPr>
              <w:t>中</w:t>
            </w:r>
          </w:p>
        </w:tc>
        <w:tc>
          <w:tcPr>
            <w:tcW w:w="3060" w:type="dxa"/>
            <w:tcMar>
              <w:top w:w="80" w:type="dxa"/>
              <w:left w:w="120" w:type="dxa"/>
              <w:bottom w:w="80" w:type="dxa"/>
              <w:right w:w="120" w:type="dxa"/>
            </w:tcMar>
            <w:vAlign w:val="center"/>
          </w:tcPr>
          <w:p w14:paraId="45729731" w14:textId="77777777" w:rsidR="006D5139" w:rsidRDefault="00000000">
            <w:pPr>
              <w:spacing w:after="60" w:line="252" w:lineRule="auto"/>
            </w:pPr>
            <w:r>
              <w:rPr>
                <w:sz w:val="17"/>
              </w:rPr>
              <w:t>短信</w:t>
            </w:r>
            <w:r>
              <w:rPr>
                <w:sz w:val="17"/>
              </w:rPr>
              <w:t>/AI/</w:t>
            </w:r>
            <w:r>
              <w:rPr>
                <w:sz w:val="17"/>
              </w:rPr>
              <w:t>存储失败</w:t>
            </w:r>
          </w:p>
        </w:tc>
        <w:tc>
          <w:tcPr>
            <w:tcW w:w="1800" w:type="dxa"/>
            <w:tcMar>
              <w:top w:w="80" w:type="dxa"/>
              <w:left w:w="120" w:type="dxa"/>
              <w:bottom w:w="80" w:type="dxa"/>
              <w:right w:w="120" w:type="dxa"/>
            </w:tcMar>
            <w:vAlign w:val="center"/>
          </w:tcPr>
          <w:p w14:paraId="581EFD94" w14:textId="77777777" w:rsidR="006D5139" w:rsidRDefault="00000000">
            <w:pPr>
              <w:spacing w:after="60" w:line="252" w:lineRule="auto"/>
              <w:rPr>
                <w:lang w:eastAsia="zh-CN"/>
              </w:rPr>
            </w:pPr>
            <w:r>
              <w:rPr>
                <w:sz w:val="17"/>
                <w:lang w:eastAsia="zh-CN"/>
              </w:rPr>
              <w:t>适配器、重试、备用供应商、非核心功能降级</w:t>
            </w:r>
          </w:p>
        </w:tc>
      </w:tr>
      <w:tr w:rsidR="006D5139" w14:paraId="0D500F1C" w14:textId="77777777">
        <w:trPr>
          <w:cantSplit/>
        </w:trPr>
        <w:tc>
          <w:tcPr>
            <w:tcW w:w="1800" w:type="dxa"/>
            <w:tcMar>
              <w:top w:w="80" w:type="dxa"/>
              <w:left w:w="120" w:type="dxa"/>
              <w:bottom w:w="80" w:type="dxa"/>
              <w:right w:w="120" w:type="dxa"/>
            </w:tcMar>
            <w:vAlign w:val="center"/>
          </w:tcPr>
          <w:p w14:paraId="7F9D699D" w14:textId="77777777" w:rsidR="006D5139" w:rsidRDefault="00000000">
            <w:pPr>
              <w:spacing w:after="60" w:line="252" w:lineRule="auto"/>
            </w:pPr>
            <w:r>
              <w:rPr>
                <w:sz w:val="17"/>
              </w:rPr>
              <w:t>合规</w:t>
            </w:r>
            <w:r>
              <w:rPr>
                <w:sz w:val="17"/>
              </w:rPr>
              <w:t>/</w:t>
            </w:r>
            <w:r>
              <w:rPr>
                <w:sz w:val="17"/>
              </w:rPr>
              <w:t>许可判断延迟</w:t>
            </w:r>
          </w:p>
        </w:tc>
        <w:tc>
          <w:tcPr>
            <w:tcW w:w="2700" w:type="dxa"/>
            <w:tcMar>
              <w:top w:w="80" w:type="dxa"/>
              <w:left w:w="120" w:type="dxa"/>
              <w:bottom w:w="80" w:type="dxa"/>
              <w:right w:w="120" w:type="dxa"/>
            </w:tcMar>
            <w:vAlign w:val="center"/>
          </w:tcPr>
          <w:p w14:paraId="54E9A20C" w14:textId="77777777" w:rsidR="006D5139" w:rsidRDefault="00000000">
            <w:pPr>
              <w:spacing w:after="60" w:line="252" w:lineRule="auto"/>
            </w:pPr>
            <w:r>
              <w:rPr>
                <w:sz w:val="17"/>
              </w:rPr>
              <w:t>中</w:t>
            </w:r>
            <w:r>
              <w:rPr>
                <w:sz w:val="17"/>
              </w:rPr>
              <w:t>/</w:t>
            </w:r>
            <w:r>
              <w:rPr>
                <w:sz w:val="17"/>
              </w:rPr>
              <w:t>极高</w:t>
            </w:r>
          </w:p>
        </w:tc>
        <w:tc>
          <w:tcPr>
            <w:tcW w:w="3060" w:type="dxa"/>
            <w:tcMar>
              <w:top w:w="80" w:type="dxa"/>
              <w:left w:w="120" w:type="dxa"/>
              <w:bottom w:w="80" w:type="dxa"/>
              <w:right w:w="120" w:type="dxa"/>
            </w:tcMar>
            <w:vAlign w:val="center"/>
          </w:tcPr>
          <w:p w14:paraId="21FA837F" w14:textId="77777777" w:rsidR="006D5139" w:rsidRDefault="00000000">
            <w:pPr>
              <w:spacing w:after="60" w:line="252" w:lineRule="auto"/>
              <w:rPr>
                <w:lang w:eastAsia="zh-CN"/>
              </w:rPr>
            </w:pPr>
            <w:r>
              <w:rPr>
                <w:sz w:val="17"/>
                <w:lang w:eastAsia="zh-CN"/>
              </w:rPr>
              <w:t>上线前协议和资质仍未确认</w:t>
            </w:r>
          </w:p>
        </w:tc>
        <w:tc>
          <w:tcPr>
            <w:tcW w:w="1800" w:type="dxa"/>
            <w:tcMar>
              <w:top w:w="80" w:type="dxa"/>
              <w:left w:w="120" w:type="dxa"/>
              <w:bottom w:w="80" w:type="dxa"/>
              <w:right w:w="120" w:type="dxa"/>
            </w:tcMar>
            <w:vAlign w:val="center"/>
          </w:tcPr>
          <w:p w14:paraId="22937083" w14:textId="77777777" w:rsidR="006D5139" w:rsidRDefault="00000000">
            <w:pPr>
              <w:spacing w:after="60" w:line="252" w:lineRule="auto"/>
              <w:rPr>
                <w:lang w:eastAsia="zh-CN"/>
              </w:rPr>
            </w:pPr>
            <w:r>
              <w:rPr>
                <w:sz w:val="17"/>
                <w:lang w:eastAsia="zh-CN"/>
              </w:rPr>
              <w:t xml:space="preserve">Sprint 0 </w:t>
            </w:r>
            <w:r>
              <w:rPr>
                <w:sz w:val="17"/>
                <w:lang w:eastAsia="zh-CN"/>
              </w:rPr>
              <w:t>启动专业核验；作为发布硬门禁</w:t>
            </w:r>
          </w:p>
        </w:tc>
      </w:tr>
      <w:tr w:rsidR="006D5139" w14:paraId="1C3E2735" w14:textId="77777777">
        <w:trPr>
          <w:cantSplit/>
        </w:trPr>
        <w:tc>
          <w:tcPr>
            <w:tcW w:w="1800" w:type="dxa"/>
            <w:tcMar>
              <w:top w:w="80" w:type="dxa"/>
              <w:left w:w="120" w:type="dxa"/>
              <w:bottom w:w="80" w:type="dxa"/>
              <w:right w:w="120" w:type="dxa"/>
            </w:tcMar>
            <w:vAlign w:val="center"/>
          </w:tcPr>
          <w:p w14:paraId="53605D84" w14:textId="77777777" w:rsidR="006D5139" w:rsidRDefault="00000000">
            <w:pPr>
              <w:spacing w:after="60" w:line="252" w:lineRule="auto"/>
            </w:pPr>
            <w:r>
              <w:rPr>
                <w:sz w:val="17"/>
              </w:rPr>
              <w:t>单点人员风险</w:t>
            </w:r>
          </w:p>
        </w:tc>
        <w:tc>
          <w:tcPr>
            <w:tcW w:w="2700" w:type="dxa"/>
            <w:tcMar>
              <w:top w:w="80" w:type="dxa"/>
              <w:left w:w="120" w:type="dxa"/>
              <w:bottom w:w="80" w:type="dxa"/>
              <w:right w:w="120" w:type="dxa"/>
            </w:tcMar>
            <w:vAlign w:val="center"/>
          </w:tcPr>
          <w:p w14:paraId="32F08192" w14:textId="77777777" w:rsidR="006D5139" w:rsidRDefault="00000000">
            <w:pPr>
              <w:spacing w:after="60" w:line="252" w:lineRule="auto"/>
            </w:pPr>
            <w:r>
              <w:rPr>
                <w:sz w:val="17"/>
              </w:rPr>
              <w:t>中</w:t>
            </w:r>
            <w:r>
              <w:rPr>
                <w:sz w:val="17"/>
              </w:rPr>
              <w:t>/</w:t>
            </w:r>
            <w:r>
              <w:rPr>
                <w:sz w:val="17"/>
              </w:rPr>
              <w:t>高</w:t>
            </w:r>
          </w:p>
        </w:tc>
        <w:tc>
          <w:tcPr>
            <w:tcW w:w="3060" w:type="dxa"/>
            <w:tcMar>
              <w:top w:w="80" w:type="dxa"/>
              <w:left w:w="120" w:type="dxa"/>
              <w:bottom w:w="80" w:type="dxa"/>
              <w:right w:w="120" w:type="dxa"/>
            </w:tcMar>
            <w:vAlign w:val="center"/>
          </w:tcPr>
          <w:p w14:paraId="4FA7981A" w14:textId="77777777" w:rsidR="006D5139" w:rsidRDefault="00000000">
            <w:pPr>
              <w:spacing w:after="60" w:line="252" w:lineRule="auto"/>
              <w:rPr>
                <w:lang w:eastAsia="zh-CN"/>
              </w:rPr>
            </w:pPr>
            <w:r>
              <w:rPr>
                <w:sz w:val="17"/>
                <w:lang w:eastAsia="zh-CN"/>
              </w:rPr>
              <w:t>关键系统只有一人会操作</w:t>
            </w:r>
          </w:p>
        </w:tc>
        <w:tc>
          <w:tcPr>
            <w:tcW w:w="1800" w:type="dxa"/>
            <w:tcMar>
              <w:top w:w="80" w:type="dxa"/>
              <w:left w:w="120" w:type="dxa"/>
              <w:bottom w:w="80" w:type="dxa"/>
              <w:right w:w="120" w:type="dxa"/>
            </w:tcMar>
            <w:vAlign w:val="center"/>
          </w:tcPr>
          <w:p w14:paraId="6B830405" w14:textId="77777777" w:rsidR="006D5139" w:rsidRDefault="00000000">
            <w:pPr>
              <w:spacing w:after="60" w:line="252" w:lineRule="auto"/>
              <w:rPr>
                <w:lang w:eastAsia="zh-CN"/>
              </w:rPr>
            </w:pPr>
            <w:r>
              <w:rPr>
                <w:sz w:val="17"/>
                <w:lang w:eastAsia="zh-CN"/>
              </w:rPr>
              <w:t>交叉评审、恢复演练、文档、独立账号和密钥托管</w:t>
            </w:r>
          </w:p>
        </w:tc>
      </w:tr>
    </w:tbl>
    <w:p w14:paraId="1772EB9B" w14:textId="77777777" w:rsidR="006D5139" w:rsidRDefault="006D5139">
      <w:pPr>
        <w:spacing w:after="40"/>
        <w:rPr>
          <w:lang w:eastAsia="zh-CN"/>
        </w:rPr>
      </w:pPr>
    </w:p>
    <w:p w14:paraId="2EC55A7F" w14:textId="77777777" w:rsidR="006D5139" w:rsidRDefault="00000000">
      <w:pPr>
        <w:pStyle w:val="21"/>
        <w:rPr>
          <w:lang w:eastAsia="zh-CN"/>
        </w:rPr>
      </w:pPr>
      <w:r>
        <w:rPr>
          <w:rFonts w:ascii="Calibri" w:eastAsia="微软雅黑" w:hAnsi="Calibri"/>
          <w:lang w:eastAsia="zh-CN"/>
        </w:rPr>
        <w:t xml:space="preserve">17. </w:t>
      </w:r>
      <w:r>
        <w:rPr>
          <w:rFonts w:ascii="Calibri" w:eastAsia="微软雅黑" w:hAnsi="Calibri"/>
          <w:lang w:eastAsia="zh-CN"/>
        </w:rPr>
        <w:t>立项后第一周执行清单</w:t>
      </w:r>
    </w:p>
    <w:p w14:paraId="642D9506" w14:textId="77777777" w:rsidR="006D5139" w:rsidRDefault="00000000">
      <w:pPr>
        <w:pStyle w:val="31"/>
        <w:rPr>
          <w:lang w:eastAsia="zh-CN"/>
        </w:rPr>
      </w:pPr>
      <w:r>
        <w:rPr>
          <w:rFonts w:ascii="Calibri" w:eastAsia="微软雅黑" w:hAnsi="Calibri"/>
          <w:lang w:eastAsia="zh-CN"/>
        </w:rPr>
        <w:t>杨幸幸</w:t>
      </w:r>
    </w:p>
    <w:p w14:paraId="43BAEDAF" w14:textId="77777777" w:rsidR="006D5139" w:rsidRDefault="00000000">
      <w:pPr>
        <w:pStyle w:val="a"/>
        <w:keepLines/>
        <w:numPr>
          <w:ilvl w:val="0"/>
          <w:numId w:val="74"/>
        </w:numPr>
        <w:rPr>
          <w:lang w:eastAsia="zh-CN"/>
        </w:rPr>
      </w:pPr>
      <w:r>
        <w:rPr>
          <w:lang w:eastAsia="zh-CN"/>
        </w:rPr>
        <w:t>完成求职者、招聘者端信息架构和</w:t>
      </w:r>
      <w:r>
        <w:rPr>
          <w:lang w:eastAsia="zh-CN"/>
        </w:rPr>
        <w:t xml:space="preserve"> 12 </w:t>
      </w:r>
      <w:r>
        <w:rPr>
          <w:lang w:eastAsia="zh-CN"/>
        </w:rPr>
        <w:t>个核心页面低保真；</w:t>
      </w:r>
    </w:p>
    <w:p w14:paraId="753D18A1" w14:textId="77777777" w:rsidR="006D5139" w:rsidRDefault="00000000">
      <w:pPr>
        <w:pStyle w:val="a"/>
        <w:keepLines/>
        <w:numPr>
          <w:ilvl w:val="0"/>
          <w:numId w:val="74"/>
        </w:numPr>
      </w:pPr>
      <w:r>
        <w:t>建立</w:t>
      </w:r>
      <w:r>
        <w:t xml:space="preserve"> Nuxt 3 + TypeScript </w:t>
      </w:r>
      <w:r>
        <w:t>仓库、设计</w:t>
      </w:r>
      <w:r>
        <w:t xml:space="preserve"> Token </w:t>
      </w:r>
      <w:r>
        <w:t>和组件规范；</w:t>
      </w:r>
    </w:p>
    <w:p w14:paraId="43E6D252" w14:textId="77777777" w:rsidR="006D5139" w:rsidRDefault="00000000">
      <w:pPr>
        <w:pStyle w:val="a"/>
        <w:keepLines/>
        <w:numPr>
          <w:ilvl w:val="0"/>
          <w:numId w:val="74"/>
        </w:numPr>
        <w:rPr>
          <w:lang w:eastAsia="zh-CN"/>
        </w:rPr>
      </w:pPr>
      <w:r>
        <w:rPr>
          <w:lang w:eastAsia="zh-CN"/>
        </w:rPr>
        <w:t>定义</w:t>
      </w:r>
      <w:r>
        <w:rPr>
          <w:lang w:eastAsia="zh-CN"/>
        </w:rPr>
        <w:t xml:space="preserve"> API Mock </w:t>
      </w:r>
      <w:r>
        <w:rPr>
          <w:lang w:eastAsia="zh-CN"/>
        </w:rPr>
        <w:t>和前端错误状态规范；</w:t>
      </w:r>
    </w:p>
    <w:p w14:paraId="091F7B1E" w14:textId="77777777" w:rsidR="006D5139" w:rsidRDefault="00000000">
      <w:pPr>
        <w:pStyle w:val="a"/>
        <w:keepLines/>
        <w:numPr>
          <w:ilvl w:val="0"/>
          <w:numId w:val="74"/>
        </w:numPr>
        <w:rPr>
          <w:lang w:eastAsia="zh-CN"/>
        </w:rPr>
      </w:pPr>
      <w:r>
        <w:rPr>
          <w:lang w:eastAsia="zh-CN"/>
        </w:rPr>
        <w:t>实现登录、岗位列表、岗位详情的可点击原型；</w:t>
      </w:r>
    </w:p>
    <w:p w14:paraId="17C2F3E2" w14:textId="77777777" w:rsidR="006D5139" w:rsidRDefault="00000000">
      <w:pPr>
        <w:pStyle w:val="a"/>
        <w:keepLines/>
        <w:numPr>
          <w:ilvl w:val="0"/>
          <w:numId w:val="74"/>
        </w:numPr>
      </w:pPr>
      <w:r>
        <w:t>建立</w:t>
      </w:r>
      <w:r>
        <w:t xml:space="preserve"> Vitest</w:t>
      </w:r>
      <w:r>
        <w:t>、</w:t>
      </w:r>
      <w:r>
        <w:t xml:space="preserve">Playwright </w:t>
      </w:r>
      <w:r>
        <w:t>和前端</w:t>
      </w:r>
      <w:r>
        <w:t xml:space="preserve"> CI</w:t>
      </w:r>
      <w:r>
        <w:t>；</w:t>
      </w:r>
    </w:p>
    <w:p w14:paraId="2D12F19B" w14:textId="77777777" w:rsidR="006D5139" w:rsidRDefault="00000000">
      <w:pPr>
        <w:pStyle w:val="a"/>
        <w:keepLines/>
        <w:numPr>
          <w:ilvl w:val="0"/>
          <w:numId w:val="74"/>
        </w:numPr>
        <w:rPr>
          <w:lang w:eastAsia="zh-CN"/>
        </w:rPr>
      </w:pPr>
      <w:r>
        <w:rPr>
          <w:lang w:eastAsia="zh-CN"/>
        </w:rPr>
        <w:t>整理现有</w:t>
      </w:r>
      <w:r>
        <w:rPr>
          <w:lang w:eastAsia="zh-CN"/>
        </w:rPr>
        <w:t>“</w:t>
      </w:r>
      <w:r>
        <w:rPr>
          <w:lang w:eastAsia="zh-CN"/>
        </w:rPr>
        <w:t>职来</w:t>
      </w:r>
      <w:r>
        <w:rPr>
          <w:lang w:eastAsia="zh-CN"/>
        </w:rPr>
        <w:t>”</w:t>
      </w:r>
      <w:r>
        <w:rPr>
          <w:lang w:eastAsia="zh-CN"/>
        </w:rPr>
        <w:t>需求中可沿用的文案、页面和交互。</w:t>
      </w:r>
    </w:p>
    <w:p w14:paraId="4ACB8C3E" w14:textId="77777777" w:rsidR="006D5139" w:rsidRDefault="00000000">
      <w:pPr>
        <w:pStyle w:val="31"/>
      </w:pPr>
      <w:r>
        <w:rPr>
          <w:rFonts w:ascii="Calibri" w:eastAsia="微软雅黑" w:hAnsi="Calibri"/>
        </w:rPr>
        <w:t>张顺</w:t>
      </w:r>
    </w:p>
    <w:p w14:paraId="7DD0048E" w14:textId="77777777" w:rsidR="006D5139" w:rsidRDefault="00000000">
      <w:pPr>
        <w:pStyle w:val="a"/>
        <w:keepLines/>
        <w:numPr>
          <w:ilvl w:val="0"/>
          <w:numId w:val="75"/>
        </w:numPr>
      </w:pPr>
      <w:r>
        <w:t>在本地和预发搭建稳定版</w:t>
      </w:r>
      <w:r>
        <w:t xml:space="preserve"> Frappe Framework</w:t>
      </w:r>
      <w:r>
        <w:t>；</w:t>
      </w:r>
    </w:p>
    <w:p w14:paraId="304BBA37" w14:textId="77777777" w:rsidR="006D5139" w:rsidRDefault="00000000">
      <w:pPr>
        <w:pStyle w:val="a"/>
        <w:keepLines/>
        <w:numPr>
          <w:ilvl w:val="0"/>
          <w:numId w:val="75"/>
        </w:numPr>
      </w:pPr>
      <w:r>
        <w:t>创建</w:t>
      </w:r>
      <w:r>
        <w:t xml:space="preserve"> </w:t>
      </w:r>
      <w:r>
        <w:rPr>
          <w:rFonts w:ascii="Consolas" w:hAnsi="Consolas"/>
          <w:color w:val="1F4D78"/>
          <w:sz w:val="21"/>
        </w:rPr>
        <w:t>zhilai_core</w:t>
      </w:r>
      <w:r>
        <w:t xml:space="preserve"> App</w:t>
      </w:r>
      <w:r>
        <w:t>；</w:t>
      </w:r>
    </w:p>
    <w:p w14:paraId="6433A8EB" w14:textId="77777777" w:rsidR="006D5139" w:rsidRDefault="00000000">
      <w:pPr>
        <w:pStyle w:val="a"/>
        <w:keepLines/>
        <w:numPr>
          <w:ilvl w:val="0"/>
          <w:numId w:val="75"/>
        </w:numPr>
      </w:pPr>
      <w:r>
        <w:t>完成</w:t>
      </w:r>
      <w:r>
        <w:t xml:space="preserve"> User/Role</w:t>
      </w:r>
      <w:r>
        <w:t>、</w:t>
      </w:r>
      <w:r>
        <w:t>Candidate</w:t>
      </w:r>
      <w:r>
        <w:t>、</w:t>
      </w:r>
      <w:r>
        <w:t>Organization</w:t>
      </w:r>
      <w:r>
        <w:t>、</w:t>
      </w:r>
      <w:r>
        <w:t>Job</w:t>
      </w:r>
      <w:r>
        <w:t>、</w:t>
      </w:r>
      <w:r>
        <w:t xml:space="preserve">Application </w:t>
      </w:r>
      <w:r>
        <w:t>五个</w:t>
      </w:r>
      <w:r>
        <w:t xml:space="preserve"> DocType PoC</w:t>
      </w:r>
      <w:r>
        <w:t>；</w:t>
      </w:r>
    </w:p>
    <w:p w14:paraId="2CE43084" w14:textId="77777777" w:rsidR="006D5139" w:rsidRDefault="00000000">
      <w:pPr>
        <w:pStyle w:val="a"/>
        <w:keepLines/>
        <w:numPr>
          <w:ilvl w:val="0"/>
          <w:numId w:val="75"/>
        </w:numPr>
      </w:pPr>
      <w:r>
        <w:t>验证对象权限、</w:t>
      </w:r>
      <w:r>
        <w:t>Workflow</w:t>
      </w:r>
      <w:r>
        <w:t>、</w:t>
      </w:r>
      <w:r>
        <w:t>REST/</w:t>
      </w:r>
      <w:r>
        <w:t>业务</w:t>
      </w:r>
      <w:r>
        <w:t xml:space="preserve"> API</w:t>
      </w:r>
      <w:r>
        <w:t>、</w:t>
      </w:r>
      <w:r>
        <w:t>Redis/RQ</w:t>
      </w:r>
      <w:r>
        <w:t>、</w:t>
      </w:r>
      <w:r>
        <w:t>Socket.IO</w:t>
      </w:r>
      <w:r>
        <w:t>、私有文件；</w:t>
      </w:r>
    </w:p>
    <w:p w14:paraId="4925F612" w14:textId="77777777" w:rsidR="006D5139" w:rsidRDefault="00000000">
      <w:pPr>
        <w:pStyle w:val="a"/>
        <w:keepLines/>
        <w:numPr>
          <w:ilvl w:val="0"/>
          <w:numId w:val="75"/>
        </w:numPr>
      </w:pPr>
      <w:r>
        <w:t>建立后端测试、</w:t>
      </w:r>
      <w:r>
        <w:t>CI</w:t>
      </w:r>
      <w:r>
        <w:t>、</w:t>
      </w:r>
      <w:r>
        <w:t xml:space="preserve">Docker </w:t>
      </w:r>
      <w:r>
        <w:t>和迁移流程；</w:t>
      </w:r>
    </w:p>
    <w:p w14:paraId="505DDA45" w14:textId="77777777" w:rsidR="006D5139" w:rsidRDefault="00000000">
      <w:pPr>
        <w:pStyle w:val="a"/>
        <w:keepLines/>
        <w:numPr>
          <w:ilvl w:val="0"/>
          <w:numId w:val="75"/>
        </w:numPr>
        <w:rPr>
          <w:lang w:eastAsia="zh-CN"/>
        </w:rPr>
      </w:pPr>
      <w:r>
        <w:rPr>
          <w:lang w:eastAsia="zh-CN"/>
        </w:rPr>
        <w:t>输出</w:t>
      </w:r>
      <w:r>
        <w:rPr>
          <w:lang w:eastAsia="zh-CN"/>
        </w:rPr>
        <w:t xml:space="preserve"> Frappe HR </w:t>
      </w:r>
      <w:r>
        <w:rPr>
          <w:lang w:eastAsia="zh-CN"/>
        </w:rPr>
        <w:t>对照表：借鉴的流程、明确不复制的代码、许可证边界。</w:t>
      </w:r>
    </w:p>
    <w:p w14:paraId="3B8B58B7" w14:textId="77777777" w:rsidR="006D5139" w:rsidRDefault="00000000">
      <w:pPr>
        <w:pStyle w:val="31"/>
      </w:pPr>
      <w:r>
        <w:rPr>
          <w:rFonts w:ascii="Calibri" w:eastAsia="微软雅黑" w:hAnsi="Calibri"/>
        </w:rPr>
        <w:lastRenderedPageBreak/>
        <w:t>两人共同</w:t>
      </w:r>
    </w:p>
    <w:p w14:paraId="6BD7418A" w14:textId="77777777" w:rsidR="006D5139" w:rsidRDefault="00000000">
      <w:pPr>
        <w:pStyle w:val="a"/>
        <w:keepLines/>
        <w:numPr>
          <w:ilvl w:val="0"/>
          <w:numId w:val="76"/>
        </w:numPr>
      </w:pPr>
      <w:r>
        <w:t>冻结</w:t>
      </w:r>
      <w:r>
        <w:t xml:space="preserve"> MVP </w:t>
      </w:r>
      <w:r>
        <w:t>不做项；</w:t>
      </w:r>
    </w:p>
    <w:p w14:paraId="3BFA3BE7" w14:textId="77777777" w:rsidR="006D5139" w:rsidRDefault="00000000">
      <w:pPr>
        <w:pStyle w:val="a"/>
        <w:keepLines/>
        <w:numPr>
          <w:ilvl w:val="0"/>
          <w:numId w:val="76"/>
        </w:numPr>
        <w:rPr>
          <w:lang w:eastAsia="zh-CN"/>
        </w:rPr>
      </w:pPr>
      <w:r>
        <w:rPr>
          <w:lang w:eastAsia="zh-CN"/>
        </w:rPr>
        <w:t>完成实体关系、状态机和权限矩阵评审；</w:t>
      </w:r>
    </w:p>
    <w:p w14:paraId="09D8CEA2" w14:textId="77777777" w:rsidR="006D5139" w:rsidRDefault="00000000">
      <w:pPr>
        <w:pStyle w:val="a"/>
        <w:keepLines/>
        <w:numPr>
          <w:ilvl w:val="0"/>
          <w:numId w:val="76"/>
        </w:numPr>
        <w:rPr>
          <w:lang w:eastAsia="zh-CN"/>
        </w:rPr>
      </w:pPr>
      <w:r>
        <w:rPr>
          <w:lang w:eastAsia="zh-CN"/>
        </w:rPr>
        <w:t>选定首批城市</w:t>
      </w:r>
      <w:r>
        <w:rPr>
          <w:lang w:eastAsia="zh-CN"/>
        </w:rPr>
        <w:t>/</w:t>
      </w:r>
      <w:r>
        <w:rPr>
          <w:lang w:eastAsia="zh-CN"/>
        </w:rPr>
        <w:t>高校</w:t>
      </w:r>
      <w:r>
        <w:rPr>
          <w:lang w:eastAsia="zh-CN"/>
        </w:rPr>
        <w:t>/</w:t>
      </w:r>
      <w:r>
        <w:rPr>
          <w:lang w:eastAsia="zh-CN"/>
        </w:rPr>
        <w:t>行业和封闭测试用户；</w:t>
      </w:r>
    </w:p>
    <w:p w14:paraId="5D7BDBCA" w14:textId="77777777" w:rsidR="006D5139" w:rsidRDefault="00000000">
      <w:pPr>
        <w:pStyle w:val="a"/>
        <w:keepLines/>
        <w:numPr>
          <w:ilvl w:val="0"/>
          <w:numId w:val="76"/>
        </w:numPr>
        <w:rPr>
          <w:lang w:eastAsia="zh-CN"/>
        </w:rPr>
      </w:pPr>
      <w:r>
        <w:rPr>
          <w:lang w:eastAsia="zh-CN"/>
        </w:rPr>
        <w:t>提交法律</w:t>
      </w:r>
      <w:r>
        <w:rPr>
          <w:lang w:eastAsia="zh-CN"/>
        </w:rPr>
        <w:t>/</w:t>
      </w:r>
      <w:r>
        <w:rPr>
          <w:lang w:eastAsia="zh-CN"/>
        </w:rPr>
        <w:t>资质</w:t>
      </w:r>
      <w:r>
        <w:rPr>
          <w:lang w:eastAsia="zh-CN"/>
        </w:rPr>
        <w:t>/</w:t>
      </w:r>
      <w:r>
        <w:rPr>
          <w:lang w:eastAsia="zh-CN"/>
        </w:rPr>
        <w:t>隐私</w:t>
      </w:r>
      <w:r>
        <w:rPr>
          <w:lang w:eastAsia="zh-CN"/>
        </w:rPr>
        <w:t xml:space="preserve">/AI </w:t>
      </w:r>
      <w:r>
        <w:rPr>
          <w:lang w:eastAsia="zh-CN"/>
        </w:rPr>
        <w:t>供应商核验清单；</w:t>
      </w:r>
    </w:p>
    <w:p w14:paraId="73ABC466" w14:textId="77777777" w:rsidR="006D5139" w:rsidRDefault="00000000">
      <w:pPr>
        <w:pStyle w:val="a"/>
        <w:keepLines/>
        <w:numPr>
          <w:ilvl w:val="0"/>
          <w:numId w:val="76"/>
        </w:numPr>
      </w:pPr>
      <w:r>
        <w:t>创建</w:t>
      </w:r>
      <w:r>
        <w:t xml:space="preserve"> GitHub Project</w:t>
      </w:r>
      <w:r>
        <w:t>、</w:t>
      </w:r>
      <w:r>
        <w:t xml:space="preserve">Issue/PR </w:t>
      </w:r>
      <w:r>
        <w:t>模板和</w:t>
      </w:r>
      <w:r>
        <w:t xml:space="preserve"> 8 </w:t>
      </w:r>
      <w:r>
        <w:t>个</w:t>
      </w:r>
      <w:r>
        <w:t xml:space="preserve"> Sprint</w:t>
      </w:r>
      <w:r>
        <w:t>；</w:t>
      </w:r>
    </w:p>
    <w:p w14:paraId="1F9A6C1A" w14:textId="77777777" w:rsidR="006D5139" w:rsidRDefault="00000000">
      <w:pPr>
        <w:pStyle w:val="a"/>
        <w:keepLines/>
        <w:numPr>
          <w:ilvl w:val="0"/>
          <w:numId w:val="76"/>
        </w:numPr>
        <w:rPr>
          <w:lang w:eastAsia="zh-CN"/>
        </w:rPr>
      </w:pPr>
      <w:r>
        <w:rPr>
          <w:lang w:eastAsia="zh-CN"/>
        </w:rPr>
        <w:t>周五演示</w:t>
      </w:r>
      <w:r>
        <w:rPr>
          <w:lang w:eastAsia="zh-CN"/>
        </w:rPr>
        <w:t>“</w:t>
      </w:r>
      <w:r>
        <w:rPr>
          <w:lang w:eastAsia="zh-CN"/>
        </w:rPr>
        <w:t>前端岗位详情</w:t>
      </w:r>
      <w:r>
        <w:rPr>
          <w:lang w:eastAsia="zh-CN"/>
        </w:rPr>
        <w:t xml:space="preserve"> + Frappe </w:t>
      </w:r>
      <w:r>
        <w:rPr>
          <w:lang w:eastAsia="zh-CN"/>
        </w:rPr>
        <w:t>岗位数据</w:t>
      </w:r>
      <w:r>
        <w:rPr>
          <w:lang w:eastAsia="zh-CN"/>
        </w:rPr>
        <w:t xml:space="preserve"> + API </w:t>
      </w:r>
      <w:r>
        <w:rPr>
          <w:lang w:eastAsia="zh-CN"/>
        </w:rPr>
        <w:t>联通</w:t>
      </w:r>
      <w:r>
        <w:rPr>
          <w:lang w:eastAsia="zh-CN"/>
        </w:rPr>
        <w:t>”</w:t>
      </w:r>
      <w:r>
        <w:rPr>
          <w:lang w:eastAsia="zh-CN"/>
        </w:rPr>
        <w:t>的纵向切片。</w:t>
      </w:r>
    </w:p>
    <w:p w14:paraId="0231DC6B" w14:textId="77777777" w:rsidR="006D5139" w:rsidRDefault="00000000">
      <w:pPr>
        <w:rPr>
          <w:lang w:eastAsia="zh-CN"/>
        </w:rPr>
      </w:pPr>
      <w:r>
        <w:rPr>
          <w:lang w:eastAsia="zh-CN"/>
        </w:rPr>
        <w:t xml:space="preserve">Sprint 0 </w:t>
      </w:r>
      <w:r>
        <w:rPr>
          <w:lang w:eastAsia="zh-CN"/>
        </w:rPr>
        <w:t>结束时，若</w:t>
      </w:r>
      <w:r>
        <w:rPr>
          <w:lang w:eastAsia="zh-CN"/>
        </w:rPr>
        <w:t xml:space="preserve"> Frappe </w:t>
      </w:r>
      <w:r>
        <w:rPr>
          <w:lang w:eastAsia="zh-CN"/>
        </w:rPr>
        <w:t>的权限、实时、部署或前后端联调</w:t>
      </w:r>
      <w:r>
        <w:rPr>
          <w:lang w:eastAsia="zh-CN"/>
        </w:rPr>
        <w:t xml:space="preserve"> PoC </w:t>
      </w:r>
      <w:r>
        <w:rPr>
          <w:lang w:eastAsia="zh-CN"/>
        </w:rPr>
        <w:t>未通过，必须在</w:t>
      </w:r>
      <w:r>
        <w:rPr>
          <w:lang w:eastAsia="zh-CN"/>
        </w:rPr>
        <w:t xml:space="preserve"> 8 </w:t>
      </w:r>
      <w:r>
        <w:rPr>
          <w:lang w:eastAsia="zh-CN"/>
        </w:rPr>
        <w:t>月</w:t>
      </w:r>
      <w:r>
        <w:rPr>
          <w:lang w:eastAsia="zh-CN"/>
        </w:rPr>
        <w:t xml:space="preserve"> 14 </w:t>
      </w:r>
      <w:r>
        <w:rPr>
          <w:lang w:eastAsia="zh-CN"/>
        </w:rPr>
        <w:t>日前做架构复盘，不允许把不确定性带入后续</w:t>
      </w:r>
      <w:r>
        <w:rPr>
          <w:lang w:eastAsia="zh-CN"/>
        </w:rPr>
        <w:t xml:space="preserve"> 14 </w:t>
      </w:r>
      <w:r>
        <w:rPr>
          <w:lang w:eastAsia="zh-CN"/>
        </w:rPr>
        <w:t>周。</w:t>
      </w:r>
    </w:p>
    <w:p w14:paraId="7A5B3DC3" w14:textId="77777777" w:rsidR="006D5139" w:rsidRDefault="00000000">
      <w:pPr>
        <w:pStyle w:val="21"/>
        <w:rPr>
          <w:lang w:eastAsia="zh-CN"/>
        </w:rPr>
      </w:pPr>
      <w:r>
        <w:rPr>
          <w:rFonts w:ascii="Calibri" w:eastAsia="微软雅黑" w:hAnsi="Calibri"/>
          <w:lang w:eastAsia="zh-CN"/>
        </w:rPr>
        <w:t xml:space="preserve">19. </w:t>
      </w:r>
      <w:r>
        <w:rPr>
          <w:rFonts w:ascii="Calibri" w:eastAsia="微软雅黑" w:hAnsi="Calibri"/>
          <w:lang w:eastAsia="zh-CN"/>
        </w:rPr>
        <w:t>最终建议</w:t>
      </w:r>
    </w:p>
    <w:p w14:paraId="195D6411" w14:textId="77777777" w:rsidR="006D5139" w:rsidRDefault="00000000">
      <w:pPr>
        <w:rPr>
          <w:lang w:eastAsia="zh-CN"/>
        </w:rPr>
      </w:pPr>
      <w:r>
        <w:rPr>
          <w:lang w:eastAsia="zh-CN"/>
        </w:rPr>
        <w:t>这个项目真正可落地的关键，不是一次性复刻</w:t>
      </w:r>
      <w:r>
        <w:rPr>
          <w:lang w:eastAsia="zh-CN"/>
        </w:rPr>
        <w:t xml:space="preserve"> BOSS </w:t>
      </w:r>
      <w:r>
        <w:rPr>
          <w:lang w:eastAsia="zh-CN"/>
        </w:rPr>
        <w:t>直聘的全部功能，而是：</w:t>
      </w:r>
    </w:p>
    <w:p w14:paraId="2ED4AE54" w14:textId="77777777" w:rsidR="006D5139" w:rsidRDefault="00000000">
      <w:pPr>
        <w:pStyle w:val="a"/>
        <w:keepLines/>
        <w:numPr>
          <w:ilvl w:val="0"/>
          <w:numId w:val="92"/>
        </w:numPr>
      </w:pPr>
      <w:r>
        <w:t>用</w:t>
      </w:r>
      <w:r>
        <w:t xml:space="preserve"> Frappe Framework </w:t>
      </w:r>
      <w:r>
        <w:t>省掉后台、权限、流程、审计和基础设施的重复建设；</w:t>
      </w:r>
    </w:p>
    <w:p w14:paraId="3030914D" w14:textId="77777777" w:rsidR="006D5139" w:rsidRDefault="00000000">
      <w:pPr>
        <w:pStyle w:val="a"/>
        <w:keepLines/>
        <w:numPr>
          <w:ilvl w:val="0"/>
          <w:numId w:val="92"/>
        </w:numPr>
      </w:pPr>
      <w:r>
        <w:t>把</w:t>
      </w:r>
      <w:r>
        <w:t xml:space="preserve"> Frappe HR </w:t>
      </w:r>
      <w:r>
        <w:t>当作成熟流程样板，而不是直接魔改产品；</w:t>
      </w:r>
    </w:p>
    <w:p w14:paraId="52430712" w14:textId="77777777" w:rsidR="006D5139" w:rsidRDefault="00000000">
      <w:pPr>
        <w:pStyle w:val="a"/>
        <w:keepLines/>
        <w:numPr>
          <w:ilvl w:val="0"/>
          <w:numId w:val="92"/>
        </w:numPr>
        <w:rPr>
          <w:lang w:eastAsia="zh-CN"/>
        </w:rPr>
      </w:pPr>
      <w:r>
        <w:rPr>
          <w:lang w:eastAsia="zh-CN"/>
        </w:rPr>
        <w:t>用</w:t>
      </w:r>
      <w:r>
        <w:rPr>
          <w:lang w:eastAsia="zh-CN"/>
        </w:rPr>
        <w:t xml:space="preserve"> 16 </w:t>
      </w:r>
      <w:r>
        <w:rPr>
          <w:lang w:eastAsia="zh-CN"/>
        </w:rPr>
        <w:t>个有效研发周只打通一个可信、可沟通、可推进、可治理的招聘闭环；</w:t>
      </w:r>
    </w:p>
    <w:p w14:paraId="70731E0B" w14:textId="77777777" w:rsidR="006D5139" w:rsidRDefault="00000000">
      <w:pPr>
        <w:pStyle w:val="a"/>
        <w:keepLines/>
        <w:numPr>
          <w:ilvl w:val="0"/>
          <w:numId w:val="92"/>
        </w:numPr>
        <w:rPr>
          <w:lang w:eastAsia="zh-CN"/>
        </w:rPr>
      </w:pPr>
      <w:r>
        <w:rPr>
          <w:lang w:eastAsia="zh-CN"/>
        </w:rPr>
        <w:t>把</w:t>
      </w:r>
      <w:r>
        <w:rPr>
          <w:lang w:eastAsia="zh-CN"/>
        </w:rPr>
        <w:t xml:space="preserve"> AI </w:t>
      </w:r>
      <w:r>
        <w:rPr>
          <w:lang w:eastAsia="zh-CN"/>
        </w:rPr>
        <w:t>定位为用户可控的建议和训练工具，不做自动录用裁决；</w:t>
      </w:r>
    </w:p>
    <w:p w14:paraId="0B548A67" w14:textId="77777777" w:rsidR="006D5139" w:rsidRDefault="00000000">
      <w:pPr>
        <w:pStyle w:val="a"/>
        <w:keepLines/>
        <w:numPr>
          <w:ilvl w:val="0"/>
          <w:numId w:val="92"/>
        </w:numPr>
        <w:rPr>
          <w:lang w:eastAsia="zh-CN"/>
        </w:rPr>
      </w:pPr>
      <w:r>
        <w:rPr>
          <w:lang w:eastAsia="zh-CN"/>
        </w:rPr>
        <w:t>把企业核验、岗位审核、隐私权利、</w:t>
      </w:r>
      <w:r>
        <w:rPr>
          <w:lang w:eastAsia="zh-CN"/>
        </w:rPr>
        <w:t xml:space="preserve">AI </w:t>
      </w:r>
      <w:r>
        <w:rPr>
          <w:lang w:eastAsia="zh-CN"/>
        </w:rPr>
        <w:t>标识和回滚能力放进</w:t>
      </w:r>
      <w:r>
        <w:rPr>
          <w:lang w:eastAsia="zh-CN"/>
        </w:rPr>
        <w:t xml:space="preserve"> P0</w:t>
      </w:r>
      <w:r>
        <w:rPr>
          <w:lang w:eastAsia="zh-CN"/>
        </w:rPr>
        <w:t>，而不是上线前补丁；</w:t>
      </w:r>
    </w:p>
    <w:p w14:paraId="454E5561" w14:textId="77777777" w:rsidR="006D5139" w:rsidRDefault="00000000">
      <w:pPr>
        <w:pStyle w:val="a"/>
        <w:keepLines/>
        <w:numPr>
          <w:ilvl w:val="0"/>
          <w:numId w:val="92"/>
        </w:numPr>
        <w:rPr>
          <w:lang w:eastAsia="zh-CN"/>
        </w:rPr>
      </w:pPr>
      <w:r>
        <w:rPr>
          <w:lang w:eastAsia="zh-CN"/>
        </w:rPr>
        <w:t>保证杨幸幸和张顺各有清晰主责，同时通过交叉评审、演练和文档避免单点。</w:t>
      </w:r>
    </w:p>
    <w:p w14:paraId="692E3A69" w14:textId="2EF6A420" w:rsidR="006D5139" w:rsidRDefault="00000000">
      <w:pPr>
        <w:rPr>
          <w:lang w:eastAsia="zh-CN"/>
        </w:rPr>
      </w:pPr>
      <w:r>
        <w:rPr>
          <w:lang w:eastAsia="zh-CN"/>
        </w:rPr>
        <w:t>若严格执行本方案，可灰度上线、可继续迭代的</w:t>
      </w:r>
      <w:r>
        <w:rPr>
          <w:lang w:eastAsia="zh-CN"/>
        </w:rPr>
        <w:t>“</w:t>
      </w:r>
      <w:r>
        <w:rPr>
          <w:lang w:eastAsia="zh-CN"/>
        </w:rPr>
        <w:t>职来</w:t>
      </w:r>
      <w:r>
        <w:rPr>
          <w:lang w:eastAsia="zh-CN"/>
        </w:rPr>
        <w:t>”</w:t>
      </w:r>
      <w:r>
        <w:rPr>
          <w:lang w:eastAsia="zh-CN"/>
        </w:rPr>
        <w:t>公开测试版；如果在开发过程中新增原生</w:t>
      </w:r>
      <w:r>
        <w:rPr>
          <w:lang w:eastAsia="zh-CN"/>
        </w:rPr>
        <w:t xml:space="preserve"> App</w:t>
      </w:r>
      <w:r>
        <w:rPr>
          <w:lang w:eastAsia="zh-CN"/>
        </w:rPr>
        <w:t>、视频、付费、复杂推荐或完整</w:t>
      </w:r>
      <w:r>
        <w:rPr>
          <w:lang w:eastAsia="zh-CN"/>
        </w:rPr>
        <w:t xml:space="preserve"> HRMS</w:t>
      </w:r>
      <w:r>
        <w:rPr>
          <w:lang w:eastAsia="zh-CN"/>
        </w:rPr>
        <w:t>，则必须重新评估人员和日期。</w:t>
      </w:r>
    </w:p>
    <w:sectPr w:rsidR="006D5139" w:rsidSect="0003461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2773" w14:textId="77777777" w:rsidR="00632D14" w:rsidRDefault="00632D14">
      <w:pPr>
        <w:spacing w:after="0" w:line="240" w:lineRule="auto"/>
      </w:pPr>
      <w:r>
        <w:separator/>
      </w:r>
    </w:p>
  </w:endnote>
  <w:endnote w:type="continuationSeparator" w:id="0">
    <w:p w14:paraId="11792AE6" w14:textId="77777777" w:rsidR="00632D14" w:rsidRDefault="0063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76B7" w14:textId="77777777" w:rsidR="006D5139" w:rsidRDefault="00000000">
    <w:pPr>
      <w:pStyle w:val="a7"/>
      <w:rPr>
        <w:lang w:eastAsia="zh-CN"/>
      </w:rPr>
    </w:pPr>
    <w:r>
      <w:rPr>
        <w:color w:val="5B6573"/>
        <w:sz w:val="17"/>
        <w:lang w:eastAsia="zh-CN"/>
      </w:rPr>
      <w:t>内部项目文件</w:t>
    </w:r>
    <w:r>
      <w:rPr>
        <w:color w:val="5B6573"/>
        <w:sz w:val="17"/>
        <w:lang w:eastAsia="zh-CN"/>
      </w:rPr>
      <w:t xml:space="preserve"> · 2026-07-29</w:t>
    </w:r>
    <w:r>
      <w:rPr>
        <w:lang w:eastAsia="zh-CN"/>
      </w:rPr>
      <w:tab/>
    </w:r>
    <w:r>
      <w:rPr>
        <w:color w:val="5B6573"/>
        <w:sz w:val="17"/>
        <w:lang w:eastAsia="zh-CN"/>
      </w:rPr>
      <w:t>职来项目组</w:t>
    </w:r>
    <w:r>
      <w:rPr>
        <w:color w:val="5B6573"/>
        <w:sz w:val="17"/>
        <w:lang w:eastAsia="zh-CN"/>
      </w:rPr>
      <w:t xml:space="preserve">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CF254" w14:textId="77777777" w:rsidR="00632D14" w:rsidRDefault="00632D14">
      <w:pPr>
        <w:spacing w:after="0" w:line="240" w:lineRule="auto"/>
      </w:pPr>
      <w:r>
        <w:separator/>
      </w:r>
    </w:p>
  </w:footnote>
  <w:footnote w:type="continuationSeparator" w:id="0">
    <w:p w14:paraId="04696E1F" w14:textId="77777777" w:rsidR="00632D14" w:rsidRDefault="00632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0232" w14:textId="77777777" w:rsidR="006D5139" w:rsidRDefault="00000000">
    <w:pPr>
      <w:pStyle w:val="a5"/>
      <w:rPr>
        <w:lang w:eastAsia="zh-CN"/>
      </w:rPr>
    </w:pPr>
    <w:r>
      <w:rPr>
        <w:b/>
        <w:color w:val="5B6573"/>
        <w:sz w:val="17"/>
        <w:lang w:eastAsia="zh-CN"/>
      </w:rPr>
      <w:t>职来</w:t>
    </w:r>
    <w:r>
      <w:rPr>
        <w:b/>
        <w:color w:val="5B6573"/>
        <w:sz w:val="17"/>
        <w:lang w:eastAsia="zh-CN"/>
      </w:rPr>
      <w:t xml:space="preserve"> AI </w:t>
    </w:r>
    <w:r>
      <w:rPr>
        <w:b/>
        <w:color w:val="5B6573"/>
        <w:sz w:val="17"/>
        <w:lang w:eastAsia="zh-CN"/>
      </w:rPr>
      <w:t>求职招聘平台</w:t>
    </w:r>
    <w:r>
      <w:rPr>
        <w:b/>
        <w:color w:val="5B6573"/>
        <w:sz w:val="17"/>
        <w:lang w:eastAsia="zh-CN"/>
      </w:rPr>
      <w:t xml:space="preserve">  |  </w:t>
    </w:r>
    <w:r>
      <w:rPr>
        <w:b/>
        <w:color w:val="5B6573"/>
        <w:sz w:val="17"/>
        <w:lang w:eastAsia="zh-CN"/>
      </w:rPr>
      <w:t>产品与开发实施方案</w:t>
    </w:r>
    <w:r>
      <w:rPr>
        <w:lang w:eastAsia="zh-CN"/>
      </w:rPr>
      <w:tab/>
    </w:r>
    <w:r>
      <w:rPr>
        <w:color w:val="5B6573"/>
        <w:sz w:val="17"/>
        <w:lang w:eastAsia="zh-CN"/>
      </w:rPr>
      <w:t>v1.0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42573119">
    <w:abstractNumId w:val="5"/>
  </w:num>
  <w:num w:numId="2" w16cid:durableId="1052583230">
    <w:abstractNumId w:val="3"/>
  </w:num>
  <w:num w:numId="3" w16cid:durableId="64299522">
    <w:abstractNumId w:val="2"/>
  </w:num>
  <w:num w:numId="4" w16cid:durableId="1595741764">
    <w:abstractNumId w:val="4"/>
  </w:num>
  <w:num w:numId="5" w16cid:durableId="1886526251">
    <w:abstractNumId w:val="1"/>
  </w:num>
  <w:num w:numId="6" w16cid:durableId="1336152729">
    <w:abstractNumId w:val="0"/>
  </w:num>
  <w:num w:numId="7" w16cid:durableId="1233544752">
    <w:abstractNumId w:val="5"/>
    <w:lvlOverride w:ilvl="0">
      <w:startOverride w:val="1"/>
    </w:lvlOverride>
  </w:num>
  <w:num w:numId="8" w16cid:durableId="1596404160">
    <w:abstractNumId w:val="5"/>
    <w:lvlOverride w:ilvl="0">
      <w:startOverride w:val="1"/>
    </w:lvlOverride>
  </w:num>
  <w:num w:numId="9" w16cid:durableId="88620526">
    <w:abstractNumId w:val="5"/>
    <w:lvlOverride w:ilvl="0">
      <w:startOverride w:val="1"/>
    </w:lvlOverride>
  </w:num>
  <w:num w:numId="10" w16cid:durableId="1433548099">
    <w:abstractNumId w:val="5"/>
    <w:lvlOverride w:ilvl="0">
      <w:startOverride w:val="1"/>
    </w:lvlOverride>
  </w:num>
  <w:num w:numId="11" w16cid:durableId="821772017">
    <w:abstractNumId w:val="4"/>
    <w:lvlOverride w:ilvl="0">
      <w:startOverride w:val="1"/>
    </w:lvlOverride>
  </w:num>
  <w:num w:numId="12" w16cid:durableId="1672372863">
    <w:abstractNumId w:val="5"/>
    <w:lvlOverride w:ilvl="0">
      <w:startOverride w:val="1"/>
    </w:lvlOverride>
  </w:num>
  <w:num w:numId="13" w16cid:durableId="631518675">
    <w:abstractNumId w:val="5"/>
    <w:lvlOverride w:ilvl="0">
      <w:startOverride w:val="1"/>
    </w:lvlOverride>
  </w:num>
  <w:num w:numId="14" w16cid:durableId="1316953828">
    <w:abstractNumId w:val="5"/>
    <w:lvlOverride w:ilvl="0">
      <w:startOverride w:val="1"/>
    </w:lvlOverride>
  </w:num>
  <w:num w:numId="15" w16cid:durableId="417412748">
    <w:abstractNumId w:val="5"/>
    <w:lvlOverride w:ilvl="0">
      <w:startOverride w:val="1"/>
    </w:lvlOverride>
  </w:num>
  <w:num w:numId="16" w16cid:durableId="1165823926">
    <w:abstractNumId w:val="4"/>
    <w:lvlOverride w:ilvl="0">
      <w:startOverride w:val="1"/>
    </w:lvlOverride>
  </w:num>
  <w:num w:numId="17" w16cid:durableId="526792440">
    <w:abstractNumId w:val="4"/>
    <w:lvlOverride w:ilvl="0">
      <w:startOverride w:val="1"/>
    </w:lvlOverride>
  </w:num>
  <w:num w:numId="18" w16cid:durableId="754084093">
    <w:abstractNumId w:val="4"/>
    <w:lvlOverride w:ilvl="0">
      <w:startOverride w:val="1"/>
    </w:lvlOverride>
  </w:num>
  <w:num w:numId="19" w16cid:durableId="256838590">
    <w:abstractNumId w:val="5"/>
    <w:lvlOverride w:ilvl="0">
      <w:startOverride w:val="1"/>
    </w:lvlOverride>
  </w:num>
  <w:num w:numId="20" w16cid:durableId="1076365379">
    <w:abstractNumId w:val="5"/>
    <w:lvlOverride w:ilvl="0">
      <w:startOverride w:val="1"/>
    </w:lvlOverride>
  </w:num>
  <w:num w:numId="21" w16cid:durableId="1444617546">
    <w:abstractNumId w:val="5"/>
    <w:lvlOverride w:ilvl="0">
      <w:startOverride w:val="1"/>
    </w:lvlOverride>
  </w:num>
  <w:num w:numId="22" w16cid:durableId="610473856">
    <w:abstractNumId w:val="5"/>
    <w:lvlOverride w:ilvl="0">
      <w:startOverride w:val="1"/>
    </w:lvlOverride>
  </w:num>
  <w:num w:numId="23" w16cid:durableId="2076124145">
    <w:abstractNumId w:val="5"/>
    <w:lvlOverride w:ilvl="0">
      <w:startOverride w:val="1"/>
    </w:lvlOverride>
  </w:num>
  <w:num w:numId="24" w16cid:durableId="783957717">
    <w:abstractNumId w:val="5"/>
    <w:lvlOverride w:ilvl="0">
      <w:startOverride w:val="1"/>
    </w:lvlOverride>
  </w:num>
  <w:num w:numId="25" w16cid:durableId="1510828512">
    <w:abstractNumId w:val="5"/>
    <w:lvlOverride w:ilvl="0">
      <w:startOverride w:val="1"/>
    </w:lvlOverride>
  </w:num>
  <w:num w:numId="26" w16cid:durableId="441534174">
    <w:abstractNumId w:val="5"/>
    <w:lvlOverride w:ilvl="0">
      <w:startOverride w:val="1"/>
    </w:lvlOverride>
  </w:num>
  <w:num w:numId="27" w16cid:durableId="1112943929">
    <w:abstractNumId w:val="5"/>
    <w:lvlOverride w:ilvl="0">
      <w:startOverride w:val="1"/>
    </w:lvlOverride>
  </w:num>
  <w:num w:numId="28" w16cid:durableId="796726999">
    <w:abstractNumId w:val="5"/>
    <w:lvlOverride w:ilvl="0">
      <w:startOverride w:val="1"/>
    </w:lvlOverride>
  </w:num>
  <w:num w:numId="29" w16cid:durableId="1190218981">
    <w:abstractNumId w:val="5"/>
    <w:lvlOverride w:ilvl="0">
      <w:startOverride w:val="1"/>
    </w:lvlOverride>
  </w:num>
  <w:num w:numId="30" w16cid:durableId="698624961">
    <w:abstractNumId w:val="5"/>
    <w:lvlOverride w:ilvl="0">
      <w:startOverride w:val="1"/>
    </w:lvlOverride>
  </w:num>
  <w:num w:numId="31" w16cid:durableId="579945351">
    <w:abstractNumId w:val="5"/>
    <w:lvlOverride w:ilvl="0">
      <w:startOverride w:val="1"/>
    </w:lvlOverride>
  </w:num>
  <w:num w:numId="32" w16cid:durableId="1963998218">
    <w:abstractNumId w:val="5"/>
    <w:lvlOverride w:ilvl="0">
      <w:startOverride w:val="1"/>
    </w:lvlOverride>
  </w:num>
  <w:num w:numId="33" w16cid:durableId="1361275639">
    <w:abstractNumId w:val="5"/>
    <w:lvlOverride w:ilvl="0">
      <w:startOverride w:val="1"/>
    </w:lvlOverride>
  </w:num>
  <w:num w:numId="34" w16cid:durableId="1204757537">
    <w:abstractNumId w:val="5"/>
    <w:lvlOverride w:ilvl="0">
      <w:startOverride w:val="1"/>
    </w:lvlOverride>
  </w:num>
  <w:num w:numId="35" w16cid:durableId="414477768">
    <w:abstractNumId w:val="5"/>
    <w:lvlOverride w:ilvl="0">
      <w:startOverride w:val="1"/>
    </w:lvlOverride>
  </w:num>
  <w:num w:numId="36" w16cid:durableId="995887230">
    <w:abstractNumId w:val="4"/>
    <w:lvlOverride w:ilvl="0">
      <w:startOverride w:val="1"/>
    </w:lvlOverride>
  </w:num>
  <w:num w:numId="37" w16cid:durableId="1943682573">
    <w:abstractNumId w:val="5"/>
    <w:lvlOverride w:ilvl="0">
      <w:startOverride w:val="1"/>
    </w:lvlOverride>
  </w:num>
  <w:num w:numId="38" w16cid:durableId="1770154480">
    <w:abstractNumId w:val="5"/>
    <w:lvlOverride w:ilvl="0">
      <w:startOverride w:val="1"/>
    </w:lvlOverride>
  </w:num>
  <w:num w:numId="39" w16cid:durableId="1418207903">
    <w:abstractNumId w:val="5"/>
    <w:lvlOverride w:ilvl="0">
      <w:startOverride w:val="1"/>
    </w:lvlOverride>
  </w:num>
  <w:num w:numId="40" w16cid:durableId="1038630513">
    <w:abstractNumId w:val="5"/>
    <w:lvlOverride w:ilvl="0">
      <w:startOverride w:val="1"/>
    </w:lvlOverride>
  </w:num>
  <w:num w:numId="41" w16cid:durableId="462430946">
    <w:abstractNumId w:val="5"/>
    <w:lvlOverride w:ilvl="0">
      <w:startOverride w:val="1"/>
    </w:lvlOverride>
  </w:num>
  <w:num w:numId="42" w16cid:durableId="54670301">
    <w:abstractNumId w:val="5"/>
    <w:lvlOverride w:ilvl="0">
      <w:startOverride w:val="1"/>
    </w:lvlOverride>
  </w:num>
  <w:num w:numId="43" w16cid:durableId="900944994">
    <w:abstractNumId w:val="5"/>
    <w:lvlOverride w:ilvl="0">
      <w:startOverride w:val="1"/>
    </w:lvlOverride>
  </w:num>
  <w:num w:numId="44" w16cid:durableId="1069184770">
    <w:abstractNumId w:val="5"/>
    <w:lvlOverride w:ilvl="0">
      <w:startOverride w:val="1"/>
    </w:lvlOverride>
  </w:num>
  <w:num w:numId="45" w16cid:durableId="1983264387">
    <w:abstractNumId w:val="5"/>
    <w:lvlOverride w:ilvl="0">
      <w:startOverride w:val="1"/>
    </w:lvlOverride>
  </w:num>
  <w:num w:numId="46" w16cid:durableId="695734538">
    <w:abstractNumId w:val="5"/>
    <w:lvlOverride w:ilvl="0">
      <w:startOverride w:val="1"/>
    </w:lvlOverride>
  </w:num>
  <w:num w:numId="47" w16cid:durableId="237519012">
    <w:abstractNumId w:val="5"/>
    <w:lvlOverride w:ilvl="0">
      <w:startOverride w:val="1"/>
    </w:lvlOverride>
  </w:num>
  <w:num w:numId="48" w16cid:durableId="2002345761">
    <w:abstractNumId w:val="5"/>
    <w:lvlOverride w:ilvl="0">
      <w:startOverride w:val="1"/>
    </w:lvlOverride>
  </w:num>
  <w:num w:numId="49" w16cid:durableId="201867051">
    <w:abstractNumId w:val="5"/>
    <w:lvlOverride w:ilvl="0">
      <w:startOverride w:val="1"/>
    </w:lvlOverride>
  </w:num>
  <w:num w:numId="50" w16cid:durableId="409814419">
    <w:abstractNumId w:val="5"/>
    <w:lvlOverride w:ilvl="0">
      <w:startOverride w:val="1"/>
    </w:lvlOverride>
  </w:num>
  <w:num w:numId="51" w16cid:durableId="1226724717">
    <w:abstractNumId w:val="5"/>
    <w:lvlOverride w:ilvl="0">
      <w:startOverride w:val="1"/>
    </w:lvlOverride>
  </w:num>
  <w:num w:numId="52" w16cid:durableId="1485508501">
    <w:abstractNumId w:val="5"/>
    <w:lvlOverride w:ilvl="0">
      <w:startOverride w:val="1"/>
    </w:lvlOverride>
  </w:num>
  <w:num w:numId="53" w16cid:durableId="505558513">
    <w:abstractNumId w:val="5"/>
    <w:lvlOverride w:ilvl="0">
      <w:startOverride w:val="1"/>
    </w:lvlOverride>
  </w:num>
  <w:num w:numId="54" w16cid:durableId="542638212">
    <w:abstractNumId w:val="5"/>
    <w:lvlOverride w:ilvl="0">
      <w:startOverride w:val="1"/>
    </w:lvlOverride>
  </w:num>
  <w:num w:numId="55" w16cid:durableId="894202711">
    <w:abstractNumId w:val="5"/>
    <w:lvlOverride w:ilvl="0">
      <w:startOverride w:val="1"/>
    </w:lvlOverride>
  </w:num>
  <w:num w:numId="56" w16cid:durableId="569659409">
    <w:abstractNumId w:val="5"/>
    <w:lvlOverride w:ilvl="0">
      <w:startOverride w:val="1"/>
    </w:lvlOverride>
  </w:num>
  <w:num w:numId="57" w16cid:durableId="217403451">
    <w:abstractNumId w:val="5"/>
    <w:lvlOverride w:ilvl="0">
      <w:startOverride w:val="1"/>
    </w:lvlOverride>
  </w:num>
  <w:num w:numId="58" w16cid:durableId="1945764264">
    <w:abstractNumId w:val="4"/>
    <w:lvlOverride w:ilvl="0">
      <w:startOverride w:val="1"/>
    </w:lvlOverride>
  </w:num>
  <w:num w:numId="59" w16cid:durableId="2038501533">
    <w:abstractNumId w:val="5"/>
    <w:lvlOverride w:ilvl="0">
      <w:startOverride w:val="1"/>
    </w:lvlOverride>
  </w:num>
  <w:num w:numId="60" w16cid:durableId="832599143">
    <w:abstractNumId w:val="5"/>
    <w:lvlOverride w:ilvl="0">
      <w:startOverride w:val="1"/>
    </w:lvlOverride>
  </w:num>
  <w:num w:numId="61" w16cid:durableId="558320815">
    <w:abstractNumId w:val="5"/>
    <w:lvlOverride w:ilvl="0">
      <w:startOverride w:val="1"/>
    </w:lvlOverride>
  </w:num>
  <w:num w:numId="62" w16cid:durableId="1211579505">
    <w:abstractNumId w:val="5"/>
    <w:lvlOverride w:ilvl="0">
      <w:startOverride w:val="1"/>
    </w:lvlOverride>
  </w:num>
  <w:num w:numId="63" w16cid:durableId="1986813110">
    <w:abstractNumId w:val="5"/>
    <w:lvlOverride w:ilvl="0">
      <w:startOverride w:val="1"/>
    </w:lvlOverride>
  </w:num>
  <w:num w:numId="64" w16cid:durableId="641347850">
    <w:abstractNumId w:val="5"/>
    <w:lvlOverride w:ilvl="0">
      <w:startOverride w:val="1"/>
    </w:lvlOverride>
  </w:num>
  <w:num w:numId="65" w16cid:durableId="409279730">
    <w:abstractNumId w:val="5"/>
    <w:lvlOverride w:ilvl="0">
      <w:startOverride w:val="1"/>
    </w:lvlOverride>
  </w:num>
  <w:num w:numId="66" w16cid:durableId="1353071805">
    <w:abstractNumId w:val="5"/>
    <w:lvlOverride w:ilvl="0">
      <w:startOverride w:val="1"/>
    </w:lvlOverride>
  </w:num>
  <w:num w:numId="67" w16cid:durableId="1619871475">
    <w:abstractNumId w:val="5"/>
    <w:lvlOverride w:ilvl="0">
      <w:startOverride w:val="1"/>
    </w:lvlOverride>
  </w:num>
  <w:num w:numId="68" w16cid:durableId="1795633206">
    <w:abstractNumId w:val="4"/>
    <w:lvlOverride w:ilvl="0">
      <w:startOverride w:val="1"/>
    </w:lvlOverride>
  </w:num>
  <w:num w:numId="69" w16cid:durableId="531305133">
    <w:abstractNumId w:val="5"/>
    <w:lvlOverride w:ilvl="0">
      <w:startOverride w:val="1"/>
    </w:lvlOverride>
  </w:num>
  <w:num w:numId="70" w16cid:durableId="646400788">
    <w:abstractNumId w:val="5"/>
    <w:lvlOverride w:ilvl="0">
      <w:startOverride w:val="1"/>
    </w:lvlOverride>
  </w:num>
  <w:num w:numId="71" w16cid:durableId="562301057">
    <w:abstractNumId w:val="4"/>
    <w:lvlOverride w:ilvl="0">
      <w:startOverride w:val="1"/>
    </w:lvlOverride>
  </w:num>
  <w:num w:numId="72" w16cid:durableId="974028258">
    <w:abstractNumId w:val="5"/>
    <w:lvlOverride w:ilvl="0">
      <w:startOverride w:val="1"/>
    </w:lvlOverride>
  </w:num>
  <w:num w:numId="73" w16cid:durableId="1697728733">
    <w:abstractNumId w:val="5"/>
    <w:lvlOverride w:ilvl="0">
      <w:startOverride w:val="1"/>
    </w:lvlOverride>
  </w:num>
  <w:num w:numId="74" w16cid:durableId="755176166">
    <w:abstractNumId w:val="4"/>
    <w:lvlOverride w:ilvl="0">
      <w:startOverride w:val="1"/>
    </w:lvlOverride>
  </w:num>
  <w:num w:numId="75" w16cid:durableId="608968441">
    <w:abstractNumId w:val="4"/>
    <w:lvlOverride w:ilvl="0">
      <w:startOverride w:val="1"/>
    </w:lvlOverride>
  </w:num>
  <w:num w:numId="76" w16cid:durableId="863521204">
    <w:abstractNumId w:val="4"/>
    <w:lvlOverride w:ilvl="0">
      <w:startOverride w:val="1"/>
    </w:lvlOverride>
  </w:num>
  <w:num w:numId="77" w16cid:durableId="1018115151">
    <w:abstractNumId w:val="4"/>
    <w:lvlOverride w:ilvl="0">
      <w:startOverride w:val="1"/>
    </w:lvlOverride>
  </w:num>
  <w:num w:numId="78" w16cid:durableId="99839876">
    <w:abstractNumId w:val="4"/>
    <w:lvlOverride w:ilvl="0">
      <w:startOverride w:val="2"/>
    </w:lvlOverride>
  </w:num>
  <w:num w:numId="79" w16cid:durableId="322391282">
    <w:abstractNumId w:val="4"/>
    <w:lvlOverride w:ilvl="0">
      <w:startOverride w:val="3"/>
    </w:lvlOverride>
  </w:num>
  <w:num w:numId="80" w16cid:durableId="799152379">
    <w:abstractNumId w:val="4"/>
    <w:lvlOverride w:ilvl="0">
      <w:startOverride w:val="4"/>
    </w:lvlOverride>
  </w:num>
  <w:num w:numId="81" w16cid:durableId="877545383">
    <w:abstractNumId w:val="4"/>
    <w:lvlOverride w:ilvl="0">
      <w:startOverride w:val="5"/>
    </w:lvlOverride>
  </w:num>
  <w:num w:numId="82" w16cid:durableId="1640649747">
    <w:abstractNumId w:val="4"/>
    <w:lvlOverride w:ilvl="0">
      <w:startOverride w:val="6"/>
    </w:lvlOverride>
  </w:num>
  <w:num w:numId="83" w16cid:durableId="1139104312">
    <w:abstractNumId w:val="4"/>
    <w:lvlOverride w:ilvl="0">
      <w:startOverride w:val="7"/>
    </w:lvlOverride>
  </w:num>
  <w:num w:numId="84" w16cid:durableId="785389010">
    <w:abstractNumId w:val="4"/>
    <w:lvlOverride w:ilvl="0">
      <w:startOverride w:val="8"/>
    </w:lvlOverride>
  </w:num>
  <w:num w:numId="85" w16cid:durableId="1583678914">
    <w:abstractNumId w:val="4"/>
    <w:lvlOverride w:ilvl="0">
      <w:startOverride w:val="9"/>
    </w:lvlOverride>
  </w:num>
  <w:num w:numId="86" w16cid:durableId="1693845560">
    <w:abstractNumId w:val="4"/>
    <w:lvlOverride w:ilvl="0">
      <w:startOverride w:val="10"/>
    </w:lvlOverride>
  </w:num>
  <w:num w:numId="87" w16cid:durableId="1591347441">
    <w:abstractNumId w:val="4"/>
    <w:lvlOverride w:ilvl="0">
      <w:startOverride w:val="1"/>
    </w:lvlOverride>
  </w:num>
  <w:num w:numId="88" w16cid:durableId="1074426462">
    <w:abstractNumId w:val="4"/>
    <w:lvlOverride w:ilvl="0">
      <w:startOverride w:val="2"/>
    </w:lvlOverride>
  </w:num>
  <w:num w:numId="89" w16cid:durableId="4283107">
    <w:abstractNumId w:val="4"/>
    <w:lvlOverride w:ilvl="0">
      <w:startOverride w:val="3"/>
    </w:lvlOverride>
  </w:num>
  <w:num w:numId="90" w16cid:durableId="683094976">
    <w:abstractNumId w:val="4"/>
    <w:lvlOverride w:ilvl="0">
      <w:startOverride w:val="4"/>
    </w:lvlOverride>
  </w:num>
  <w:num w:numId="91" w16cid:durableId="1546789529">
    <w:abstractNumId w:val="4"/>
    <w:lvlOverride w:ilvl="0">
      <w:startOverride w:val="5"/>
    </w:lvlOverride>
  </w:num>
  <w:num w:numId="92" w16cid:durableId="751925651">
    <w:abstractNumId w:val="4"/>
    <w:lvlOverride w:ilvl="0">
      <w:startOverride w:val="1"/>
    </w:lvlOverride>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BE3"/>
    <w:rsid w:val="0014335D"/>
    <w:rsid w:val="0015074B"/>
    <w:rsid w:val="0029639D"/>
    <w:rsid w:val="00326F90"/>
    <w:rsid w:val="003536B7"/>
    <w:rsid w:val="003D1940"/>
    <w:rsid w:val="00632D14"/>
    <w:rsid w:val="00697943"/>
    <w:rsid w:val="006D5139"/>
    <w:rsid w:val="0074552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91E996"/>
  <w14:defaultImageDpi w14:val="300"/>
  <w15:docId w15:val="{0CBD0BA6-98E4-4B06-9B52-4F656D02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eastAsia="微软雅黑" w:hAnsi="Calibri"/>
      <w:color w:val="1F2933"/>
    </w:rPr>
  </w:style>
  <w:style w:type="paragraph" w:styleId="1">
    <w:name w:val="heading 1"/>
    <w:basedOn w:val="a1"/>
    <w:next w:val="a1"/>
    <w:link w:val="10"/>
    <w:uiPriority w:val="9"/>
    <w:qFormat/>
    <w:rsid w:val="00FC693F"/>
    <w:pPr>
      <w:keepNext/>
      <w:keepLines/>
      <w:spacing w:before="320" w:after="160" w:line="240" w:lineRule="auto"/>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2"/>
    <w:uiPriority w:val="9"/>
    <w:unhideWhenUsed/>
    <w:qFormat/>
    <w:rsid w:val="00FC693F"/>
    <w:pPr>
      <w:keepNext/>
      <w:keepLines/>
      <w:spacing w:before="240" w:line="240" w:lineRule="auto"/>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2"/>
    <w:uiPriority w:val="9"/>
    <w:unhideWhenUsed/>
    <w:qFormat/>
    <w:rsid w:val="00FC693F"/>
    <w:pPr>
      <w:keepNext/>
      <w:keepLines/>
      <w:spacing w:before="160" w:after="80" w:line="240" w:lineRule="auto"/>
      <w:outlineLvl w:val="2"/>
    </w:pPr>
    <w:rPr>
      <w:rFonts w:asciiTheme="majorHAnsi" w:eastAsiaTheme="majorEastAsia" w:hAnsiTheme="majorHAnsi" w:cstheme="majorBidi"/>
      <w:b/>
      <w:bCs/>
      <w:color w:val="1F4D78"/>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160" w:line="280" w:lineRule="auto"/>
      <w:ind w:left="72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spacing w:after="160" w:line="280" w:lineRule="auto"/>
      <w:ind w:left="720"/>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before="80" w:after="80" w:line="240" w:lineRule="auto"/>
    </w:pPr>
    <w:rPr>
      <w:b/>
      <w:bCs/>
      <w:color w:val="5B6573"/>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3067</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职来 AI 求职招聘平台产品与开发实施方案</dc:title>
  <dc:subject>基于 Frappe Framework 的两人团队可执行产品、技术与交付计划</dc:subject>
  <dc:creator>职来项目组</dc:creator>
  <cp:keywords>职来, AI求职助手, 招聘平台, Frappe, PRD, 开发计划</cp:keywords>
  <dc:description>版式采用 standard_business_brief；正文 Calibri 11pt，中文使用 Microsoft YaHei 作为 East Asia 字体；表格使用一致的 9pt 紧凑覆盖；首版采用 memo_masthead。</dc:description>
  <cp:lastModifiedBy>a7030</cp:lastModifiedBy>
  <cp:revision>4</cp:revision>
  <dcterms:created xsi:type="dcterms:W3CDTF">2013-12-23T23:15:00Z</dcterms:created>
  <dcterms:modified xsi:type="dcterms:W3CDTF">2026-07-29T05:47:00Z</dcterms:modified>
  <cp:category/>
</cp:coreProperties>
</file>