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// ==================== index.js ====================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AppRegistry } from 'react-native';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App from './App';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name as appName } from './app.json';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AppRegistry.registerComponent(appName, () =&gt; App);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// ==================== App.tsx ====================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React, { useEffect } from 'react';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StyleSheet, StatusBar, Platform, PermissionsAndroid } from 'react-native';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SafeAreaView } from 'react-native-safe-area-context';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NavigationContainer } from '@react-navigation/native';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RootNavigator } from './src/navigation';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useAuthStore, useUserStore, useNotificationStore, usePushStore, useChatStore } from './src/store';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COLORS } from './src/utils/constants';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Toast from 'react-native-toast-message';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easemobService, toEasemobUsername } from './src/services/easemob';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function App()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{ initialize: initAuth } = useAuthStore();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{ initialize: initUser } = useUserStore();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{ loadSettings } = useNotificationStore();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{ initCloud } = usePushStore();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{ loadSeqIds, syncAll } = useChatStore();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useEffect(()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async function initialize()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localTasks = [initAuth(), initUser(), loadSettings(), loadSeqIds()];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await Promise.all(localTasks);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if (Platform.OS === 'android' &amp;&amp; Platform.Version &gt;= 33)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const granted = await PermissionsAndroid.request(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PermissionsAndroid.PERMISSIONS.POST_NOTIFICATIONS,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title: '通知权限',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message: '青核校园需要通知权限来接收消息提醒',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buttonNeutral: '稍后',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buttonNegative: '取消',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buttonPositive: '允许',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if (granted === PermissionsAndroid.RESULTS.GRANTED)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console.log('[Push] Android通知权限已授予');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 catch (error)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console.warn('[Push] 请求通知权限失败:', error);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initCloud();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authed = useAuthStore.getState().isLoggedIn;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if (authed)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const currentUser = useUserStore.getState().currentUser;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if (currentUser?.id)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console.log('[Push] ★ 缓存登录：准备 bindAccount, userId=', currentUser.id);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const { bindAccount } = usePushStore.getState();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bindAccount(currentUser.id);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const easemobUid = toEasemobUsername(currentUser.id);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const easemobPwd = 'campus_' + currentUser.id;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easemobService.login(easemobUid, easemobPwd).catch(() =&gt; {});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await syncAll();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 catch (_) {}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initialize();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 [initAuth, initUser, loadSettings, initCloud, loadSeqIds, syncAll]);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return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&lt;SafeAreaView style={styles.container}&gt;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&lt;StatusBar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barStyle="dark-content"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backgroundColor={COLORS.background}//设置statusBar背景颜色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translucent={false}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&lt;NavigationContainer&gt;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&lt;RootNavigator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&lt;/NavigationContainer&gt;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&lt;Toast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&lt;/SafeAreaView&gt;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const styles = StyleSheet.create({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container: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COLORS.background,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default App;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// ==================== src/navigation/RootNavigator.tsx ====================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React from 'react';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createNativeStackNavigator } from '@react-navigation/native-stack';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useAuthStore } from '../store';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TabNavigator from './TabNavigator';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type { RootStackParamList, AuthStackParamList } from './types';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LoginPage from '../screens/Auth/LoginPage';//登录页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VerificationPage from '../screens/Auth/VerificationPage';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ProfileSetupWizard from '../screens/Auth/ProfileSetupWizard';//注册,完成后-继续完善资料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UserDetail from '../screens/SocialPage/UserDetail';//首页-用户详情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Publish from '../screens/CampusPage/Publish';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VideoPublish from '../screens/CampusPage/VideoPublish';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VideoPreviewScreen from '../screens/CampusPage/VideoPreviewScreen';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ImagePreviewScreen from '../screens/CampusPage/ImagePreviewScreen';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AnnouncementList from '../screens/Announcement/AnnouncementListPage';//首页-公告banner-公告列表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AnnouncementDetail from '../screens/Announcement/AnnouncementDetailPage';//我的-我的公告-公告详情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AnnouncementPublish from '../screens/Announcement/AnnouncementPublishPage';//我的-我的公告-发布公告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ActivityGroup from '../screens/Activity/ActivityGroupPage';//首页-组局活动-更多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ActivityDetail from '../screens/Activity/ActivityDetailPage';//首页-活动详情  活动详情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CreateActivity from '../screens/Activity/CreateActivityPage';//首页-组局活动-更多-发起  我的-我的组局-发起组局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CreateGroup from '../screens/Group/CreateGroupPage';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ChatDetail from '../screens/Chat/ChatDetailPage';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EphemeralChat from '../screens/Chat/EphemeralChatPage';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Notifications from '../screens/Chat/NotificationsPage';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EditProfile from '../screens/Profile/ProfileEditPage';//我的-编辑资料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Points from '../screens/Profile/PointPage';//我的-我的积分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FriendsList from '../screens/Social/FriendsListPage';//我的-我的好友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FriendRequests from '../screens/Social/FriendRequestsPage';//我的-好友申请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MyActivities from '../screens/Activity/MyActivitiesPage';//我的-我的组局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MyMoments from '../screens/Moment/MyMomentsPage';//我的-我的动态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MyAnnouncements from '../screens/Announcement/MyAnnouncementListPage';//我的-我的公告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VerifiedMap from '../screens/Map/VerifiedMapPage';//我的-认证地图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AddFriend from '../screens/Social/AddFriendPage';//我的-我的好友-添加好友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Blacklist from '../screens/Social/BlacklistPage';//我的-我的好友-黑名单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FriendDetail from '../screens/Social/FriendDetailPage';//我的-我的好友-好友详情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SoulMatch from '../screens/Social/SoulMatchPage';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SocialGraph from '../screens/Social/SocialGraphPage';//交友-社交图谱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MyFriends from '../screens/ProfilePage/MyFriends';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Settings from '../screens/Profile/SettingsPage';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Review from '../screens/Profile/ReviewPage';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Moment from '../screens/Moment/MomentPage';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Search from '../screens/Discover/SearchPage';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Nearby from '../screens/Discover/NearbyPage';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CampusRadar from '../screens/Discover/CampusRadarPage';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Scan from '../screens/Discover/ScanPage';//首页-添加好友-扫一扫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SchoolMap from '../screens/Map/SchoolMapPage';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const RootStack = createNativeStackNavigator&lt;RootStackParamList&gt;();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const AuthStack = createNativeStackNavigator&lt;AuthStackParamList&gt;();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function AuthNavigator()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return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&lt;AuthStack.Navigator screenOptions={{ headerShown: false }}&gt;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&lt;AuthStack.Screen name="Login" component={LoginPage}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&lt;AuthStack.Screen name="Verification" component={VerificationPage}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&lt;AuthStack.Screen name="ProfileSetup" component={ProfileSetupWizard}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&lt;/AuthStack.Navigator&gt;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function RootNavigator()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{ isLoggedIn } = useAuthStore();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return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&lt;RootStack.Navigator screenOptions={{ headerShown: false }}&gt;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{isLoggedIn ?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name="Main" component={TabNavigator}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name="Publish" component={Publish} options={{ title: '发布'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name="VideoPublish" component={VideoPublish} options={{ title: '发布视频'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name="VideoPreview" component={VideoPreviewScreen} options={{ headerShown: false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name="ImagePreview" component={ImagePreviewScreen} options={{ headerShown: false, animation: 'fade'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name="UserDetail" component={UserDetail} options={{ title: '用户详情' }} /&gt;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name="AnnouncementList" component={AnnouncementList} options={{ title: '公告列表'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name="AnnouncementDetail" component={AnnouncementDetail} options={{ title: '公告详情'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name="AnnouncementPublish" component={AnnouncementPublish} options={{ title: '发布公告'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name="MyAnnouncements" component={MyAnnouncements} options={{ title: '我的公告'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name="ActivityGroup" component={ActivityGroup} options={{ title: '活动组局'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name="ActivityDetail" component={ActivityDetail} options={{ title: '活动详情'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name="CreateActivity" component={CreateActivity} options={{ title: '发起活动'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name="MyActivities" component={MyActivities} options={{ title: '我的活动'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name="CreateGroup" component={CreateGroup} options={{ title: '创建群聊'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name="ChatDetail" component={ChatDetail} options={{ title: '聊天详情'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name="EphemeralChat" component={EphemeralChat} options={{ title: '临时聊天'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name="Notifications" component={Notifications} options={{ title: '通知'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name="FriendsList" component={FriendsList} options={{ title: '好友列表'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name="FriendDetail" component={FriendDetail} options={{ title: '好友详情'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name="FriendRequests" component={FriendRequests} options={{ title: '好友申请'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name="AddFriend" component={AddFriend} options={{ title: '添加好友'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name="Blacklist" component={Blacklist} options={{ title: '黑名单'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name="SoulMatch" component={SoulMatch} options={{ title: '灵魂匹配'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name="SocialGraph" component={SocialGraph} options={{ title: '社交图谱'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name="EditProfile" component={EditProfile} options={{ title: '编辑资料'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name="MyFriends" component={MyFriends} options={{ title: '我的好友'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name="Settings" component={Settings} options={{ title: '设置'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name="Points" component={Points} options={{ title: '积分'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name="Review" component={Review} options={{ title: '审核'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name="MyMoments" component={MyMoments} options={{ title: '我的动态'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name="Moment" component={Moment} options={{ title: '动态'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name="Search" component={Search} options={{ title: '搜索'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name="Nearby" component={Nearby} options={{ title: '附近'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name="CampusRadar" component={CampusRadar} options={{ title: '校园雷达'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name="Scan" component={Scan} options={{ title: '扫一扫'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name="SchoolMap" component={SchoolMap} options={{ title: '校园地图'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name="VerifiedMap" component={VerifiedMap} options={{ title: '认证地图'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&lt;RootStack.Screen name="Verification" component={VerificationPage} options={{ title: '身份认证'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) :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&lt;RootStack.Screen name="Auth" component={AuthNavigator}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&lt;/RootStack.Navigator&gt;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default RootNavigator;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// ==================== src/navigation/TabNavigator.tsx ====================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React from 'react';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createBottomTabNavigator } from '@react-navigation/bottom-tabs';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type { MainTabParamList } from './types';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HomePage from '../screens/HomePage/HomePage';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SocialPage from '../screens/SocialPage/SocialPage';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CampusPage from '../screens/CampusPage/CampusPage';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ChatListPage from '../screens/Chat/ChatListPage';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ProfilePage from '../screens/ProfilePage/ProfilePage';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COLORS } from '../utils/constants';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Home,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Heart,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Newspaper,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MessageCircle,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 from 'lucide-react-native';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useNotificationStore } from '../store';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useNotificationSSE } from '../hooks/useNotificationSSE';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const Tab = createBottomTabNavigator&lt;MainTabParamList&gt;();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function TabNavigator()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{ totalUnreadCount } = useNotificationStore();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useNotificationSSE();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renderIcon =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IconComponent: React.FC&lt;{ size?: number; color?: string }&gt;,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 =&gt; ({ focused, color, size }: { focused: boolean; color: string; size: number }) =&gt;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&lt;IconComponent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size={size}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color={focused ? COLORS.primary : COLORS.textMuted}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return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&lt;Tab.Navigator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screenOptions={{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headerShown: false,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tabBarActiveTintColor: COLORS.primary,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tabBarInactiveTintColor: COLORS.textMuted,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tabBarStyle: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borderTopWidth: 0.5,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borderTopColor: COLORS.border,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paddingBottom: 8,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paddingTop: 8,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height: 60,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&lt;Tab.Screen name="Home" component={HomePage} options={{ title: '首页', tabBarIcon: renderIcon(Home),}}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&lt;Tab.Screen name="Social" component={SocialPage} options={{ title: '交友', tabBarIcon: renderIcon(Heart),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&lt;Tab.Screen name="Campus" component={CampusPage} options={{ title: '动态', tabBarIcon: renderIcon(Newspaper),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&lt;Tab.Screen name="Chat" component={ChatListPage} options={{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title: '消息',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tabBarIcon: renderIcon(MessageCircle),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tabBarBadge: totalUnreadCount &gt; 0 ? (totalUnreadCount &gt; 99 ? '99+' : String(totalUnreadCount)) : undefined,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&lt;Tab.Screen name="Profile" component={ProfilePage} options={{ title: '我的', tabBarIcon: renderIcon(User), }}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&lt;/Tab.Navigator&gt;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default TabNavigator;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// ==================== src/navigation/index.ts ====================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{ default as RootNavigator } from './RootNavigator';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{ default as TabNavigator } from './TabNavigator';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type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RootStackParamList,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AuthStackParamList,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MainTabParamList,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HomeStackParamList,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SocialStackParamList,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CampusStackParamList,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ProfileStackParamList,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RootParamList,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 from './types';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// ==================== src/navigation/types.ts ====================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interface IProfileSetupData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nickname?: string;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gender?: 'male' | 'female';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grade?: string;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universityId?: string;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universityName?: string;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college?: string;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major?: string;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interests: string[];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type RootStackParamList =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Auth: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Main: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Publish: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VideoPublish: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VideoPreview: { url: string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ImagePreview: { images: string[]; initialIndex?: number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UserDetail: { userId: string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AnnouncementList: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AnnouncementDetail: { announcementId: string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AnnouncementPublish: { id?: string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MyAnnouncements: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ActivityGroup: { status?: string; reviewStatus?: string } |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ActivityDetail: { activityId: string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CreateActivity: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MyActivities: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CreateGroup: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ChatDetail: { userId?: string; nickname?: string; avatar?: string; groupId?: string; groupName?: string; groupEasemobId?: string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ChatPage: { userId: string; nickname?: string; avatar?: string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EphemeralChat: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Notifications: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FriendsList: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FriendDetail: { userId: string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FriendRequests: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AddFriend: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Blacklist: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SoulMatch: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SocialGraph: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EditProfile: undefined;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MyFriends: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Settings: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Points: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Review: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MyMoments: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Moment: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Search: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Nearby: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CampusRadar: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Scan: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SchoolMap: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VerifiedMap: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Verification: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type AuthStackParamList =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Login: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Register: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Verification: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ProfileSetup: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phone?: string;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universityId?: string;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universityName?: string;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type MainTabParamList =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Home: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Social: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Campus: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Chat: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Profile: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type HomeStackParamList =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HomeMain: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UserDetail: { userId: string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type SocialStackParamList =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SocialMain: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UserDetail: { userId: string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MatchList: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SoulMatch: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SocialGraph: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FriendsList: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FriendDetail: { userId: string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FriendRequests: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Blacklist: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AddFriend: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type CampusStackParamList =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CampusMain: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Publish: undefined;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VideoPublish: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type ProfileStackParamList =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ProfileMain: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EditProfile: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MyFriends: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MyPosts: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Points: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FriendRequests: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MyActivities: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MyMoments: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MyAnnouncements: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VerifiedMap: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Settings: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Notifications: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Review: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UserDetail: { userId: string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AnnouncementList: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AnnouncementDetail: { announcementId: string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AnnouncementPublish: { id?: string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SchoolMap: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type DiscoverStackParamList =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DiscoverMain: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Search: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Nearby: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CampusRadar: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Scan: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UserDetail: { userId: string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SchoolMap: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VerifiedMap: undefined;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type RootParamList = RootStackParamList;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// ==================== src/screens/Auth/LoginPage.tsx ====================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React, { useState, useEffect, useCallback } from 'react';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{View,Text,TextInput,TouchableOpacity,StyleSheet,Alert,KeyboardAvoidingView,Platform,ScrollView,Modal,} from 'react-native';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type { NativeStackScreenProps } from '@react-navigation/native-stack';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type { AuthStackParamList } from '../../navigation/types';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COLORS, SPACING, BORDER_RADIUS } from '../../utils/constants';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Button from '../../components/ui/Button';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Eye, EyeOff, ChevronRight, Check, X, CheckCircle2 } from 'lucide-react-native';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Toast from 'react-native-toast-message';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ToastUtil from '../../utils/toastUtil';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useAuth } from '../../hooks/useAuth';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register,sendCaptcha, } from '../../api/auth';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getSchools } from '../../api/school';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ISchool } from '../../types';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useAuthStore, useUserStore } from '../../store';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type Props = NativeStackScreenProps&lt;AuthStackParamList, 'Login'&gt;;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const USER_AGREEMENT = `《青核用户协议》\n\n欢迎您使用青核！\n\n一、服务条款的确认\n1. 本协议是您与青核之间关于使用本平台服务的协议。\n2. 您使用本平台服务即表示您已阅读并同意本协议的全部内容。\n\n二、账号注册与安全\n1. 您应当提供真实、准确的个人信息进行注册。\n2. 您有责任妥善保管账号密码，对账号下的所有行为负责。\n\n三、用户行为规范\n1. 遵守法律法规，不得发布违法违规内容。\n2. 尊重他人权益，不得侵犯他人隐私和知识产权。\n\n四、隐私保护\n我们重视您的隐私保护，具体请参见《隐私政策》。`;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const PRIVACY_POLICY = `《青核隐私政策》\n\n一、信息收集\n我们可能收集以下信息：\n1. 注册信息：手机号等基本信息。\n2. 使用信息：您使用我们服务时产生的日志信息。\n\n二、信息使用\n我们使用您的信息用于：\n1. 提供和改进我们的服务。\n2. 个性化推荐和内容展示。\n\n三、信息安全\n我们采取多种安全措施保护您的信息安全。`;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function LoginPage({ navigation }: Props)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[isLoading, setIsLoading] = useState(false);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[isRegisterMode, setIsRegisterMode] = useState(false);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{ login } = useAuth();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[loginType, setLoginType] = useState&lt;'password' | 'code'&gt;('password');//登录类型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[phone, setPhone] = useState('');//手机号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[password, setPassword] = useState('');//密码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[showPassword, setShowPassword] = useState(false);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[verifyCode, setVerifyCode] = useState('');//验证码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[countdown, setCountdown] = useState(0);//倒计时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[showUniModal, setShowUniModal] = useState(false);//学校选择框显示控制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[uniSearch, setUniSearch] = useState('');//学校搜索框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[schools, setSchools] = useState&lt;ISchool[]&gt;([]);//学校列表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[selectedUniversity, setSelectedUniversity] = useState&lt;string&gt;('');//选中的学校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[agreed, setAgreed] = useState(false);//是否同意协议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[showAgreement, setShowAgreement] = useState(false);//用户协议显示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[showPolicy, setShowPolicy] = useState(false);//隐私政策显示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[showRegisterSuccess, setShowRegisterSuccess] = useState(false);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{ setToken, setLogin } = useAuthStore();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{ setCurrentUser } = useUserStore();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useEffect(()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fetchSchools();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 []);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useEffect(()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fetchSchools(uniSearch);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 [uniSearch]);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useEffect(()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(countdown &gt; 0)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timer = setTimeout(() =&gt; setCountdown(countdown - 1), 1000);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return () =&gt; clearTimeout(timer);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 [countdown]);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const fetchSchools = async (keyword?: string)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res = await getSchools(keyword);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if (res.code !== 200)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ToastUtil.error(res.message);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setSchools(res.data.items || []);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catch (error)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ToastUtil.error('获取学校列表失败');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validatePhone = useCallback((p: string): boolean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(!p)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ToastUtil.error('请输入手机号');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return false;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(!/^1[3-9]\d{9}$/.test(p)) {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ToastUtil.error('请输入正确的手机号');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return false;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return true;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 []);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sendCode = useCallback(async 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(!validatePhone(phone))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res = await sendCaptcha({ phone 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if (res.code === 200)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setCountdown(60);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ToastUtil.success('验证码已发送');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 else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ToastUtil.error(res.message || '发送失败');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catch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ToastUtil.error('发送失败，请稍后重试');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 [phone, validatePhone]);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handleLogin = useCallback(async 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(!validatePhone(phone))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(loginType === 'password' &amp;&amp; !password)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ToastUtil.error('请输入密码');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(loginType === 'code' &amp;&amp; !verifyCode)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ToastUtil.error('请输入验证码');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setIsLoading(true);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pass = loginType === 'password' ? password : '';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code = loginType === 'code' ? verifyCode : '';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res = await login({ phone: phone, password: pass, captcha: code 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if (res.code !== 200)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ToastUtil.error(res.message);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ToastUtil.success('登录成功');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catch (e: any)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ToastUtil.error(e?.message || (loginType === 'password' ? '手机号或密码错误' : '登录失败'));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finally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setIsLoading(false);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 [phone, password, verifyCode, loginType, login, validatePhone]);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handleRegister = useCallback(async 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(!validatePhone(phone))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(!verifyCode)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Toast.show({type: 'error',text1: '请输入验证码',});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return;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(!verifyCode)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Toast.show({type: 'error',text1: '验证码错误',});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(!password || password.length &lt; 6)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Toast.show({type: 'error',text1: '密码至少6位',});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(!agreed)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Toast.show({type: 'error',text1: '请同意用户协议和隐私政策',});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(!selectedUniversity)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Toast.show({type: 'error',text1: '请选择你的学校',});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setIsLoading(true);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res = await register({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phone:phone,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password:password,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captcha:verifyCode,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universityName:selectedUniversity,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if(res.code !== 200){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ToastUtil.error(res.message);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await setToken(res.data.token);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await setCurrentUser(res.data.user);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setShowRegisterSuccess(true);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catch (error: any)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ToastUtil.error(error?.message || '注册失败');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finally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setIsLoading(false);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 [phone, verifyCode, password, agreed, selectedUniversity, navigation, validatePhone]);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toSupplements = () =&gt; {//完善个人资料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navigation.navigate('ProfileSetup',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phone,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universityId: schools.find((u) =&gt; u.name === selectedUniversity)?.id,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universityName: selectedUniversity,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enterAppDirectly = async (phone: string,password: string) =&gt; {//注册后已经缓存了token/user,点击进入，直接跳转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await setLogin(true);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ToastUtil.success('登录成功');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renderLogin = 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return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style={styles.tabRow}&gt;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style={[styles.tab, loginType === 'password' &amp;&amp; styles.tabActive]}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onPress={() =&gt; setLoginType('password')}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style={[styles.tabText, loginType === 'password' &amp;&amp; styles.tabTextActive]}&gt;密码登录&lt;/Text&gt;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style={[styles.tab, loginType === 'code' &amp;&amp; styles.tabActive]}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onPress={() =&gt; setLoginType('code')}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style={[styles.tabText, loginType === 'code' &amp;&amp; styles.tabTextActive]}&gt; 验证码登录&lt;/Text&gt;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style={styles.form}&gt;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style={styles.inputWrapper}&gt;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 style={styles.inputIcon}&gt;+86&lt;/Text&gt;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&lt;TextInput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style={styles.input}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placeholder="请输入手机号"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keyboardType="phone-pad"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value={phone}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onChangeText={setPhone}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maxLength={11}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placeholderTextColor={COLORS.textMuted}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{loginType === 'password' ?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 style={styles.inputWrapper}&gt;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&lt;TextInput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style={[styles.input, { flex: 1 }]}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placeholder="请输入密码"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secureTextEntry={!showPassword}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value={password}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onChangeText={setPassword}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placeholderTextColor={COLORS.textMuted}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&lt;TouchableOpacity onPress={() =&gt; setShowPassword(!showPassword)} style={{ marginLeft: SPACING.sm }}&gt;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{showPassword ? &lt;EyeOff size={20} color={COLORS.textMuted} /&gt; : &lt;Eye size={20} color={COLORS.textMuted} /&gt;}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) :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 style={styles.codeRow}&gt;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&lt;View style={[styles.inputWrapper, { flex: 1 }]}&gt;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&lt;TextInput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style={[styles.input, { flex: 1 }]}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placeholder="请输入验证码"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keyboardType="number-pad"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value={verifyCode}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onChangeText={setVerifyCode}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maxLength={6}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placeholderTextColor={COLORS.textMuted}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style={[styles.codeBtn, countdown &gt; 0 &amp;&amp; styles.codeBtnDisabled]}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onPress={sendCode}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disabled={countdown &gt; 0}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&lt;Text style={styles.codeBtnText}&gt;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{countdown &gt; 0 ? `${countdown}s` : '获取验证码'}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&lt;Button title="登录" onPress={handleLogin} loading={isLoading} style={styles.submitBtn}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style={styles.switchModeBtn}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onPress={()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setIsRegisterMode(!isRegisterMode);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setPassword('');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setVerifyCode('');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&lt;Text style={styles.switchModeText}&gt;没有账号？去注册&lt;/Text&gt;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renderRegister = 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return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style={styles.form}&gt;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style={styles.inputWrapper}&gt;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style={styles.inputIcon}&gt;+86&lt;/Text&gt;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&lt;TextInput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style={styles.input}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placeholder="请输入手机号"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keyboardType="phone-pad"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value={phone}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onChangeText={setPhone}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maxLength={11}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placeholderTextColor={COLORS.textMuted}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style={styles.inputWrapper}&gt;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&lt;TextInput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style={[styles.input, { flex: 1 }]}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placeholder="请输入密码"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secureTextEntry={!showPassword}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value={password}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onChangeText={setPassword}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placeholderTextColor={COLORS.textMuted}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&lt;TouchableOpacity onPress={() =&gt; setShowPassword(!showPassword)} style={{ marginLeft: SPACING.sm }}&gt;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{showPassword ? &lt;EyeOff size={20} color={COLORS.textMuted} /&gt; : &lt;Eye size={20} color={COLORS.textMuted} /&gt;}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style={styles.codeRow}&gt;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style={[styles.inputWrapper, { flex: 1 }]}&gt;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&lt;TextInput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style={[styles.input, { flex: 1 }]}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placeholder="请输入验证码"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keyboardType="number-pad"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value={verifyCode}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onChangeText={setVerifyCode}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maxLength={6}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placeholderTextColor={COLORS.textMuted}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style={[styles.codeBtn, countdown &gt; 0 &amp;&amp; styles.codeBtnDisabled]}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onPress={sendCode}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disabled={countdown &gt; 0}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 style={styles.codeBtnText}&gt;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{countdown &gt; 0 ? `${countdown}s` : '获取验证码'}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&lt;TouchableOpacity 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style={styles.selectRow}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onPress={() =&gt; setShowUniModal(true)}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 style={styles.selectText}&gt;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{selectedUniversity || '请选择学校'}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&lt;ChevronRight size={20} color={COLORS.textMuted}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&lt;TouchableOpacity style={styles.agreeRow} onPress={() =&gt; setAgreed(!agreed)}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style={[styles.checkbox, agreed &amp;&amp; styles.checkboxChecked]}&gt;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{agreed &amp;&amp; &lt;Check size={12} color="#fff" /&gt;}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style={styles.agreeText}&gt;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我已阅读并同意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style={styles.linkText}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onPress={() =&gt; setShowAgreement(true)}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&gt;《用户协议》&lt;/Text&gt;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和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style={styles.linkText}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onPress={() =&gt; setShowPolicy(true)}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&gt;《隐私政策》&lt;/Text&gt;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&lt;Button title="注册" onPress={handleRegister} loading={isLoading} style={styles.submitBtn}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style={styles.switchModeBtn}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onPress={()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setIsRegisterMode(!isRegisterMode);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setPassword('');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setVerifyCode('');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&lt;Text style={styles.switchModeText}&gt;已有账号？去登录&lt;/Text&gt;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renderRegisterSuccess = () =&gt;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&lt;View style={styles.registerSuccess}&gt;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style={styles.successModalContent}&gt;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style={styles.successIconWrapper}&gt;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&lt;CheckCircle2 size={40} color="#22c55e"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&lt;Text style={styles.successTitle}&gt;注册成功&lt;/Text&gt;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&lt;Text style={styles.successSubtitle}&gt;欢迎加入青核，开始你的校园之旅&lt;/Text&gt;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&lt;Button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title="完善资料"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onPress={toSupplements}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style={styles.successButton}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onPress={() =&gt; enterAppDirectly(phone,password)}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style={styles.successSkipBtn}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style={styles.successSkipText}&gt;跳过，直接进入&lt;/Text&gt;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return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&lt;KeyboardAvoidingView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style={styles.container}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behavior={Platform.OS === 'ios' ? 'padding' : undefined}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&lt;ScrollView contentContainerStyle={styles.scrollContent} keyboardShouldPersistTaps="handled"&gt;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style={styles.header}&gt;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style={styles.logoCircle}&gt;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style={styles.logoText}&gt;青&lt;/Text&gt;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&lt;Text style={styles.title}&gt;青核&lt;/Text&gt;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&lt;Text style={styles.subtitle}&gt;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{isRegisterMode ? '创建你的校园账号' : '欢迎回来'}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{!isRegisterMode ? renderLogin() :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showRegisterSuccess ? renderRegisterSuccess() 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: renderRegister()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&lt;/ScrollView&gt;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&lt;Modal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visible={showUniModal}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transparent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animationType="slide"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onRequestClose={() =&gt; setShowUniModal(false)}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style={styles.modalOverlay}&gt;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style={styles.modalContent}&gt;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style={styles.modalHeader}&gt;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 style={styles.modalTitle}&gt;选择学校&lt;/Text&gt;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&lt;TouchableOpacity onPress={() =&gt; setShowUniModal(false)}&gt;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&lt;X size={22} color={COLORS.textMuted}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&lt;TextInput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style={styles.searchInput}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placeholder="搜索学校"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value={uniSearch}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onChangeText={setUniSearch}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placeholderTextColor={COLORS.textMuted}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&lt;ScrollView style={styles.uniList}&gt;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{schools.map((uni) =&gt;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key={uni.id}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style={styles.uniItem}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onPress={()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setSelectedUniversity(uni.name);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setShowUniModal(false);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setUniSearch('');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&lt;Text style={styles.uniName}&gt;{uni.name}&lt;/Text&gt;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&lt;Text style={styles.uniCity}&gt;{uni.city}&lt;/Text&gt;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))}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&lt;/ScrollView&gt;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&lt;/Modal&gt;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&lt;Modal visible={showAgreement} transparent animationType="slide"&gt;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style={styles.modalOverlay}&gt;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style={styles.modalContent}&gt;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style={styles.modalHeader}&gt;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 style={styles.modalTitle}&gt;用户协议&lt;/Text&gt;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&lt;TouchableOpacity onPress={() =&gt; setShowAgreement(false)}&gt;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&lt;X size={22} color={COLORS.textMuted}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&lt;ScrollView style={styles.textScroll}&gt;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 style={styles.textBody}&gt;{USER_AGREEMENT}&lt;/Text&gt;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&lt;/ScrollView&gt;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&lt;/Modal&gt;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&lt;Modal visible={showPolicy} transparent animationType="slide"&gt;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style={styles.modalOverlay}&gt;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style={styles.modalContent}&gt;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style={styles.modalHeader}&gt;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 style={styles.modalTitle}&gt;隐私政策&lt;/Text&gt;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&lt;TouchableOpacity onPress={() =&gt; setShowPolicy(false)}&gt;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&lt;X size={22} color={COLORS.textMuted}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&lt;ScrollView style={styles.textScroll}&gt;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 style={styles.textBody}&gt;{PRIVACY_POLICY}&lt;/Text&gt;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&lt;/ScrollView&gt;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&lt;/Modal&gt;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&lt;/KeyboardAvoidingView&gt;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const styles = StyleSheet.create({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container: { flex: 1, backgroundColor: COLORS.background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scrollContent: { flexGrow: 1, paddingHorizontal: SPACING.lg, paddingTop: 60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header: { alignItems: 'center', marginBottom: SPACING.xl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logoCircle: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72,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72,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36,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COLORS.primary,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'center',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marginBottom: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logoText: { fontSize: 32, fontWeight: '700', color: '#fff'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title: { fontSize: 28, fontWeight: '700', color: COLORS.text, marginBottom: SPACING.xs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subtitle: { fontSize: 15, color: COLORS.textMuted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tabRow: { flexDirection: 'row', marginBottom: SPACING.lg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tab: { flex: 1, paddingVertical: SPACING.sm, alignItems: 'center'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tabActive: { borderBottomWidth: 2, borderBottomColor: COLORS.primary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tabText: { fontSize: 15, color: COLORS.textMuted, fontWeight: '500'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tabTextActive: { color: COLORS.primary, fontWeight: '600'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form: { gap: SPACING.md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inputWrapper: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'row',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paddingHorizontal: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50,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borderWidth: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borderColor: COLORS.border,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inputIcon: { fontSize: 15, color: COLORS.text, marginRight: SPACING.sm, fontWeight: '500'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input: { flex: 1, fontSize: 15, color: COLORS.text, padding: 0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eyeIcon: { fontSize: 20, marginLeft: SPACING.sm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codeRow: { flexDirection: 'row', gap: SPACING.sm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codeBtn: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110,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50,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COLORS.primary,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codeBtnDisabled: { backgroundColor: COLORS.border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codeBtnText: { color: '#fff', fontSize: 13, fontWeight: '600'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selectRow: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'row',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'space-between',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paddingHorizontal: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50,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borderWidth: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borderColor: COLORS.border,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selectText: { fontSize: 15, color: COLORS.text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arrow: { fontSize: 20, color: COLORS.textMuted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agreeRow: { flexDirection: 'row', alignItems: 'flex-start', gap: SPACING.sm, marginTop: SPACING.xs },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checkbox: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20,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20,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borderWidth: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borderColor: COLORS.border,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marginTop: 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checkboxChecked: { backgroundColor: COLORS.primary, borderColor: COLORS.primary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checkMark: { color: '#fff', fontSize: 12, fontWeight: '700'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agreeText: { flex: 1, fontSize: 13, color: COLORS.textMuted, lineHeight: 20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linkText: { color: COLORS.primary, fontWeight: '500'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submitBtn: { marginTop: SPACING.md, height: 50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switchModeBtn: { alignItems: 'center', marginTop: SPACING.sm, marginBottom: SPACING.xl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switchModeText: { fontSize: 14, color: COLORS.primary, fontWeight: '500'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modalOverlay: { flex: 1, backgroundColor: 'rgba(0,0,0,0.4)', justifyContent: 'flex-end'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modalContent: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borderTopLeftRadius: BORDER_RADIUS.card,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borderTopRightRadius: BORDER_RADIUS.card,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maxHeight: '80%',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modalHeader: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'row',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'space-between',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borderBottomWidth: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borderBottomColor: COLORS.border,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modalTitle: { fontSize: 17, fontWeight: '600', color: COLORS.text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modalClose: { fontSize: 22, color: COLORS.textMuted, padding: SPACING.xs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searchInput: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COLORS.background,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8,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paddingHorizontal: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44,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15,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COLORS.text,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uniList: { maxHeight: 300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uniItem: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'row',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'space-between',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borderBottomWidth: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borderBottomColor: COLORS.border,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uniName: { fontSize: 15, color: COLORS.text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uniCity: { fontSize: 13, color: COLORS.textMuted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textScroll: { padding: SPACING.md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textBody: { fontSize: 14, color: COLORS.text, lineHeight: 22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registerSuccess: { 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successModalContent: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padding: SPACING.xl,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marginHorizontal: SPACING.xs,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successIconWrapper: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56,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56,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'#dcfce7',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28,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marginBottom: SPACING.lg,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successTitle: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20,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fontWeight: '600',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COLORS.text,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marginBottom: SPACING.xs,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successSubtitle: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COLORS.textMuted,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marginBottom: SPACING.xl,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textAlign: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successButton: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'100%',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44,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marginBottom: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successSkipBtn: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paddingVertical: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successSkipText: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13,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COLORS.textMuted,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default LoginPage;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// ==================== src/screens/Auth/ProfileSetupWizard.tsx ====================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React, { useState, useEffect } from 'react';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View,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Text,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StyleSheet,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ScrollView,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TouchableOpacity,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TextInput,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Modal,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FlatList,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Alert,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 from 'react-native';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type { NativeStackScreenProps } from '@react-navigation/native-stack';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type { AuthStackParamList } from '../../navigation/types';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COLORS, SPACING, BORDER_RADIUS } from '../../utils/constants';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Button from '../../components/ui/Button';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Card from '../../components/ui/Card';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ChevronRight,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ChevronLeft,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Check,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MapPin,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Heart,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BookOpen,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Briefcase,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 from 'lucide-react-native';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updateProfile } from '../../api/auth'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getAreaTree } from '../../api/area'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getSchools, getCollegesByUniversity, getMajorsByCollege } from '../../api/school'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getInterests, type IDictItem } from '../../api/dict'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type { IUserInfor } from '../../types'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type { IArea } from '../../types/area'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type { ISchool, ICollege, IMajor } from '../../types/school'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ToastUtil from '../../utils/toastUtil'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useAuthStore } from '../../store/authStore'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useUserStore } from '../../store'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type Props = NativeStackScreenProps&lt;AuthStackParamList, 'ProfileSetup'&gt;;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interface AreaOption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value: string;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label: string;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const GRADES = [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 value: '大一', label: '大一'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 value: '大二', label: '大二'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 value: '大三', label: '大三'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 value: '大四', label: '大四'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 value: '研一', label: '研一'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 value: '研二', label: '研二'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 value: '研三', label: '研三'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 value: '博士', label: '博士' },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];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const STEPS = [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 title: '基本信息', icon: User, desc: '昵称与性别'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 title: '教育信息', icon: BookOpen, desc: '教育形式与学校专业'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 title: '个人信息', icon: Heart, desc: '家乡与兴趣'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];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function ProfileSetupWizard({ navigation, route }: Props)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[currentStep, setCurrentStep] = useState(0);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[formData, setFormData] = useState&lt;IUserInfor&gt;({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interests: [],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universityId: route.params?.universityId,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universityName: route.params?.universityName,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[interestTags, setInterestTags] = useState&lt;IDictItem[]&gt;([]);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[modalOpen, setModalOpen] = useState(false);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[modalConfig, setModalConfig] = useState&lt;{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title: string;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options: { value: string; label: string; city?: string }[];// 选项列表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value: string;// 当前选中的值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onSelect: (value: string, label: string) =&gt; void;// 选择回调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placeholder: string;// 提示符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 | null&gt;(null);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[searchValue, setSearchValue] = useState('');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{ setLogin } = useAuthStore();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[provinces, setProvinces] = useState&lt;AreaOption[]&gt;([]);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[areaTree, setAreaTree] = useState&lt;IArea[]&gt;([]);//省市区县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[universities, setUniversities] = useState&lt;ISchool[]&gt;([]);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[colleges, setColleges] = useState&lt;ICollege[]&gt;([]);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[majors, setMajors] = useState&lt;IMajor[]&gt;([]);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useEffect(()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fetchAreaTree();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fetchUniversities();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fetchInterests();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 []);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useEffect(()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(formData.universityId)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fetchColleges(formData.universityId);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 [formData.universityId]);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useEffect(()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(formData.collegeId)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fetchMajors(formData.collegeId);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 [formData.collegeId]);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fetchInterests = async 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tags = await getInterests();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setInterestTags(tags);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catch (error)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console.error('获取兴趣标签失败:', error);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fetchAreaTree = async 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res = await getAreaTree();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if (res.code === 200 &amp;&amp; res.data &amp;&amp; res.data.length &gt; 0)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const chinaData = res.data[0];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setAreaTree(chinaData.children || []);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setProvinces((chinaData.children || []).map(p =&gt; ({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value: String(p.areaId),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label: p.name,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})));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catch (error)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console.error('获取地区数据失败:', error);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fetchUniversities = async (keyword?: string)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res = await getSchools(keyword);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if (res.code === 200 &amp;&amp; res.data &amp;&amp; res.data.items.length &gt; 0)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setUniversities(res.data.items);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catch (error)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console.error('获取学校数据失败:', error);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getCities = (): AreaOption[]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(formData.hometownProvince)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province = areaTree.find(p =&gt; String(p.name) === formData.hometownProvince);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return province?.children?.map(c =&gt; ({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value: String(c.areaId),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label: c.name,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})) || [];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return [];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getDistricts = (): AreaOption[]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(formData.hometownCity)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for (const province of areaTree)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const city = province.children?.find(c =&gt; String(c.name) === formData.hometownCity);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if (city)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return city.children?.map(d =&gt; ({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value: String(d.areaId),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label: d.name,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})) || [];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return [];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fetchColleges = async (universityId: string)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(!universityId)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setColleges([]);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res = await getCollegesByUniversity({ id: universityId 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if (res.code === 200 &amp;&amp; res.data)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setColleges(res.data);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 else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setColleges([]);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catch (error)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console.error('获取学院数据失败:', error);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setColleges([]);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fetchMajors = async (collegeId: string)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(!collegeId)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setMajors([]);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res = await getMajorsByCollege({ collegeId 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if (res.code === 200 &amp;&amp; res.data)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setMajors(res.data);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 else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setMajors([]);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catch (error)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console.error('获取专业数据失败:', error);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setMajors([]);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toggleInterest = (id: string)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setFormData(prev =&gt; ({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...prev,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interests: prev.interests?.includes(id)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? prev.interests.filter(i =&gt; i !== id)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: [...(prev.interests || []), id].slice(0, 8),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}));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handleNext = 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(currentStep === 1 &amp;&amp; !formData.universityId)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ToastUtil.error('请选择您的大学');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(currentStep &lt; STEPS.length - 1)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setCurrentStep(currentStep + 1);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else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profileData: IUserInfor =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nickname: formData.nickname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gender: formData.gender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educationType: formData.educationType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universityId: formData.universityId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universityName: formData.universityName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collegeId: formData.collegeId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collegeName: formData.collegeName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majorId: formData.majorId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majorName: formData.majorName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secondMajorName: formData.secondMajorName,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grade: formData.grade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highSchool: formData.highSchool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hometownProvince: formData.hometownProvince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hometownCity: formData.hometownCity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hometownDistrict: formData.hometownDistrict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interests: formData.interests,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updateProfile(profileData)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.then((res)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if (res.code !== 200) { 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ToastUtil.error(res.message || '资料更新失败，请稍后重试');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return;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ToastUtil.success('资料设置成功');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useUserStore.getState().updateProfile({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nickname: formData.nickname,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gender: formData.gender,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universityName: formData.universityName,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majorName: formData.majorName,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grade: formData.grade,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interests: formData.interests,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hometown: formData.hometownCity || formData.hometownProvince,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setLogin(true);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.catch((error)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console.error('更新资料失败:', error);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ToastUtil.error('资料更新失败，请稍后重试');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handlePrev = 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(currentStep &gt; 0)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setCurrentStep(currentStep - 1);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else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navigation.goBack();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openSelectModal =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title: string,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options: { value: string; label: string }[],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value: string,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onSelect: (value: string, label: string) =&gt; void,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placeholder: string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setModalConfig({ title, options, value, onSelect, placeholder 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setSearchValue('');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setModalOpen(true);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(title === '大学')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fetchUniversities();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filteredOptions = modalConfig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? modalConfig.title === '大学'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? universities.map(u =&gt; ({ value: u.id, label: u.name, city: u.city }))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: modalConfig.options.filter(opt =&gt;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opt.label.toLowerCase().includes(searchValue.toLowerCase())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: [];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renderStepIndicator = () =&gt;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&lt;View style={styles.stepIndicatorContainer}&gt;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&lt;View style={styles.stepRow}&gt;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{STEPS.map((step, index) =&gt;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&lt;React.Fragment key={index}&gt;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style={styles.stepItem}&gt;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style={[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styles.stepCircle,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index &lt; currentStep &amp;&amp; styles.stepCircleCompleted,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index === currentStep &amp;&amp; styles.stepCircleActive,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{index &lt; currentStep ?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&lt;Check size={16} color="#fff"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) :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&lt;Text style={styles.stepNumber}&gt;{index + 1}&lt;/Text&gt;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{index &lt; STEPS.length - 1 &amp;&amp;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style={[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styles.stepLine,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index &lt; currentStep &amp;&amp; styles.stepLineActive,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&lt;/React.Fragment&gt;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))}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&lt;View style={styles.stepInfo}&gt;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&lt;Text style={styles.stepTitle}&gt;{STEPS[currentStep].title}&lt;/Text&gt;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&lt;Text style={styles.stepDesc}&gt;{STEPS[currentStep].desc}&lt;/Text&gt;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renderSelectButton =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label: string,//标签名称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displayValue: string,//显示值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placeholder: string,//占位符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options: { value: string; label: string }[],//选项列表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value: string,//当前值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onSelect: (value: string, label: string) =&gt; void//选择回调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 =&gt;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&lt;View style={styles.selectContainer}&gt;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&lt;Text style={styles.label}&gt;{label}&lt;/Text&gt;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style={styles.selectButton}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onPress={() =&gt; openSelectModal(label, options, value, onSelect, placeholder)}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&lt;Text style={[styles.selectText, displayValue ? styles.selectTextFilled : styles.selectTextEmpty]}&gt;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{displayValue || placeholder}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&lt;ChevronRight size={14} color={COLORS.textMuted}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renderStep0 = () =&gt;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&lt;View style={styles.stepContent}&gt;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&lt;View style={styles.fieldContainer}&gt;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&lt;Text style={styles.label}&gt;昵称&lt;/Text&gt;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&lt;TextInput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style={styles.input}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placeholder="给自己取个好听的昵称"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value={formData.nickname || ''}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onChangeText={(text) =&gt;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setFormData(prev =&gt; ({ ...prev, nickname: text }))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maxLength={20}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&lt;View style={styles.fieldContainer}&gt;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&lt;Text style={styles.label}&gt;性别&lt;/Text&gt;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style={styles.genderRow}&gt;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style={[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styles.genderBtn,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formData.gender === 'male' &amp;&amp; styles.genderBtnActive,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onPress={() =&gt;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setFormData(prev =&gt; ({ ...prev, gender: 'male' }))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style={styles.genderEmoji}&gt;👨&lt;/Text&gt;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style={styles.genderLabel}&gt;男生&lt;/Text&gt;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style={[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styles.genderBtn,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formData.gender === 'female' &amp;&amp; styles.genderBtnActive,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onPress={() =&gt;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setFormData(prev =&gt; ({ ...prev, gender: 'female' }))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style={styles.genderEmoji}&gt;👩&lt;/Text&gt;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style={styles.genderLabel}&gt;女生&lt;/Text&gt;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renderStep1 = () =&gt;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&lt;View style={styles.stepContent}&gt;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&lt;View style={styles.fieldContainer}&gt;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&lt;Text style={styles.label}&gt;教育形式&lt;/Text&gt;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style={styles.educationRow}&gt;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style={[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styles.educationBtn,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formData.educationType === 'fulltime' &amp;&amp; styles.educationBtnActive,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onPress={() =&gt;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setFormData(prev =&gt; ({ ...prev, educationType: 'fulltime' }))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style={[styles.educationLabel, formData.educationType === 'fulltime' &amp;&amp; styles.educationBtnActiveText]}&gt;全日制&lt;/Text&gt;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style={[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styles.educationBtn,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formData.educationType === 'parttime' &amp;&amp; styles.educationBtnActive,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onPress={() =&gt;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setFormData(prev =&gt; ({ ...prev, educationType: 'parttime' }))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style={[styles.educationLabel, formData.educationType === 'parttime' &amp;&amp; styles.educationBtnActiveText]}&gt;非全日制&lt;/Text&gt;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{formData.educationType === 'parttime' &amp;&amp;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style={styles.parttimeSection}&gt;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style={styles.parttimeHeader}&gt;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&lt;Briefcase size={16} color={COLORS.primary}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 style={styles.parttimeTitle}&gt;请填写您的工作信息&lt;/Text&gt;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style={styles.fieldContainer}&gt;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 style={styles.label}&gt;工作单位&lt;/Text&gt;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&lt;TextInput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style={styles.smallInput}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placeholder="请输入您的工作单位名称"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value={formData.companyName || ''}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onChangeText={(text) =&gt;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setFormData(prev =&gt; ({ ...prev, companyName: text }))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style={styles.fieldContainer}&gt;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 style={styles.label}&gt;所属行业&lt;/Text&gt;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 style={styles.industryRow}&gt;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{['互联网/IT', '金融', '教育', '医疗', '制造', '房地产', '贸易', '其他'].map((industry) =&gt;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key={industry}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style={[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  styles.industryBtn,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  formData.companyIndustry === industry &amp;&amp; styles.industryBtnActive,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onPress={() =&gt;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  setFormData(prev =&gt; ({ ...prev, companyIndustry: industry }))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&lt;Text style={[styles.industryLabel, formData.companyIndustry === industry &amp;&amp; styles.industryBtnActiveText]}&gt;{industry}&lt;/Text&gt;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))}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style={styles.fieldContainer}&gt;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 style={styles.label}&gt;岗位名称&lt;/Text&gt;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&lt;TextInput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style={styles.smallInput}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placeholder="请输入您的岗位名称"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value={formData.jobPosition || ''}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onChangeText={(text) =&gt;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setFormData(prev =&gt; ({ ...prev, jobPosition: text }))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{renderSelectButton(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'大学',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formData.universityName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'选择或搜索大学',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universities.map(u =&gt; ({ value: u.id, label: u.name, city: u.city })),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formData.universityId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(value, label)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setFormData(prev =&gt; ({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...prev,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universityId: value,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universityName: label,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collegeId: undefined,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collegeName: undefined,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majorId: undefined,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majorName: undefined,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}));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fetchColleges(value);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{renderSelectButton(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'学院',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formData.collegeName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formData.collegeId ? '选择学院' : '请先选择大学',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colleges.map(c =&gt; ({ value: c.id, label: c.name })),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formData.collegeId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(value, label)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setFormData(prev =&gt; ({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...prev,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collegeId: value,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collegeName: label,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majorId: undefined,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majorName: undefined,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}));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fetchMajors(value);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{renderSelectButton(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'专业',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formData.majorName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formData.majorId ?  '选择专业' : '请先选择学院',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majors.map(m =&gt; ({ value: m.id, label: m.name })),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formData.majorId ||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(value, label) =&gt; setFormData(prev =&gt; ({ ...prev, majorId: value, majorName: label}))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&lt;View style={styles.fieldContainer}&gt;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&lt;Text style={styles.label}&gt;年级&lt;/Text&gt;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style={styles.gradeGrid}&gt;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{GRADES.map((grade) =&gt; (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{QUICK_FILTER_TAGS.map((tag)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const isActive = quickFilters.includes(tag.key);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if (isActive)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return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&lt;React.Fragment key={tag.key}&gt;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&lt;Gradient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colors={[...tag.gradient]}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borderRadius={BORDER_RADIUS.full}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  style={st.quickTagActive}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  activeOpacity={0.85}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  onPress={() =&gt; toggleQuickFilter(tag.key)}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  &lt;Text style={st.quickTagTextActive}&gt;{tag.label}&lt;/Text&gt;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&lt;/Gradient&gt;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&lt;/React.Fragment&gt;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return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key={tag.key}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style={st.quickTag}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activeOpacity={0.85}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onPress={() =&gt; toggleQuickFilter(tag.key)}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&lt;Text style={st.quickTagText}&gt;{tag.label}&lt;/Text&gt;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})}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&lt;/ScrollView&gt;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style={st.searchRow}&gt;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style={st.searchInputWrap}&gt;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&lt;Search size={14} color={COLORS.textMuted}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&lt;TextInput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style={st.searchInput}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placeholder="搜索昵称、学校、专业..."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placeholderTextColor={COLORS.textMuted}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value={searchQuery}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onChangeText={setSearchQuery}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style={[st.filterBtn, activeFilterCount &gt; 0 &amp;&amp; st.filterBtnActive]}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activeOpacity={0.85}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onPress={() =&gt; setShowFilterModal(true)}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&lt;SlidersHorizontal size={16} color={activeFilterCount &gt; 0 ? '#fff' : COLORS.textMuted}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{activeFilterCount &gt; 0 &amp;&amp; (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 style={st.filterBadge}&gt;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&lt;Text style={st.filterBadgeText}&gt;{activeFilterCount}&lt;/Text&gt;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&lt;View style={st.listSection}&gt;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style={st.listHeader}&gt;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style={st.listTitleRow}&gt;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&lt;Users size={14} color={COLORS.text}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style={st.listTitle}&gt;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推荐同学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 style={st.listCount}&gt; ({filteredUsers.length})&lt;/Text&gt;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{isLoading ?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style={st.skeletonContainer}&gt;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{[1, 2, 3, 4, 5, 6].map((i) =&gt;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 key={i} style={st.skeletonCardWrapper}&gt;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{renderSkeletonCard()}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))}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) : filteredUsers.length === 0 ?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style={st.emptyState}&gt;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style={st.emptyText}&gt;没有找到符合条件的用户&lt;/Text&gt;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) :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&lt;FlatList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data={filteredUsers}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renderItem={renderItem}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keyExtractor={keyExtractor}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contentContainerStyle={st.listContent}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showsVerticalScrollIndicator={false}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removeClippedSubviews={true}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maxToRenderPerBatch={10}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windowSize={5}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initialNumToRender={6}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onEndReached={loadMore}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onEndReachedThreshold={0.3}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ListFooterComponent={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isLoadingMore ?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&lt;View style={st.footerLoader}&gt;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&lt;Text style={st.footerLoaderText}&gt;加载中...&lt;/Text&gt;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) : hasMore ? null : filteredUsers.length &gt; 0 ?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&lt;View style={st.footerLoader}&gt;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&lt;Text style={st.footerLoaderText}&gt;已经到底了&lt;/Text&gt;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) : null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&lt;FilterDrawer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visible={showFilterModal}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filters={filters}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filteredCount={filteredUsers.length}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hasActiveFilters={hasActiveFilters}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onClose={() =&gt; setShowFilterModal(false)}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onFilterChange={handleFilterChange}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onSchoolTextChange={handleSchoolText}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onMajorTextChange={handleMajorText}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onClear={clearFilters}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schoolOptions={schoolOptions}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const st = StyleSheet.create({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container: { flex: 1, backgroundColor: COLORS.background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topBar: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paddingHorizontal: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paddingTop: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paddingBottom: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borderBottomWidth: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borderBottomColor: COLORS.border,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shadowColor: '#000',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shadowOffset: { width: 0, height: 2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shadowOpacity: 0.05,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shadowRadius: 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elevation: 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quickEntryRow: { flexDirection: 'row', gap: SPACING.sm, marginBottom: SPACING.sm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quickEntryBtn: { flex: 1, borderRadius: BORDER_RADIUS.button, overflow: 'hidden'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quickEntryBtnInner: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'row',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gap: 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paddingVertical: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quickEntryBtnText: { color: '#fff', fontSize: 12, fontWeight: '600'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quickFilterRow: { gap: SPACING.sm, marginBottom: SPACING.sm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quickTag: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paddingHorizontal: 12,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paddingVertical: 6,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BORDER_RADIUS.full,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quickTagActive: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paddingHorizontal: 12,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paddingVertical: 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BORDER_RADIUS.full,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quickTagText: { fontSize: 12, fontWeight: '500', color: COLORS.mutedForeground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quickTagTextActive: { fontSize: 12, fontWeight: '500', color: '#fff'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searchRow: { flexDirection: 'row', alignItems: 'center', gap: SPACING.sm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searchInputWrap: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'row',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`${COLORS.muted}60`,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BORDER_RADIUS.button,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paddingHorizontal: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36,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searchInput: { flex: 1, fontSize: 13, color: COLORS.text, paddingVertical: 0, marginLeft: 4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filterBtn: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36,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36,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BORDER_RADIUS.button,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position: 'relative',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filterBtnActive: { backgroundColor: COLORS.primary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filterBadge: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position: 'absolute',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top: -4,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right: -4,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16,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16,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8,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COLORS.red,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filterBadgeText: { color: '#fff', fontSize: 10, fontWeight: '700'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listSection: { flex: 1, paddingHorizontal: SPACING.md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listHeader: { paddingVertical: SPACING.sm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listTitleRow: { flexDirection: 'row', alignItems: 'center', gap: 4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listTitle: { fontSize: 13, fontWeight: '600', color: COLORS.text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listCount: { fontSize: 11, color: COLORS.textMuted, fontWeight: '400'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listContent: { paddingBottom: SPACING.xl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userCard: {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marginBottom: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padding: 10,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userCardInner: { flexDirection: 'row', alignItems: 'center'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userAvatarWrap: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marginRight: 10,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position: 'relative',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identityBadge: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position: 'absolute',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bottom: -2,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right: -2,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16,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16,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userInfo: { flex: 1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userNameRow: { flexDirection: 'row', alignItems: 'center', gap: 6, marginBottom: 2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userName: { fontSize: 14, fontWeight: '600', color: COLORS.text, flexShrink: 1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matchBadge: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'row',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gap: 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paddingHorizontal: 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paddingVertical: 1.5,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`${COLORS.primary}10`,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matchBadgeText: { fontSize: 9, fontWeight: '500', color: COLORS.primary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userSchoolRow: { flexDirection: 'row', alignItems: 'center', gap: 2, marginBottom: 3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userSchool: { fontSize: 11, color: COLORS.textMuted, flexShrink: 1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userTags: { flexDirection: 'row', flexWrap: 'wrap', gap: 3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userTag: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9,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paddingHorizontal: 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paddingVertical: 1.5,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COLORS.mutedForeground,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greetBtn: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32,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32,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16,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`${COLORS.primary}15`,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greetBtnDone: { backgroundColor: `${COLORS.success}15` },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emptyState: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paddingVertical: SPACING.xl * 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marginTop: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emptyText: { fontSize: 13, color: COLORS.textMuted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skeletonContainer: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marginTop: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gap: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skeletonCardWrapper: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padding: 10,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shadowColor: '#000',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shadowOffset: { width: 0, height: 1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shadowOpacity: 0.05,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shadowRadius: 3,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elevation: 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skeletonCard: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'row',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gap: 10,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skeletonAvatar: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44,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44,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22,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skeletonInfo: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gap: 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skeletonName: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16,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'40%',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skeletonSchool: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12,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'60%',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skeletonTags: {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'row',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gap: 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skeletonTag: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12,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24,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skeletonButton: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32,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32,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16,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footerLoader: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paddingVertical: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footerLoaderText: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COLORS.textMuted,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default SocialPage;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// ==================== src/screens/SocialPage/UserDetail.tsx ====================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React, { useState, useEffect } from 'react';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View,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Text,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StyleSheet,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ScrollView,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TouchableOpacity,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Image,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Alert,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Dimensions,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ActivityIndicator,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 from 'react-native';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LinearGradient from 'react-native-linear-gradient';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useNavigation, useRoute, RouteProp } from '@react-navigation/native';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NativeStackNavigationProp } from '@react-navigation/native-stack';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RootStackParamList } from '../../navigation/types';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Avatar from '../../components/ui/Avatar';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Badge from '../../components/ui/Badge';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COLORS, BORDER_RADIUS, SPACING } from '../../utils/constants';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getFriendProfile,acceptFriendRequestByUserId,addFriend } from '../../api/friendship_full';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IFriendDetail } from '../../types/friendship';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type { IApiResponse } from '../../types/common';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ChevronLeft, Check, MessageCircle, GraduationCap, MapPin, BookOpen, Users, Shield } from 'lucide-react-native';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ToastUtil from '../../utils/toastUtil';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type NavigationProp = NativeStackNavigationProp&lt;RootStackParamList&gt;;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type RouteProps = RouteProp&lt;RootStackParamList, 'UserDetail'&gt;;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const { width: SCREEN_WIDTH } = Dimensions.get('window');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interface IFriend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id: string;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nickname: string;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avatar: string;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major: string;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const UserDetail: React.FC = 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navigation = useNavigation&lt;NavigationProp&gt;();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route = useRoute&lt;RouteProps&gt;();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{ userId } = route.params;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[user, setUser] = useState&lt;IFriendDetail | null&gt;(null);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[isLoading, setIsLoading] = useState(false);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[isFriendRequested, setIsFriendRequested] = useState(false);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[isFriend, setIsFriend] = useState(false);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[hasReceivedRequest, setHasReceivedRequest] = useState(false);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useEffect(()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const fetchUserProfile = async 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const response = await getFriendProfile({ userId 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if (response.data)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setUser(response.data);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setIsFriend(response.data.isMutualFollow || response.data.relationStatus === 'ACCEPTED');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setIsFriendRequested(response.data.relationStatus === 'PENDING');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setHasReceivedRequest(response.data.relationStatus === 'RECEIVED');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 catch (error: any)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ToastUtil.error(error.message || '获取用户信息失败');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 finally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setIsLoading(false);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fetchUserProfile();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 [userId]);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handleAddFriend = async 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setIsLoading(true);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res = await addFriend({ friendId: userId 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if (res.code === 200)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setIsFriendRequested(true);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ToastUtil.success('好友申请已发送，等待对方确认');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 else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Alert.alert('提示', res.message || '发送好友申请失败');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if (res.message?.includes('已存在') || res.message?.includes('待处理'))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setIsFriendRequested(true);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catch (error)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errMsg = error instanceof Error ? error.message : '';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if (errMsg.includes('已存在') || errMsg.includes('待处理'))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setIsFriendRequested(true);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Alert.alert('提示', '已存在好友关系或待处理申请');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 else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Alert.alert('错误', '网络异常，请稍后再试');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finally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setIsLoading(false);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handleAcceptFriend = async 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setIsLoading(true);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const res = await acceptFriendRequestByUserId(userId);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if (res.code === 200)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setHasReceivedRequest(false);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setIsFriend(true);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Alert.alert('提示', '已成功添加好友');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 else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Alert.alert('提示', res.message || '同意好友申请失败');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catch (error)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ToastUtil.error((error as Error).message || '添加好友接口异常');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finally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setIsLoading(false);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const handleMessage = () =&gt;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(isFriend)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Alert.alert('聊天', `打开与 ${user?.nickname} 的聊天`);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if (isLoading)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return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&lt;View style={styles.loadingContainer}&gt;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&lt;ActivityIndicator size="large" color={COLORS.primary}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return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&lt;View style={styles.container}&gt;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&lt;ScrollView showsVerticalScrollIndicator={false}&gt;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style={styles.coverArea}&gt;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&lt;Image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source={{ uri: user?.avatar || ''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style={styles.coverImage}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resizeMode="cover"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style={styles.coverOverlay}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&lt;TouchableOpacity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style={styles.backBtn}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activeOpacity={0.7}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onPress={() =&gt; navigation.goBack()}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&lt;ChevronLeft size={24} color="#fff"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style={styles.profileArea}&gt;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style={styles.profileHeader}&gt;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style={styles.avatarContainer}&gt;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&lt;Avatar name={user?.nickname} size={96}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{isFriend &amp;&amp;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&lt;View style={styles.friendBadge}&gt;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&lt;Check size={12} color="#fff"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style={styles.profileInfo}&gt;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 style={{ flexDirection: 'row', alignItems: 'center', gap: 6 }}&gt;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&lt;Text style={styles.nickname}&gt;{user?.nickname}&lt;/Text&gt;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{user?.xuexinCertified &amp;&amp;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&lt;Badge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label="已认证"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variant="success"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textStyle={{ fontSize: 10, paddingVertical: 2, paddingHorizontal: 6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 style={styles.schoolGrade}&gt;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{user?.universityName} · {user?.grade}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style={styles.actionButtons}&gt;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{!isFriend &amp;&amp; !isFriendRequested &amp;&amp; !hasReceivedRequest &amp;&amp;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style={[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styles.addFriendBtn,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isLoading &amp;&amp; styles.addFriendBtnDisabled,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activeOpacity={0.7}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onPress={handleAddFriend}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disabled={isLoading}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&lt;LinearGradient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colors={['#17a3bf', '#06b6d4']}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start={{ x: 0, y: 0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end={{ x: 1, y: 0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style={StyleSheet.absoluteFill}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&lt;View style={styles.iconRow}&gt;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&lt;Text style={styles.addFriendBtnText}&gt;+ 加好友&lt;/Text&gt;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{isFriendRequested &amp;&amp; !isFriend &amp;&amp;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style={[styles.addFriendBtn, styles.addFriendBtnDisabled]}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activeOpacity={0.7}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disabled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&lt;LinearGradient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colors={['#9ca3af', '#6b7280']}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start={{ x: 0, y: 0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end={{ x: 1, y: 0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style={StyleSheet.absoluteFill}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&lt;View style={styles.iconRow}&gt;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&lt;Check size={13} color="#fff"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&lt;Text style={styles.addFriendBtnText}&gt; 等待同意&lt;/Text&gt;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{hasReceivedRequest &amp;&amp; !isFriend &amp;&amp;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style={[styles.addFriendBtn]}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activeOpacity={0.7}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onPress={handleAcceptFriend}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&lt;LinearGradient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colors={['#22c55e', '#16a34a']}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start={{ x: 0, y: 0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end={{ x: 1, y: 0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style={StyleSheet.absoluteFill}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&lt;View style={styles.iconRow}&gt;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&lt;Check size={13} color="#fff"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&lt;Text style={styles.addFriendBtnText}&gt; 同意添加&lt;/Text&gt;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{isFriend &amp;&amp;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style={styles.chatBtn}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activeOpacity={0.7}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onPress={handleMessage}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&lt;View style={styles.iconRow}&gt;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&lt;MessageCircle size={13} color={COLORS.primary}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&lt;Text style={styles.chatBtnText}&gt; 聊天&lt;/Text&gt;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&lt;/View&gt;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{isFriendRequested &amp;&amp; !isFriend &amp;&amp;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style={styles.statusBanner}&gt;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style={styles.statusBannerInner}&gt;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&lt;Check size={18} color="#2563eb"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 style={styles.statusText}&gt;好友申请已发送&lt;/Text&gt;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&lt;Text style={styles.statusSubtext}&gt;等待对方确认&lt;/Text&gt;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style={styles.section}&gt;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&lt;View style={styles.card}&gt;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style={styles.infoGrid}&gt;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style={styles.infoItem}&gt;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 style={styles.infoIconBox}&gt;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&lt;LinearGradient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colors={['rgba(23,163,191,0.2)', 'rgba(6,182,212,0.2)']}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start={{ x: 0, y: 0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end={{ x: 1, y: 1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style={{ ...StyleSheet.absoluteFill, borderRadius: 12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&lt;GraduationCap size={20} color={COLORS.primary}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 style={styles.infoContent}&gt;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&lt;Text style={styles.infoLabel}&gt;专业&lt;/Text&gt;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&lt;Text style={styles.infoValue} numberOfLines={1}&gt;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{user?.majorName}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style={styles.infoItem}&gt;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 style={styles.infoIconBox}&gt;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&lt;LinearGradient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colors={['rgba(249,115,22,0.2)', 'rgba(251,146,60,0.2)']}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start={{ x: 0, y: 0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end={{ x: 1, y: 1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style={{ ...StyleSheet.absoluteFill, borderRadius: 12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&lt;MapPin size={20} color="#f39c12"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 style={styles.infoContent}&gt;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&lt;Text style={styles.infoLabel}&gt;所在地&lt;/Text&gt;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&lt;Text style={styles.infoValue}&gt;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{user?.location || user?.hometownCity || user?.hometownProvince || '未知'}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&lt;/View&gt;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style={styles.infoItem}&gt;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 style={styles.infoIconBox}&gt;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&lt;LinearGradient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colors={['rgba(139,92,246,0.2)', 'rgba(168,85,247,0.2)']}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start={{ x: 0, y: 0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end={{ x: 1, y: 1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style={{ ...StyleSheet.absoluteFill, borderRadius: 12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&lt;BookOpen size={20} color="#8b5cf6"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 style={styles.infoContent}&gt;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&lt;Text style={styles.infoLabel}&gt;年级&lt;/Text&gt;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&lt;Text style={styles.infoValue}&gt;{user?.grade}&lt;/Text&gt;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style={styles.infoItem}&gt;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 style={styles.infoIconBox}&gt;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&lt;LinearGradient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colors={['rgba(16,185,129,0.2)', 'rgba(52,211,153,0.2)']}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start={{ x: 0, y: 0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end={{ x: 1, y: 1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style={{ ...StyleSheet.absoluteFill, borderRadius: 12 }}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&lt;Users size={20} color="#27ae60"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 style={styles.infoContent}&gt;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&lt;Text style={styles.infoLabel}&gt;共同好友&lt;/Text&gt;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&lt;Text style={styles.infoValue}&gt;{user?.mutualFriendCount} 位&lt;/Text&gt;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style={styles.section}&gt;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style={styles.card}&gt;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style={styles.cardTitle}&gt;个人简介&lt;/Text&gt;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style={styles.bioText}&gt;{user?.bio || '暂无简介'}&lt;/Text&gt;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style={styles.section}&gt;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style={styles.card}&gt;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&lt;Text style={styles.cardTitle}&gt;兴趣爱好&lt;/Text&gt;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style={styles.interestTags}&gt;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{(user?.interests || []).map((interest, idx) =&gt;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&lt;View key={`${idx}-${interest}`} style={{ marginRight: 0 }}&gt;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&lt;Badge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label={interest}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variant="default"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style={styles.interestTag}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))}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&lt;View style={[styles.section, styles.sectionLast]}&gt;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&lt;View style={styles.card}&gt;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&lt;View style={styles.mutualHeader}&gt;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&lt;Text style={styles.cardTitle}&gt;共同好友&lt;/Text&gt;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&lt;Text style={styles.mutualSubtext}&gt;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你们有 {user?.mutualFriendCount} 位共同好友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&lt;TouchableOpacity activeOpacity={0.6}&gt;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&lt;Text style={styles.viewAllText}&gt;查看全部&lt;/Text&gt;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&lt;ScrollView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horizontal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showsHorizontalScrollIndicator={false}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contentContainerStyle={styles.mutualScroll}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{(user?.mutualFriends || []).map((friend) =&gt; 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&lt;TouchableOpacity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key={friend.id}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style={styles.mutualFriendItem}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activeOpacity={0.7}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onPress={() =&gt;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navigation.navigate('UserDetail',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  userId: friend.id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} as never)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&lt;Avatar name={friend.nickname} size={48} /&gt;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&lt;Text style={styles.mutualFriendName} numberOfLines={1}&gt;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{friend.nickname}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&lt;/Text&gt;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&lt;/TouchableOpacity&gt;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))}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&lt;/ScrollView&gt;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&lt;/ScrollView&gt;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&lt;/View&gt;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const styles = StyleSheet.create({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container: {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COLORS.background,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loadingContainer: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COLORS.background,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headerArea: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position: 'relative',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coverArea: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160,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position: 'relative',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overflow: 'hidden',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coverImage: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'100%',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'100%',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opacity: 0.8,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coverGradient: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...StyleSheet.absoluteFillObject,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background: 'linear-gradient(to bottom, rgba(23,163,191,0.3), rgba(6,182,212,0.2), rgba(139,92,246,0.3))',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coverOverlay: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...StyleSheet.absoluteFillObject,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background: 'linear-gradient(to top, rgba(248,249,250,1), transparent, transparent)',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backBtn: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position: 'absolute',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top: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left: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32,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32,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BORDER_RADIUS.button,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'rgba(0,0,0,0.3)',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zIndex: 10,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profileArea: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paddingHorizontal: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marginTop: -32,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position: 'relative',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zIndex: 5,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profileHeader: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'row',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'flex-end',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gap: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avatarContainer: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position: 'relative',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flexShrink: 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avatar: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96,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96,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borderWidth: 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borderColor: COLORS.card,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COLORS.border,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friendBadge: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position: 'absolute',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bottom: -3,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right: -3,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28,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28,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14,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'#22c55e',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borderWidth: 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borderColor: COLORS.card,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shadowColor: '#000',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shadowOffset: { width: 0, height: 1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shadowOpacity: 0.1,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shadowRadius: 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profileInfo: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paddingBottom: 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nickname: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20,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fontWeight: '700',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COLORS.text,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marginBottom: 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schoolGrade: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13,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COLORS.textMuted,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actionButtons: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'column',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gap: SPACING.xs,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paddingBottom: 4,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addFriendBtn: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paddingHorizontal: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paddingVertical: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BORDER_RADIUS.full,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36,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overflow: 'hidden',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addFriendBtnDisabled: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opacity: 0.6,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addFriendBtnText: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'#fff',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fontWeight: '600',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marginLeft: 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chatBtn: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paddingHorizontal: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paddingVertical: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BORDER_RADIUS.full,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36,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borderWidth: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borderColor: COLORS.border,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chatBtnText: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COLORS.primary,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fontWeight: '600',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marginLeft: 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statusBanner: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paddingHorizontal: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paddingTop: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statusBannerInner: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'row',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gap: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'#eff6ff',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borderWidth: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borderColor: '#bfdbfe',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12,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statusText: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13,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fontWeight: '600',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'#2563eb',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statusSubtext: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'#60a5fa',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section: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paddingHorizontal: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paddingTop: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sectionLast: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paddingBottom: SPACING.xl,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card: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shadowColor: '#000',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shadowOffset: { width: 0, height: 1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shadowOpacity: 0.04,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shadowRadius: 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borderWidth: 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cardTitle: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fontWeight: '600',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COLORS.text,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marginBottom: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infoGrid: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'row',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flexWrap: 'wrap',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gap: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infoItem: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minWidth: '45%',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'row',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gap: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infoIconBox: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40,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40,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12,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overflow: 'hidden',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infoContent: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infoLabel: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COLORS.textMuted,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marginBottom: 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infoValue: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13,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fontWeight: '600',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COLORS.text,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iconRow: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'row',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bioText: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13,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COLORS.textMuted,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lineHeight: 22,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interestTags: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'row',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flexWrap: 'wrap',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gap: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interestTag: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background: 'linear-gradient(to right, rgba(23,163,191,0.1), rgba(6,182,212,0.1))',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paddingHorizontal: 12,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paddingVertical: 6,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BORDER_RADIUS.full,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interestTagText: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fontWeight: '600',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COLORS.primary,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mutualHeader: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flexDirection: 'row',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justifyContent: 'space-between',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'flex-start',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marginBottom: SPACING.sm,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mutualSubtext: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COLORS.textMuted,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marginTop: 2,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viewAllText: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COLORS.primary,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fontWeight: '500',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mutualScroll: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gap: SPACING.md,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mutualFriendItem: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alignItems: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minWidth: 60,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mutualFriendAvatar: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width: 48,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height: 48,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borderRadius: 24,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borderWidth: 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borderColor: COLORS.card,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backgroundColor: COLORS.border,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mutualFriendName: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fontSize: 10,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color: COLORS.textMuted,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marginTop: SPACING.xs,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textAlign: 'center',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maxWidth: 60,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});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default UserDetail;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// ==================== src/data/mockData.ts ====================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{ IUser, IPost, IComment } from '../types';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const mockCurrentUser: IUser =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id: 'user_001',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nickname: '张小海豚',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avatar: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school: '海豚大学',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major: '计算机科学与技术',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grade: '大三',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interests: ['编程', '摄影', '篮球', '旅行'],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bio: '热爱技术，热爱生活，期待遇见有趣的灵魂！',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isReviewer: true,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const mockUsers: IUser[] = [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id: 'user_002',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nickname: '李小明',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avatar: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school: '海豚大学',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major: '软件工程',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grade: '大二',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interests: ['游戏', '音乐', '编程'],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bio: '全栈开发爱好者，正在寻找志同道合的朋友',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id: 'user_003',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nickname: '王小红',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avatar: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school: '海豚大学',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major: '设计艺术',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grade: '大三',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interests: ['绘画', '摄影', '旅行'],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bio: '用镜头记录生活，用画笔描绘梦想',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id: 'user_004',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nickname: '赵小强',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avatar: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school: '海洋学院',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major: '数据科学',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grade: '大四',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interests: ['AI', '机器学习', '跑步'],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bio: '即将毕业，寻找一起奋斗的小伙伴',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id: 'user_005',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nickname: '陈小美',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avatar: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school: '海豚大学',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major: '英语',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grade: '大一',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interests: ['阅读', '电影', '美食'],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bio: '新生报到，期待认识学长学姐！',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id: 'user_006',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nickname: '刘小杰',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avatar: '',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school: '海洋学院',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major: '金融',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grade: '研究生',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interests: ['投资', '健身', '旅行'],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bio: '研究生在读，喜欢探索新事物',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];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const mockPosts: IPost[] = [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id: 'post_001',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author: mockUsers[0],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category: '失物招领',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title: '图书馆捡到校园卡一张',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content: '今天下午在图书馆三楼捡到一张校园卡，卡主是计算机学院的同学，请失主联系我认领！',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images: [],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contact: '微信: lxming123',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likes: 12,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comments: 5,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favorites: 3,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createdAt: '2026-05-19 14:30',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isLiked: false,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isFavorited: false,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id: 'post_002',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author: mockUsers[1],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category: '二手',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title: '出闲置iPad Air 4',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content: '去年购入的iPad Air 4，64G WiFi版，深空灰色，成色95新，带原装充电器和保护壳。因为换了Pro所以出掉，价格可小刀。',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images: [],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contact: 'QQ: *********',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likes: 28,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comments: 15,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favorites: 20,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createdAt: '2026-05-19 10:15',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isLiked: true,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isFavorited: false,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id: 'post_003',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author: mockUsers[2],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category: '活动',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title: '周末摄影社外拍活动报名',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content: '本周六下午2点，摄影社组织去海边外拍，欢迎新老社员参加！请自带相机，不会用手机的也可以来学习。集合地点：南门广场。',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images: [],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likes: 45,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comments: 22,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favorites: 18,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createdAt: '2026-05-18 18:00',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isLiked: false,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isFavorited: true,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id: 'post_004',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author: mockUsers[3],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category: '兼职',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title: '家教兼职，初中数学',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content: '找一位数学好的同学做家教，初二学生，每周两次，每次2小时，地点在学校附近，薪资面议。',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images: [],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contact: '电话: 138****0000',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likes: 8,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comments: 3,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favorites: 5,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createdAt: '2026-05-18 09:00',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id: 'post_005',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author: mockUsers[4],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category: '求助',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title: '求推荐好用的笔记软件',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content: '最近想找一个适合做课堂笔记的软件，希望支持Markdown、同步功能好、最好免费。用过Notion和Obsidian，想听听大家的推荐！',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likes: 35,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comments: 28,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favorites: 12,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createdAt: '2026-05-17 20:30',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isLiked: false,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isFavorited: false,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id: 'post_006',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author: mockCurrentUser,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category: '二手',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title: '出考研资料',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content: '出计算机考研全套资料，包括408四门课的教材和辅导书，九成新，打包出售。',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images: [],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contact: '微信: zht2024',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likes: 15,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comments: 8,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favorites: 10,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createdAt: '2026-05-17 15:00',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reviewStatus: 'approved',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];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const mockComments: IComment[] = [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id: 'cmt_001',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author: mockUsers[1],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content: '是我的！太感谢了，我马上来取！',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createdAt: '2026-05-19 14:45',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likes: 2,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id: 'cmt_002',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author: mockUsers[3],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content: '我也在图书馆丢过东西，还好被好心人捡到了',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createdAt: '2026-05-19 15:00',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likes: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id: 'cmt_003',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author: mockUsers[4],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content: '请问还在吗？我想看看实物',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createdAt: '2026-05-19 11:00',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likes: 0,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id: 'cmt_004',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author: mockUsers[0],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content: 'iPad成色怎么样？电池健康度多少？',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createdAt: '2026-05-19 11:30',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likes: 1,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];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const mockMatchedUsers: IUser[] = [mockUsers[0], mockUsers[1]];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export const mockHotTopics = [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'#期末复习互助',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'#校园美食推荐',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'#实习经验分享',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'#考研资料交换',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'#社团招新',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];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// ==================== android/app/src/main/java/com/collegecli/MainActivity.kt ====================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package com.collegecli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com.facebook.react.ReactActivity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com.facebook.react.ReactActivityDelegate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com.facebook.react.defaults.DefaultNewArchitectureEntryPoint.fabricEnabled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com.facebook.react.defaults.DefaultReactActivityDelegate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class MainActivity : ReactActivity()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override fun getMainComponentName(): String = "collegeCli"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override fun createReactActivityDelegate(): ReactActivityDelegate =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DefaultReactActivityDelegate(this, mainComponentName, fabricEnabled)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// ==================== android/app/src/main/java/com/collegecli/MainApplication.kt ====================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package com.collegecli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android.app.Application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com.facebook.react.PackageList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com.facebook.react.ReactApplication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com.facebook.react.ReactHost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com.facebook.react.ReactNativeApplicationEntryPoint.loadReactNative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com.facebook.react.defaults.DefaultReactHost.getDefaultReactHost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class MainApplication : Application(), ReactApplication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override val reactHost: ReactHost by lazy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getDefaultReactHost(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context = applicationContext,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packageList =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PackageList(this).packages,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override fun onCreate()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super.onCreate()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System.loadLibrary("NitroSound")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catch (_: Throwable)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loadReactNative(this)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// ==================== android/app/src/main/java/com/collegecli/MyMessageReceiver.kt ====================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package com.collegecli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android.content.Context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android.content.Intent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android.os.Bundle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android.util.Log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com.alibaba.sdk.android.push.MessageReceiver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com.alibaba.sdk.android.push.notification.CPushMessage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class MyMessageReceiver : MessageReceiver()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override fun onNotification(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context: Context?,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title: String?,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summary: String?,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extraMap: MutableMap&lt;String, String&gt;?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Log.d(TAG, "onNotification: title=$title, summary=$summary, extra=$extraMap")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override fun onMessage(context: Context?, message: CPushMessage?)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Log.d(TAG, "onMessage: ${message?.title} - ${message?.content}")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override fun onNotificationOpened(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context: Context?,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title: String?,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summary: String?,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extraMap: String?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Log.d(TAG, "onNotificationOpened: title=$title, summary=$summary, extra=$extraMap")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if (context == null) return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val extras = parseExtras(extraMap)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val pushType = extras["type"] ?: ""           // "chat" | "notification"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val peerId = extras["peerId"] ?: ""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val notificationId = extras["notificationId"] ?: ""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val relatedId = extras["relatedId"] ?: ""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val launchIntent = context.packageManager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.getLaunchIntentForPackage(context.packageName)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?.apply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addFlags(Intent.FLAG_ACTIVITY_NEW_TASK or Intent.FLAG_ACTIVITY_CLEAR_TOP)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putExtra("pushType", pushType)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putExtra("pushPeerId", peerId)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putExtra("pushNotificationId", notificationId)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putExtra("pushRelatedId", relatedId)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putExtra("pushTitle", title ?: "")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    putExtra("pushSummary", summary ?: "")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if (launchIntent != null)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context.startActivity(launchIntent)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Log.d(TAG, "通知点击跳转: type=$pushType, peerId=$peerId, notificationId=$notificationId")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 catch (e: Exception)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Log.e(TAG, "处理通知点击异常: ${e.message}", e)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override fun onNotificationClickedWithNoAction(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context: Context?,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title: String?,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summary: String?,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extraMap: String?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Log.d(TAG, "onNotificationClickedWithNoAction: title=$title, summary=$summary")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onNotificationOpened(context, title, summary, extraMap)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override fun onNotificationRemoved(context: Context?, messageId: String?)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Log.d(TAG, "onNotificationRemoved: messageId=$messageId")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override fun onNotificationReceivedInApp(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context: Context?,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title: String?,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summary: String?,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extraMap: MutableMap&lt;String, String&gt;?,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openType: Int,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openActivity: String?,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openUrl: String?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Log.d(TAG, "onNotificationReceivedInApp: title=$title")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private fun parseExtras(extraMap: String?): Map&lt;String, String&gt;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if (extraMap.isNullOrBlank()) return emptyMap()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return try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if (extraMap.startsWith("{") &amp;&amp; extraMap.endsWith("}"))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parseJsonExtras(extraMap)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} else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parseQueryStringExtras(extraMap)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 catch (e: Exception)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Log.w(TAG, "解析 extraMap 失败: $extraMap, error=${e.message}")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emptyMap()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private fun parseJsonExtras(json: String): Map&lt;String, String&gt;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val result = mutableMapOf&lt;String, String&gt;()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val content = json.trim().removeSurrounding("{", "}")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val pairs = splitJsonPairs(content)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for (pair in pairs)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val colonIdx = pair.indexOf(":")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if (colonIdx == -1) continue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val key = pair.substring(0, colonIdx).trim().removeSurrounding("\"")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val value = pair.substring(colonIdx + 1).trim().removeSurrounding("\"")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result[key] = value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return result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private fun splitJsonPairs(content: String): List&lt;String&gt;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val pairs = mutableListOf&lt;String&gt;()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var depth = 0 // 跟踪大括号深度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var inString = false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var start = 0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for (i in content.indices)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val c = content[i]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if (c == '"' &amp;&amp; (i == 0 || content[i - 1] != '\\')) inString = !inString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if (!inString)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if (c == '{' || c == '[') depth++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if (c == '}' || c == ']') depth--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if (!inString &amp;&amp; depth == 0 &amp;&amp; c == ',')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pairs.add(content.substring(start, i).trim())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start = i + 1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if (start &lt; content.length)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pairs.add(content.substring(start).trim())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return pairs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private fun parseQueryStringExtras(query: String): Map&lt;String, String&gt;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val result = mutableMapOf&lt;String, String&gt;()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query.split("&amp;").forEach { pair -&gt;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val parts = pair.split("=", limit = 2)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if (parts.size == 2)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    result[parts[0]] = java.net.URLDecoder.decode(parts[1], "UTF-8")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return result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companion object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private const val TAG = "CollegeCliPush"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const val EXTRA_PUSH_TYPE = "pushType"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const val EXTRA_PEER_ID = "pushPeerId"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const val EXTRA_NOTIFICATION_ID = "pushNotificationId"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const val EXTRA_RELATED_ID = "pushRelatedId"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const val EXTRA_TITLE = "pushTitle"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const val EXTRA_SUMMARY = "pushSummary"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// ==================== ios/collegeCli/AppDelegate.swift ====================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UIKit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React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React_RCTAppDelegate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ReactAppDependencyProvider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CloudPushSDK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import UserNotifications // [NEW]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@main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class AppDelegate: UIResponder, UIApplicationDelegate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var window: UIWindow?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var reactNativeDelegate: ReactNativeDelegate?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var reactNativeFactory: RCTReactNativeFactory?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func application(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_ application: UIApplication,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didFinishLaunchingWithOptions launchOptions: [UIApplication.LaunchOptionsKey: Any]? = nil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 -&gt; Bool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let delegate = ReactNativeDelegate()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let factory = RCTReactNativeFactory(delegate: delegate)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delegate.dependencyProvider = RCTAppDependencyProvider()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reactNativeDelegate = delegate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reactNativeFactory = factory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window = UIWindow(frame: UIScreen.main.bounds)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factory.startReactNative(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withModuleName: "collegeCli",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in: window,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launchOptions: launchOptions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CloudPushSDK.sendNotificationAck(launchOptions)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registerAPNs(application)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#available(iOS 10.0, *)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UNUserNotificationCenter.current().delegate = self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return true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func registerAPNs(_ application: UIApplication)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#available(iOS 10.0, *)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let center = UNUserNotificationCenter.current()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center.requestAuthorization(options: [.alert, .badge, .sound]) { granted, error in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if granted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DispatchQueue.main.async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  application.registerForRemoteNotifications()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else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let settings = UIUserNotificationSettings(types: [.alert, .badge, .sound], categories: nil)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application.registerUserNotificationSettings(settings)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application.registerForRemoteNotifications()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func application(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_ application: UIApplication,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didRegisterForRemoteNotificationsWithDeviceToken deviceToken: Data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CloudPushSDK.registerDevice(deviceToken) { result in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if result.success {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NSLog("Register deviceToken success.")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 else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NSLog("Register deviceToken failed, error: %@", result.error?.localizedDescription ?? "unknown")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func application(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_ application: UIApplication,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didFailToRegisterForRemoteNotificationsWithError error: Error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NSLog("Register APNs failed, error: %@", error.localizedDescription)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func application(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_ application: UIApplication,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didReceiveRemoteNotification userInfo: [AnyHashable: Any],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fetchCompletionHandler completionHandler: @escaping (UIBackgroundFetchResult) -&gt; Void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CloudPushSDK.sendNotificationAck(userInfo)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let aps = userInfo["aps"] as? [String: Any]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if let badge = aps["badge"] as? Int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DispatchQueue.main.async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  UIApplication.shared.applicationIconBadgeNumber = badge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completionHandler(.newData)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@available(iOS 10.0, *)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func userNotificationCenter(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_ center: UNUserNotificationCenter,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willPresent notification: UNNotification,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withCompletionHandler completionHandler: @escaping (UNNotificationPresentationOptions) -&gt; Void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#available(iOS 14.0, *)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completionHandler([.banner, .badge, .sound])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 else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completionHandler([.alert, .badge, .sound])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@available(iOS 10.0, *)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func userNotificationCenter(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_ center: UNUserNotificationCenter,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didReceive response: UNNotificationResponse,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withCompletionHandler completionHandler: @escaping () -&gt; Void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)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let userInfo = response.notification.request.content.userInfo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CloudPushSDK.sendNotificationAck(userInfo)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if let aps = userInfo["aps"] as? [String: Any],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let badge = aps["badge"] as? Int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DispatchQueue.main.async {</w:t>
      </w:r>
      <w:r>
        <w:br w:type="page"/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  UIApplication.shared.applicationIconBadgeNumber = badge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completionHandler()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extension AppDelegate: UNUserNotificationCenterDelegate {}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class ReactNativeDelegate: RCTDefaultReactNativeFactoryDelegate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override func sourceURL(for bridge: RCTBridge) -&gt; URL?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self.bundleURL()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override func bundleURL() -&gt; URL? {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#if DEBUG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RCTBundleURLProvider.sharedSettings().jsBundleURL(forBundleRoot: "index")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#else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  Bundle.main.url(forResource: "main", withExtension: "jsbundle")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#endif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 xml:space="preserve">  }</w:t>
      </w:r>
    </w:p>
    <w:p>
      <w:pPr>
        <w:spacing w:before="0" w:after="0" w:line="220" w:lineRule="exact"/>
      </w:pPr>
      <w:r>
        <w:rPr>
          <w:rFonts w:ascii="Consolas" w:hAnsi="Consolas" w:eastAsia="宋体"/>
          <w:sz w:val="18"/>
        </w:rPr>
        <w:t>}</w:t>
      </w:r>
    </w:p>
    <w:sectPr w:rsidR="00FC693F" w:rsidRPr="0006063C" w:rsidSect="00034616">
      <w:headerReference w:type="default" r:id="rId9"/>
      <w:pgSz w:w="11906" w:h="16838"/>
      <w:pgMar w:top="850" w:right="680" w:bottom="680" w:left="680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545" w:val="right"/>
      </w:tabs>
    </w:pPr>
    <w:r>
      <w:rPr>
        <w:rFonts w:ascii="宋体" w:hAnsi="宋体" w:eastAsia="宋体"/>
        <w:sz w:val="21"/>
      </w:rPr>
      <w:t>青核 V1.0</w:t>
    </w:r>
    <w:r>
      <w:tab/>
    </w:r>
    <w:r>
      <w:rPr>
        <w:rFonts w:ascii="宋体" w:hAnsi="宋体" w:eastAsia="宋体"/>
        <w:sz w:val="21"/>
      </w:rPr>
      <w:fldChar w:fldCharType="begin"/>
      <w:instrText xml:space="preserve">PAGE</w:instrTex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