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deLine"/>
      </w:pPr>
      <w:r>
        <w:t>import { Ionicons } from '@expo/vector-icons';</w:t>
      </w:r>
    </w:p>
    <w:p>
      <w:pPr>
        <w:pStyle w:val="CodeLine"/>
      </w:pPr>
      <w:r>
        <w:t>import { Tabs } from 'expo-router/js-tabs';</w:t>
      </w:r>
    </w:p>
    <w:p>
      <w:pPr>
        <w:pStyle w:val="CodeLine"/>
      </w:pPr>
      <w:r>
        <w:t>import type { BottomTabBarProps } from 'expo-router/js-tabs';</w:t>
      </w:r>
    </w:p>
    <w:p>
      <w:pPr>
        <w:pStyle w:val="CodeLine"/>
      </w:pPr>
      <w:r>
        <w:t>import { useFocusEffect } from 'expo-router';</w:t>
      </w:r>
    </w:p>
    <w:p>
      <w:pPr>
        <w:pStyle w:val="CodeLine"/>
      </w:pPr>
      <w:r>
        <w:t>import { useCallback, useEffect, useRef } from 'react';</w:t>
      </w:r>
    </w:p>
    <w:p>
      <w:pPr>
        <w:pStyle w:val="CodeLine"/>
      </w:pPr>
      <w:r>
        <w:t>import { Animated, Easing, Pressable, StyleSheet, View } from 'react-native';</w:t>
      </w:r>
    </w:p>
    <w:p>
      <w:pPr>
        <w:pStyle w:val="CodeLine"/>
      </w:pPr>
      <w:r>
        <w:t>import { colors } from '../../src/theme';</w:t>
      </w:r>
    </w:p>
    <w:p>
      <w:pPr>
        <w:pStyle w:val="CodeLine"/>
      </w:pPr>
      <w:r>
        <w:t>import { useRole } from '../../src/context/RoleContext';</w:t>
      </w:r>
    </w:p>
    <w:p>
      <w:pPr>
        <w:pStyle w:val="CodeLine"/>
      </w:pPr>
      <w:r>
        <w:t>/** 企业端默认落地「岗位」Tab（与求职端首屏一致） */</w:t>
      </w:r>
    </w:p>
    <w:p>
      <w:pPr>
        <w:pStyle w:val="CodeLine"/>
      </w:pPr>
      <w:r>
        <w:t>export const unstable_settings = {</w:t>
      </w:r>
    </w:p>
    <w:p>
      <w:pPr>
        <w:pStyle w:val="CodeLine"/>
      </w:pPr>
      <w:r>
        <w:t xml:space="preserve">  initialRouteName: 'job-management',</w:t>
      </w:r>
    </w:p>
    <w:p>
      <w:pPr>
        <w:pStyle w:val="CodeLine"/>
      </w:pPr>
      <w:r>
        <w:t>};</w:t>
      </w:r>
    </w:p>
    <w:p>
      <w:pPr>
        <w:pStyle w:val="CodeLine"/>
      </w:pPr>
      <w:r>
        <w:t>/** 企业端底部 Tab 与求职端共用品牌主色 primary；未选中 -outline，选中填充实心 */</w:t>
      </w:r>
    </w:p>
    <w:p>
      <w:pPr>
        <w:pStyle w:val="CodeLine"/>
      </w:pPr>
      <w:r>
        <w:t>const ICON_MAP = {</w:t>
      </w:r>
    </w:p>
    <w:p>
      <w:pPr>
        <w:pStyle w:val="CodeLine"/>
      </w:pPr>
      <w:r>
        <w:t xml:space="preserve">  'enterprise-overview': { outline: 'person-outline', filled: 'person' },</w:t>
      </w:r>
    </w:p>
    <w:p>
      <w:pPr>
        <w:pStyle w:val="CodeLine"/>
      </w:pPr>
      <w:r>
        <w:t xml:space="preserve">  'job-management': { outline: 'folder-outline', filled: 'folder' },</w:t>
      </w:r>
    </w:p>
    <w:p>
      <w:pPr>
        <w:pStyle w:val="CodeLine"/>
      </w:pPr>
      <w:r>
        <w:t xml:space="preserve">  'talent-recommendation': { outline: 'people-outline', filled: 'people' },</w:t>
      </w:r>
    </w:p>
    <w:p>
      <w:pPr>
        <w:pStyle w:val="CodeLine"/>
      </w:pPr>
      <w:r>
        <w:t xml:space="preserve">  'enterprise-chat': { outline: 'chatbubble-outline', filled: 'chatbubble' },</w:t>
      </w:r>
    </w:p>
    <w:p>
      <w:pPr>
        <w:pStyle w:val="CodeLine"/>
      </w:pPr>
      <w:r>
        <w:t>} as const;</w:t>
      </w:r>
    </w:p>
    <w:p>
      <w:pPr>
        <w:pStyle w:val="CodeLine"/>
      </w:pPr>
      <w:r>
        <w:t>type TabRoute = keyof typeof ICON_MAP;</w:t>
      </w:r>
    </w:p>
    <w:p>
      <w:pPr>
        <w:pStyle w:val="CodeLine"/>
      </w:pPr>
      <w:r>
        <w:t>function TabItem({</w:t>
      </w:r>
    </w:p>
    <w:p>
      <w:pPr>
        <w:pStyle w:val="CodeLine"/>
      </w:pPr>
      <w:r>
        <w:t xml:space="preserve">  focused,</w:t>
      </w:r>
    </w:p>
    <w:p>
      <w:pPr>
        <w:pStyle w:val="CodeLine"/>
      </w:pPr>
      <w:r>
        <w:t xml:space="preserve">  route,</w:t>
      </w:r>
    </w:p>
    <w:p>
      <w:pPr>
        <w:pStyle w:val="CodeLine"/>
      </w:pPr>
      <w:r>
        <w:t xml:space="preserve">  label,</w:t>
      </w:r>
    </w:p>
    <w:p>
      <w:pPr>
        <w:pStyle w:val="CodeLine"/>
      </w:pPr>
      <w:r>
        <w:t xml:space="preserve">  onPress,</w:t>
      </w:r>
    </w:p>
    <w:p>
      <w:pPr>
        <w:pStyle w:val="CodeLine"/>
      </w:pPr>
      <w:r>
        <w:t xml:space="preserve">  onLongPress,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focused: boolean;</w:t>
      </w:r>
    </w:p>
    <w:p>
      <w:pPr>
        <w:pStyle w:val="CodeLine"/>
      </w:pPr>
      <w:r>
        <w:t xml:space="preserve">  route: TabRoute;</w:t>
      </w:r>
    </w:p>
    <w:p>
      <w:pPr>
        <w:pStyle w:val="CodeLine"/>
      </w:pPr>
      <w:r>
        <w:t xml:space="preserve">  label: string;</w:t>
      </w:r>
    </w:p>
    <w:p>
      <w:pPr>
        <w:pStyle w:val="CodeLine"/>
      </w:pPr>
      <w:r>
        <w:t xml:space="preserve">  onPress: () =&gt; void;</w:t>
      </w:r>
    </w:p>
    <w:p>
      <w:pPr>
        <w:pStyle w:val="CodeLine"/>
      </w:pPr>
      <w:r>
        <w:t xml:space="preserve">  onLongPress: () =&gt; void;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const { outline, filled } = ICON_MAP[route];</w:t>
      </w:r>
    </w:p>
    <w:p>
      <w:pPr>
        <w:pStyle w:val="CodeLine"/>
      </w:pPr>
      <w:r>
        <w:t xml:space="preserve">  const translateY = useRef(new Animated.Value(focused ? -2 : 0)).current;</w:t>
      </w:r>
    </w:p>
    <w:p>
      <w:pPr>
        <w:pStyle w:val="CodeLine"/>
      </w:pPr>
      <w:r>
        <w:t xml:space="preserve">  const progress = useRef(new Animated.Value(focused ? 1 : 0)).current;</w:t>
      </w:r>
    </w:p>
    <w:p>
      <w:pPr>
        <w:pStyle w:val="CodeLine"/>
      </w:pPr>
      <w:r>
        <w:t xml:space="preserve">  useEffect(() =&gt; {</w:t>
      </w:r>
    </w:p>
    <w:p>
      <w:pPr>
        <w:pStyle w:val="CodeLine"/>
      </w:pPr>
      <w:r>
        <w:t xml:space="preserve">    const translateAnim = Animated.timing(translateY, {</w:t>
      </w:r>
    </w:p>
    <w:p>
      <w:pPr>
        <w:pStyle w:val="CodeLine"/>
      </w:pPr>
      <w:r>
        <w:t xml:space="preserve">      toValue: focused ? -2 : 0,</w:t>
      </w:r>
    </w:p>
    <w:p>
      <w:pPr>
        <w:pStyle w:val="CodeLine"/>
      </w:pPr>
      <w:r>
        <w:t xml:space="preserve">      duration: 150,</w:t>
      </w:r>
    </w:p>
    <w:p>
      <w:pPr>
        <w:pStyle w:val="CodeLine"/>
      </w:pPr>
      <w:r>
        <w:t xml:space="preserve">      easing: Easing.out(Easing.ease),</w:t>
      </w:r>
    </w:p>
    <w:p>
      <w:pPr>
        <w:pStyle w:val="CodeLine"/>
      </w:pPr>
      <w:r>
        <w:t xml:space="preserve">      useNativeDriver: true,</w:t>
      </w:r>
    </w:p>
    <w:p>
      <w:pPr>
        <w:pStyle w:val="CodeLine"/>
      </w:pPr>
      <w:r>
        <w:t xml:space="preserve">    });</w:t>
      </w:r>
    </w:p>
    <w:p>
      <w:pPr>
        <w:pStyle w:val="CodeLine"/>
      </w:pPr>
      <w:r>
        <w:t xml:space="preserve">    const progressAnim = Animated.timing(progress, {</w:t>
      </w:r>
    </w:p>
    <w:p>
      <w:pPr>
        <w:pStyle w:val="CodeLine"/>
      </w:pPr>
      <w:r>
        <w:t xml:space="preserve">      toValue: focused ? 1 : 0,</w:t>
      </w:r>
    </w:p>
    <w:p>
      <w:pPr>
        <w:pStyle w:val="CodeLine"/>
      </w:pPr>
      <w:r>
        <w:t xml:space="preserve">      duration: 200,</w:t>
      </w:r>
    </w:p>
    <w:p>
      <w:pPr>
        <w:pStyle w:val="CodeLine"/>
      </w:pPr>
      <w:r>
        <w:t xml:space="preserve">      easing: Easing.inOut(Easing.ease),</w:t>
      </w:r>
    </w:p>
    <w:p>
      <w:pPr>
        <w:pStyle w:val="CodeLine"/>
      </w:pPr>
      <w:r>
        <w:t xml:space="preserve">      useNativeDriver: true,</w:t>
      </w:r>
    </w:p>
    <w:p>
      <w:pPr>
        <w:pStyle w:val="CodeLine"/>
      </w:pPr>
      <w:r>
        <w:t xml:space="preserve">    });</w:t>
      </w:r>
    </w:p>
    <w:p>
      <w:pPr>
        <w:pStyle w:val="CodeLine"/>
      </w:pPr>
      <w:r>
        <w:t xml:space="preserve">    translateAnim.start();</w:t>
      </w:r>
    </w:p>
    <w:p>
      <w:pPr>
        <w:pStyle w:val="CodeLine"/>
      </w:pPr>
      <w:r>
        <w:t xml:space="preserve">    progressAnim.start();</w:t>
      </w:r>
    </w:p>
    <w:p>
      <w:pPr>
        <w:pStyle w:val="CodeLine"/>
      </w:pPr>
      <w:r>
        <w:t xml:space="preserve">    return () =&gt; {</w:t>
      </w:r>
    </w:p>
    <w:p>
      <w:pPr>
        <w:pStyle w:val="CodeLine"/>
      </w:pPr>
      <w:r>
        <w:t xml:space="preserve">      translateAnim.stop();</w:t>
      </w:r>
    </w:p>
    <w:p>
      <w:pPr>
        <w:pStyle w:val="CodeLine"/>
      </w:pPr>
      <w:r>
        <w:t xml:space="preserve">      progressAnim.stop();</w:t>
      </w:r>
    </w:p>
    <w:p>
      <w:pPr>
        <w:pStyle w:val="CodeLine"/>
      </w:pPr>
      <w:r>
        <w:t xml:space="preserve">    };</w:t>
      </w:r>
    </w:p>
    <w:p>
      <w:pPr>
        <w:pStyle w:val="CodeLine"/>
      </w:pPr>
      <w:r>
        <w:t xml:space="preserve">  }, [focused, translateY, progress]);</w:t>
      </w:r>
    </w:p>
    <w:p>
      <w:pPr>
        <w:pStyle w:val="CodeLine"/>
      </w:pPr>
      <w:r>
        <w:t xml:space="preserve">  const inactiveOpacity = progress.interpolate({</w:t>
      </w:r>
    </w:p>
    <w:p>
      <w:pPr>
        <w:pStyle w:val="CodeLine"/>
      </w:pPr>
      <w:r>
        <w:t xml:space="preserve">    inputRange: [0, 1],</w:t>
      </w:r>
    </w:p>
    <w:p>
      <w:pPr>
        <w:pStyle w:val="CodeLine"/>
      </w:pPr>
      <w:r>
        <w:t xml:space="preserve">    outputRange: [1, 0],</w:t>
      </w:r>
    </w:p>
    <w:p>
      <w:pPr>
        <w:pStyle w:val="CodeLine"/>
      </w:pPr>
      <w:r>
        <w:t xml:space="preserve">  });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&lt;Pressable</w:t>
      </w:r>
    </w:p>
    <w:p>
      <w:pPr>
        <w:pStyle w:val="CodeLine"/>
      </w:pPr>
      <w:r>
        <w:t xml:space="preserve">      style={({ pressed }) =&gt; [styles.tabItem, pressed &amp;&amp; styles.tabItemPressed]}</w:t>
      </w:r>
    </w:p>
    <w:p>
      <w:pPr>
        <w:pStyle w:val="CodeLine"/>
      </w:pPr>
      <w:r>
        <w:t xml:space="preserve">      onPress={onPress}</w:t>
      </w:r>
    </w:p>
    <w:p>
      <w:pPr>
        <w:pStyle w:val="CodeLine"/>
      </w:pPr>
      <w:r>
        <w:t xml:space="preserve">      onLongPress={onLongPress}</w:t>
      </w:r>
    </w:p>
    <w:p>
      <w:pPr>
        <w:pStyle w:val="CodeLine"/>
      </w:pPr>
      <w:r>
        <w:t xml:space="preserve">      accessibilityRole="button"</w:t>
      </w:r>
    </w:p>
    <w:p>
      <w:pPr>
        <w:pStyle w:val="CodeLine"/>
      </w:pPr>
      <w:r>
        <w:t xml:space="preserve">      accessibilityState={{ selected: focused }}</w:t>
      </w:r>
    </w:p>
    <w:p>
      <w:pPr>
        <w:pStyle w:val="CodeLine"/>
      </w:pPr>
      <w:r>
        <w:t xml:space="preserve">    &gt;</w:t>
      </w:r>
    </w:p>
    <w:p>
      <w:pPr>
        <w:pStyle w:val="CodeLine"/>
      </w:pPr>
      <w:r>
        <w:t xml:space="preserve">      &lt;Animated.View style={{ transform: [{ translateY }] }}&gt;</w:t>
      </w:r>
    </w:p>
    <w:p>
      <w:pPr>
        <w:pStyle w:val="CodeLine"/>
      </w:pPr>
      <w:r>
        <w:t xml:space="preserve">        &lt;View style={styles.iconBox}&gt;</w:t>
      </w:r>
    </w:p>
    <w:p>
      <w:pPr>
        <w:pStyle w:val="CodeLine"/>
      </w:pPr>
      <w:r>
        <w:t xml:space="preserve">          &lt;Animated.View</w:t>
      </w:r>
    </w:p>
    <w:p>
      <w:pPr>
        <w:pStyle w:val="CodeLine"/>
      </w:pPr>
      <w:r>
        <w:t xml:space="preserve">            style={[StyleSheet.absoluteFill, styles.center, { opacity: inactiveOpacity }]}</w:t>
      </w:r>
    </w:p>
    <w:p>
      <w:pPr>
        <w:pStyle w:val="CodeLine"/>
        <w:pageBreakBefore/>
      </w:pPr>
      <w:r>
        <w:t xml:space="preserve">          &gt;</w:t>
      </w:r>
    </w:p>
    <w:p>
      <w:pPr>
        <w:pStyle w:val="CodeLine"/>
      </w:pPr>
      <w:r>
        <w:t xml:space="preserve">            &lt;Ionicons name={outline} size={22} color={colors.textHint} /&gt;</w:t>
      </w:r>
    </w:p>
    <w:p>
      <w:pPr>
        <w:pStyle w:val="CodeLine"/>
      </w:pPr>
      <w:r>
        <w:t xml:space="preserve">          &lt;/Animated.View&gt;</w:t>
      </w:r>
    </w:p>
    <w:p>
      <w:pPr>
        <w:pStyle w:val="CodeLine"/>
      </w:pPr>
      <w:r>
        <w:t xml:space="preserve">          &lt;Animated.View style={[StyleSheet.absoluteFill, styles.center, { opacity: progress }]}&gt;</w:t>
      </w:r>
    </w:p>
    <w:p>
      <w:pPr>
        <w:pStyle w:val="CodeLine"/>
      </w:pPr>
      <w:r>
        <w:t xml:space="preserve">            &lt;Ionicons name={filled} size={22} color={colors.primary} /&gt;</w:t>
      </w:r>
    </w:p>
    <w:p>
      <w:pPr>
        <w:pStyle w:val="CodeLine"/>
      </w:pPr>
      <w:r>
        <w:t xml:space="preserve">          &lt;/Animated.View&gt;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&lt;/Animated.View&gt;</w:t>
      </w:r>
    </w:p>
    <w:p>
      <w:pPr>
        <w:pStyle w:val="CodeLine"/>
      </w:pPr>
      <w:r>
        <w:t xml:space="preserve">      &lt;View style={styles.labelBox}&gt;</w:t>
      </w:r>
    </w:p>
    <w:p>
      <w:pPr>
        <w:pStyle w:val="CodeLine"/>
      </w:pPr>
      <w:r>
        <w:t xml:space="preserve">        &lt;Animated.Text style={[styles.tabLabel, styles.labelLayer, { opacity: inactiveOpacity }]}&gt;</w:t>
      </w:r>
    </w:p>
    <w:p>
      <w:pPr>
        <w:pStyle w:val="CodeLine"/>
      </w:pPr>
      <w:r>
        <w:t xml:space="preserve">          {label}</w:t>
      </w:r>
    </w:p>
    <w:p>
      <w:pPr>
        <w:pStyle w:val="CodeLine"/>
      </w:pPr>
      <w:r>
        <w:t xml:space="preserve">        &lt;/Animated.Text&gt;</w:t>
      </w:r>
    </w:p>
    <w:p>
      <w:pPr>
        <w:pStyle w:val="CodeLine"/>
      </w:pPr>
      <w:r>
        <w:t xml:space="preserve">        &lt;Animated.Text</w:t>
      </w:r>
    </w:p>
    <w:p>
      <w:pPr>
        <w:pStyle w:val="CodeLine"/>
      </w:pPr>
      <w:r>
        <w:t xml:space="preserve">          style={[styles.tabLabel, styles.tabLabelActive, styles.labelLayer, { opacity: progress }]}</w:t>
      </w:r>
    </w:p>
    <w:p>
      <w:pPr>
        <w:pStyle w:val="CodeLine"/>
      </w:pPr>
      <w:r>
        <w:t xml:space="preserve">        &gt;</w:t>
      </w:r>
    </w:p>
    <w:p>
      <w:pPr>
        <w:pStyle w:val="CodeLine"/>
      </w:pPr>
      <w:r>
        <w:t xml:space="preserve">          {label}</w:t>
      </w:r>
    </w:p>
    <w:p>
      <w:pPr>
        <w:pStyle w:val="CodeLine"/>
      </w:pPr>
      <w:r>
        <w:t xml:space="preserve">        &lt;/Animated.Text&gt;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&lt;/Pressable&gt;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function TabBar({ state, descriptors, navigation, insets }: BottomTabBarProps)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style={[styles.tabBar, { paddingBottom: insets.bottom + 4 }]}&gt;</w:t>
      </w:r>
    </w:p>
    <w:p>
      <w:pPr>
        <w:pStyle w:val="CodeLine"/>
      </w:pPr>
      <w:r>
        <w:t xml:space="preserve">      {state.routes.map((route, index) =&gt; {</w:t>
      </w:r>
    </w:p>
    <w:p>
      <w:pPr>
        <w:pStyle w:val="CodeLine"/>
      </w:pPr>
      <w:r>
        <w:t xml:space="preserve">        const { options } = descriptors[route.key];</w:t>
      </w:r>
    </w:p>
    <w:p>
      <w:pPr>
        <w:pStyle w:val="CodeLine"/>
      </w:pPr>
      <w:r>
        <w:t xml:space="preserve">        const focused = state.index === index;</w:t>
      </w:r>
    </w:p>
    <w:p>
      <w:pPr>
        <w:pStyle w:val="CodeLine"/>
      </w:pPr>
      <w:r>
        <w:t xml:space="preserve">        const label =</w:t>
      </w:r>
    </w:p>
    <w:p>
      <w:pPr>
        <w:pStyle w:val="CodeLine"/>
      </w:pPr>
      <w:r>
        <w:t xml:space="preserve">          typeof options.tabBarLabel === 'string' ? options.tabBarLabel : options.title ?? '';</w:t>
      </w:r>
    </w:p>
    <w:p>
      <w:pPr>
        <w:pStyle w:val="CodeLine"/>
      </w:pPr>
      <w:r>
        <w:t xml:space="preserve">        const onPress = () =&gt; {</w:t>
      </w:r>
    </w:p>
    <w:p>
      <w:pPr>
        <w:pStyle w:val="CodeLine"/>
      </w:pPr>
      <w:r>
        <w:t xml:space="preserve">          const event = navigation.emit({</w:t>
      </w:r>
    </w:p>
    <w:p>
      <w:pPr>
        <w:pStyle w:val="CodeLine"/>
      </w:pPr>
      <w:r>
        <w:t xml:space="preserve">            type: 'tabPress',</w:t>
      </w:r>
    </w:p>
    <w:p>
      <w:pPr>
        <w:pStyle w:val="CodeLine"/>
      </w:pPr>
      <w:r>
        <w:t xml:space="preserve">            target: route.key,</w:t>
      </w:r>
    </w:p>
    <w:p>
      <w:pPr>
        <w:pStyle w:val="CodeLine"/>
      </w:pPr>
      <w:r>
        <w:t xml:space="preserve">            canPreventDefault: true,</w:t>
      </w:r>
    </w:p>
    <w:p>
      <w:pPr>
        <w:pStyle w:val="CodeLine"/>
      </w:pPr>
      <w:r>
        <w:t xml:space="preserve">          });</w:t>
      </w:r>
    </w:p>
    <w:p>
      <w:pPr>
        <w:pStyle w:val="CodeLine"/>
      </w:pPr>
      <w:r>
        <w:t xml:space="preserve">          if (!focused &amp;&amp; !event.defaultPrevented) {</w:t>
      </w:r>
    </w:p>
    <w:p>
      <w:pPr>
        <w:pStyle w:val="CodeLine"/>
      </w:pPr>
      <w:r>
        <w:t xml:space="preserve">            navigation.navigate(route.name);</w:t>
      </w:r>
    </w:p>
    <w:p>
      <w:pPr>
        <w:pStyle w:val="CodeLine"/>
      </w:pPr>
      <w:r>
        <w:t xml:space="preserve">          }</w:t>
      </w:r>
    </w:p>
    <w:p>
      <w:pPr>
        <w:pStyle w:val="CodeLine"/>
      </w:pPr>
      <w:r>
        <w:t xml:space="preserve">        };</w:t>
      </w:r>
    </w:p>
    <w:p>
      <w:pPr>
        <w:pStyle w:val="CodeLine"/>
      </w:pPr>
      <w:r>
        <w:t xml:space="preserve">        const onLongPress = () =&gt; navigation.emit({ type: 'tabLongPress', target: route.key });</w:t>
      </w:r>
    </w:p>
    <w:p>
      <w:pPr>
        <w:pStyle w:val="CodeLine"/>
      </w:pPr>
      <w:r>
        <w:t xml:space="preserve">        return (</w:t>
      </w:r>
    </w:p>
    <w:p>
      <w:pPr>
        <w:pStyle w:val="CodeLine"/>
      </w:pPr>
      <w:r>
        <w:t xml:space="preserve">          &lt;TabItem</w:t>
      </w:r>
    </w:p>
    <w:p>
      <w:pPr>
        <w:pStyle w:val="CodeLine"/>
      </w:pPr>
      <w:r>
        <w:t xml:space="preserve">            key={route.key}</w:t>
      </w:r>
    </w:p>
    <w:p>
      <w:pPr>
        <w:pStyle w:val="CodeLine"/>
      </w:pPr>
      <w:r>
        <w:t xml:space="preserve">            route={route.name as TabRoute}</w:t>
      </w:r>
    </w:p>
    <w:p>
      <w:pPr>
        <w:pStyle w:val="CodeLine"/>
      </w:pPr>
      <w:r>
        <w:t xml:space="preserve">            focused={focused}</w:t>
      </w:r>
    </w:p>
    <w:p>
      <w:pPr>
        <w:pStyle w:val="CodeLine"/>
      </w:pPr>
      <w:r>
        <w:t xml:space="preserve">            label={label}</w:t>
      </w:r>
    </w:p>
    <w:p>
      <w:pPr>
        <w:pStyle w:val="CodeLine"/>
      </w:pPr>
      <w:r>
        <w:t xml:space="preserve">            onPress={onPress}</w:t>
      </w:r>
    </w:p>
    <w:p>
      <w:pPr>
        <w:pStyle w:val="CodeLine"/>
      </w:pPr>
      <w:r>
        <w:t xml:space="preserve">            onLongPress={onLongPress}</w:t>
      </w:r>
    </w:p>
    <w:p>
      <w:pPr>
        <w:pStyle w:val="CodeLine"/>
      </w:pPr>
      <w:r>
        <w:t xml:space="preserve">          /&gt;</w:t>
      </w:r>
    </w:p>
    <w:p>
      <w:pPr>
        <w:pStyle w:val="CodeLine"/>
      </w:pPr>
      <w:r>
        <w:t xml:space="preserve">        );</w:t>
      </w:r>
    </w:p>
    <w:p>
      <w:pPr>
        <w:pStyle w:val="CodeLine"/>
      </w:pPr>
      <w:r>
        <w:t xml:space="preserve">      })}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企业端底部 Tab 导航：岗位 / 人才 / 沟通 / 我的</w:t>
      </w:r>
    </w:p>
    <w:p>
      <w:pPr>
        <w:pStyle w:val="CodeLine"/>
      </w:pPr>
      <w:r>
        <w:t xml:space="preserve"> * 绿色 success 强调，与求职端蓝色 primary 形成视觉区分。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export default function EnterpriseTabLayout() {</w:t>
      </w:r>
    </w:p>
    <w:p>
      <w:pPr>
        <w:pStyle w:val="CodeLine"/>
      </w:pPr>
      <w:r>
        <w:t xml:space="preserve">  const { setRole } = useRole();</w:t>
      </w:r>
    </w:p>
    <w:p>
      <w:pPr>
        <w:pStyle w:val="CodeLine"/>
      </w:pPr>
      <w:r>
        <w:t xml:space="preserve">  // 用 useFocusEffect：进入/返回该端时随焦点写入角色，</w:t>
      </w:r>
    </w:p>
    <w:p>
      <w:pPr>
        <w:pStyle w:val="CodeLine"/>
      </w:pPr>
      <w:r>
        <w:t xml:space="preserve">  // 避免「切换到企业端」后返回时 layout 未重新挂载导致 role 残留 candidate。</w:t>
      </w:r>
    </w:p>
    <w:p>
      <w:pPr>
        <w:pStyle w:val="CodeLine"/>
      </w:pPr>
      <w:r>
        <w:t xml:space="preserve">  useFocusEffect(</w:t>
      </w:r>
    </w:p>
    <w:p>
      <w:pPr>
        <w:pStyle w:val="CodeLine"/>
      </w:pPr>
      <w:r>
        <w:t xml:space="preserve">    useCallback(() =&gt; {</w:t>
      </w:r>
    </w:p>
    <w:p>
      <w:pPr>
        <w:pStyle w:val="CodeLine"/>
      </w:pPr>
      <w:r>
        <w:t xml:space="preserve">      setRole('enterprise');</w:t>
      </w:r>
    </w:p>
    <w:p>
      <w:pPr>
        <w:pStyle w:val="CodeLine"/>
      </w:pPr>
      <w:r>
        <w:t xml:space="preserve">    }, [setRole]),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&lt;Tabs</w:t>
      </w:r>
    </w:p>
    <w:p>
      <w:pPr>
        <w:pStyle w:val="CodeLine"/>
      </w:pPr>
      <w:r>
        <w:t xml:space="preserve">      screenOptions={{ headerShown: false }}</w:t>
      </w:r>
    </w:p>
    <w:p>
      <w:pPr>
        <w:pStyle w:val="CodeLine"/>
      </w:pPr>
      <w:r>
        <w:t xml:space="preserve">      tabBar={(props) =&gt; &lt;TabBar {...props} /&gt;}</w:t>
      </w:r>
    </w:p>
    <w:p>
      <w:pPr>
        <w:pStyle w:val="CodeLine"/>
      </w:pPr>
      <w:r>
        <w:t xml:space="preserve">    &gt;</w:t>
      </w:r>
    </w:p>
    <w:p>
      <w:pPr>
        <w:pStyle w:val="CodeLine"/>
        <w:pageBreakBefore/>
      </w:pPr>
      <w:r>
        <w:t xml:space="preserve">      &lt;Tabs.Screen name="job-management" options={{ title: '岗位' }} /&gt;</w:t>
      </w:r>
    </w:p>
    <w:p>
      <w:pPr>
        <w:pStyle w:val="CodeLine"/>
      </w:pPr>
      <w:r>
        <w:t xml:space="preserve">      &lt;Tabs.Screen name="talent-recommendation" options={{ title: '人才' }} /&gt;</w:t>
      </w:r>
    </w:p>
    <w:p>
      <w:pPr>
        <w:pStyle w:val="CodeLine"/>
      </w:pPr>
      <w:r>
        <w:t xml:space="preserve">      &lt;Tabs.Screen name="enterprise-chat" options={{ title: '沟通' }} /&gt;</w:t>
      </w:r>
    </w:p>
    <w:p>
      <w:pPr>
        <w:pStyle w:val="CodeLine"/>
      </w:pPr>
      <w:r>
        <w:t xml:space="preserve">      &lt;Tabs.Screen name="enterprise-overview" options={{ title: '我的' }} /&gt;</w:t>
      </w:r>
    </w:p>
    <w:p>
      <w:pPr>
        <w:pStyle w:val="CodeLine"/>
      </w:pPr>
      <w:r>
        <w:t xml:space="preserve">    &lt;/Tabs&gt;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const styles = StyleSheet.create({</w:t>
      </w:r>
    </w:p>
    <w:p>
      <w:pPr>
        <w:pStyle w:val="CodeLine"/>
      </w:pPr>
      <w:r>
        <w:t xml:space="preserve">  tabBar: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paddingTop: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tabItem: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paddingVertical: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tabItemPressed: {</w:t>
      </w:r>
    </w:p>
    <w:p>
      <w:pPr>
        <w:pStyle w:val="CodeLine"/>
      </w:pPr>
      <w:r>
        <w:t xml:space="preserve">    transform: [{ scale: 0.92 }],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iconBox: {</w:t>
      </w:r>
    </w:p>
    <w:p>
      <w:pPr>
        <w:pStyle w:val="CodeLine"/>
      </w:pPr>
      <w:r>
        <w:t xml:space="preserve">    width: 22,</w:t>
      </w:r>
    </w:p>
    <w:p>
      <w:pPr>
        <w:pStyle w:val="CodeLine"/>
      </w:pPr>
      <w:r>
        <w:t xml:space="preserve">    height: 22,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center: {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labelBox: {</w:t>
      </w:r>
    </w:p>
    <w:p>
      <w:pPr>
        <w:pStyle w:val="CodeLine"/>
      </w:pPr>
      <w:r>
        <w:t xml:space="preserve">    height: 14,</w:t>
      </w:r>
    </w:p>
    <w:p>
      <w:pPr>
        <w:pStyle w:val="CodeLine"/>
      </w:pPr>
      <w:r>
        <w:t xml:space="preserve">    marginTop: 1,</w:t>
      </w:r>
    </w:p>
    <w:p>
      <w:pPr>
        <w:pStyle w:val="CodeLine"/>
      </w:pPr>
      <w:r>
        <w:t xml:space="preserve">    alignSelf: 'stretch',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labelLayer: {</w:t>
      </w:r>
    </w:p>
    <w:p>
      <w:pPr>
        <w:pStyle w:val="CodeLine"/>
      </w:pPr>
      <w:r>
        <w:t xml:space="preserve">    position: 'absolute',</w:t>
      </w:r>
    </w:p>
    <w:p>
      <w:pPr>
        <w:pStyle w:val="CodeLine"/>
      </w:pPr>
      <w:r>
        <w:t xml:space="preserve">    top: 0,</w:t>
      </w:r>
    </w:p>
    <w:p>
      <w:pPr>
        <w:pStyle w:val="CodeLine"/>
      </w:pPr>
      <w:r>
        <w:t xml:space="preserve">    left: 0,</w:t>
      </w:r>
    </w:p>
    <w:p>
      <w:pPr>
        <w:pStyle w:val="CodeLine"/>
      </w:pPr>
      <w:r>
        <w:t xml:space="preserve">    right: 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tabLabel: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lineHeight: 14,</w:t>
      </w:r>
    </w:p>
    <w:p>
      <w:pPr>
        <w:pStyle w:val="CodeLine"/>
      </w:pPr>
      <w:r>
        <w:t xml:space="preserve">    fontWeight: '400',</w:t>
      </w:r>
    </w:p>
    <w:p>
      <w:pPr>
        <w:pStyle w:val="CodeLine"/>
      </w:pPr>
      <w:r>
        <w:t xml:space="preserve">    textAlign: 'center',</w:t>
      </w:r>
    </w:p>
    <w:p>
      <w:pPr>
        <w:pStyle w:val="CodeLine"/>
      </w:pPr>
      <w:r>
        <w:t xml:space="preserve">    color: colors.textHint,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tabLabelActive: {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>});</w:t>
      </w:r>
    </w:p>
    <w:p>
      <w:pPr>
        <w:pStyle w:val="CodeLine"/>
      </w:pPr>
      <w:r>
        <w:t>import { Ionicons } from '@expo/vector-icons';</w:t>
      </w:r>
    </w:p>
    <w:p>
      <w:pPr>
        <w:pStyle w:val="CodeLine"/>
      </w:pPr>
      <w:r>
        <w:t>import { useRouter } from 'expo-router';</w:t>
      </w:r>
    </w:p>
    <w:p>
      <w:pPr>
        <w:pStyle w:val="CodeLine"/>
      </w:pPr>
      <w:r>
        <w:t>import {</w:t>
      </w:r>
    </w:p>
    <w:p>
      <w:pPr>
        <w:pStyle w:val="CodeLine"/>
      </w:pPr>
      <w:r>
        <w:t xml:space="preserve">  ActivityIndicator,</w:t>
      </w:r>
    </w:p>
    <w:p>
      <w:pPr>
        <w:pStyle w:val="CodeLine"/>
      </w:pPr>
      <w:r>
        <w:t xml:space="preserve">  Pressable,</w:t>
      </w:r>
    </w:p>
    <w:p>
      <w:pPr>
        <w:pStyle w:val="CodeLine"/>
      </w:pPr>
      <w:r>
        <w:t xml:space="preserve">  ScrollView,</w:t>
      </w:r>
    </w:p>
    <w:p>
      <w:pPr>
        <w:pStyle w:val="CodeLine"/>
      </w:pPr>
      <w:r>
        <w:t xml:space="preserve">  StyleSheet,</w:t>
      </w:r>
    </w:p>
    <w:p>
      <w:pPr>
        <w:pStyle w:val="CodeLine"/>
      </w:pPr>
      <w:r>
        <w:t xml:space="preserve">  Text,</w:t>
      </w:r>
    </w:p>
    <w:p>
      <w:pPr>
        <w:pStyle w:val="CodeLine"/>
      </w:pPr>
      <w:r>
        <w:t xml:space="preserve">  TextInput,</w:t>
      </w:r>
    </w:p>
    <w:p>
      <w:pPr>
        <w:pStyle w:val="CodeLine"/>
      </w:pPr>
      <w:r>
        <w:t xml:space="preserve">  View,</w:t>
      </w:r>
    </w:p>
    <w:p>
      <w:pPr>
        <w:pStyle w:val="CodeLine"/>
      </w:pPr>
      <w:r>
        <w:t>} from 'react-native';</w:t>
      </w:r>
    </w:p>
    <w:p>
      <w:pPr>
        <w:pStyle w:val="CodeLine"/>
      </w:pPr>
      <w:r>
        <w:t>import { SafeAreaView } from 'react-native-safe-area-context';</w:t>
      </w:r>
    </w:p>
    <w:p>
      <w:pPr>
        <w:pStyle w:val="CodeLine"/>
      </w:pPr>
      <w:r>
        <w:t>import { useEnterpriseCommunication } from '../../src/hooks';</w:t>
      </w:r>
    </w:p>
    <w:p>
      <w:pPr>
        <w:pStyle w:val="CodeLine"/>
      </w:pPr>
      <w:r>
        <w:t>import { ENTERPRISE_DISPLAY_NAME } from '../../src/constants';</w:t>
      </w:r>
    </w:p>
    <w:p>
      <w:pPr>
        <w:pStyle w:val="CodeLine"/>
      </w:pPr>
      <w:r>
        <w:t>import { colors } from '../../src/theme';</w:t>
      </w:r>
    </w:p>
    <w:p>
      <w:pPr>
        <w:pStyle w:val="CodeLine"/>
      </w:pPr>
      <w:r>
        <w:t>import type { EnterpriseChatItem, EnterpriseCommunicationTab, PendingTask } from '../../src/types';</w:t>
      </w:r>
    </w:p>
    <w:p>
      <w:pPr>
        <w:pStyle w:val="CodeLine"/>
      </w:pPr>
      <w:r>
        <w:t>/* ===================== 子组件：顶部导航 ===================== */</w:t>
      </w:r>
    </w:p>
    <w:p>
      <w:pPr>
        <w:pStyle w:val="CodeLine"/>
      </w:pPr>
      <w:r>
        <w:t>function Header({ companyName, onBack }: { companyName: string; onBack: () =&gt; void }) {</w:t>
      </w:r>
    </w:p>
    <w:p>
      <w:pPr>
        <w:pStyle w:val="CodeLine"/>
        <w:pageBreakBefore/>
      </w:pPr>
      <w:r>
        <w:t xml:space="preserve">  const router = useRouter();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style={styles.header}&gt;</w:t>
      </w:r>
    </w:p>
    <w:p>
      <w:pPr>
        <w:pStyle w:val="CodeLine"/>
      </w:pPr>
      <w:r>
        <w:t xml:space="preserve">      &lt;Pressable style={styles.headerBtn} onPress={onBack} hitSlop={8}&gt;</w:t>
      </w:r>
    </w:p>
    <w:p>
      <w:pPr>
        <w:pStyle w:val="CodeLine"/>
      </w:pPr>
      <w:r>
        <w:t xml:space="preserve">        &lt;Ionicons name="chevron-back" size={24} color={colors.textPrimary} /&gt;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  &lt;View style={styles.headerCenter}&gt;</w:t>
      </w:r>
    </w:p>
    <w:p>
      <w:pPr>
        <w:pStyle w:val="CodeLine"/>
      </w:pPr>
      <w:r>
        <w:t xml:space="preserve">        &lt;Text style={styles.headerCompany}&gt;{companyName}&lt;/Text&gt;</w:t>
      </w:r>
    </w:p>
    <w:p>
      <w:pPr>
        <w:pStyle w:val="CodeLine"/>
      </w:pPr>
      <w:r>
        <w:t xml:space="preserve">        &lt;Text style={styles.headerTitle}&gt;沟通&lt;/Text&gt;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&lt;Pressable</w:t>
      </w:r>
    </w:p>
    <w:p>
      <w:pPr>
        <w:pStyle w:val="CodeLine"/>
      </w:pPr>
      <w:r>
        <w:t xml:space="preserve">        style={styles.startBtn}</w:t>
      </w:r>
    </w:p>
    <w:p>
      <w:pPr>
        <w:pStyle w:val="CodeLine"/>
      </w:pPr>
      <w:r>
        <w:t xml:space="preserve">        onPress={() =&gt; router.navigate('/talent-recommendation')}</w:t>
      </w:r>
    </w:p>
    <w:p>
      <w:pPr>
        <w:pStyle w:val="CodeLine"/>
      </w:pPr>
      <w:r>
        <w:t xml:space="preserve">        hitSlop={6}</w:t>
      </w:r>
    </w:p>
    <w:p>
      <w:pPr>
        <w:pStyle w:val="CodeLine"/>
      </w:pPr>
      <w:r>
        <w:t xml:space="preserve">      &gt;</w:t>
      </w:r>
    </w:p>
    <w:p>
      <w:pPr>
        <w:pStyle w:val="CodeLine"/>
      </w:pPr>
      <w:r>
        <w:t xml:space="preserve">        &lt;Ionicons name="add" size={16} color={colors.white} /&gt;</w:t>
      </w:r>
    </w:p>
    <w:p>
      <w:pPr>
        <w:pStyle w:val="CodeLine"/>
      </w:pPr>
      <w:r>
        <w:t xml:space="preserve">        &lt;Text style={styles.startBtnText}&gt;发起沟通&lt;/Text&gt;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子组件：Tab 栏 ===================== */</w:t>
      </w:r>
    </w:p>
    <w:p>
      <w:pPr>
        <w:pStyle w:val="CodeLine"/>
      </w:pPr>
      <w:r>
        <w:t>function TabBar({</w:t>
      </w:r>
    </w:p>
    <w:p>
      <w:pPr>
        <w:pStyle w:val="CodeLine"/>
      </w:pPr>
      <w:r>
        <w:t xml:space="preserve">  tabs,</w:t>
      </w:r>
    </w:p>
    <w:p>
      <w:pPr>
        <w:pStyle w:val="CodeLine"/>
      </w:pPr>
      <w:r>
        <w:t xml:space="preserve">  active,</w:t>
      </w:r>
    </w:p>
    <w:p>
      <w:pPr>
        <w:pStyle w:val="CodeLine"/>
      </w:pPr>
      <w:r>
        <w:t xml:space="preserve">  onChange,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tabs: EnterpriseCommunicationTab[];</w:t>
      </w:r>
    </w:p>
    <w:p>
      <w:pPr>
        <w:pStyle w:val="CodeLine"/>
      </w:pPr>
      <w:r>
        <w:t xml:space="preserve">  active: string;</w:t>
      </w:r>
    </w:p>
    <w:p>
      <w:pPr>
        <w:pStyle w:val="CodeLine"/>
      </w:pPr>
      <w:r>
        <w:t xml:space="preserve">  onChange: (key: string) =&gt; void;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style={styles.tabBar}&gt;</w:t>
      </w:r>
    </w:p>
    <w:p>
      <w:pPr>
        <w:pStyle w:val="CodeLine"/>
      </w:pPr>
      <w:r>
        <w:t xml:space="preserve">      {tabs.map((tab) =&gt; {</w:t>
      </w:r>
    </w:p>
    <w:p>
      <w:pPr>
        <w:pStyle w:val="CodeLine"/>
      </w:pPr>
      <w:r>
        <w:t xml:space="preserve">        const isActive = tab.key === active;</w:t>
      </w:r>
    </w:p>
    <w:p>
      <w:pPr>
        <w:pStyle w:val="CodeLine"/>
      </w:pPr>
      <w:r>
        <w:t xml:space="preserve">        return (</w:t>
      </w:r>
    </w:p>
    <w:p>
      <w:pPr>
        <w:pStyle w:val="CodeLine"/>
      </w:pPr>
      <w:r>
        <w:t xml:space="preserve">          &lt;Pressable key={tab.key} style={styles.tabItem} onPress={() =&gt; onChange(tab.key)}&gt;</w:t>
      </w:r>
    </w:p>
    <w:p>
      <w:pPr>
        <w:pStyle w:val="CodeLine"/>
      </w:pPr>
      <w:r>
        <w:t xml:space="preserve">            &lt;Text style={[styles.tabLabel, isActive &amp;&amp; styles.tabLabelActive]}&gt;</w:t>
      </w:r>
    </w:p>
    <w:p>
      <w:pPr>
        <w:pStyle w:val="CodeLine"/>
      </w:pPr>
      <w:r>
        <w:t xml:space="preserve">              {tab.label}</w:t>
      </w:r>
    </w:p>
    <w:p>
      <w:pPr>
        <w:pStyle w:val="CodeLine"/>
      </w:pPr>
      <w:r>
        <w:t xml:space="preserve">              &lt;Text style={[styles.tabCount, isActive &amp;&amp; styles.tabCountActive]}&gt;({tab.count})&lt;/Text&gt;</w:t>
      </w:r>
    </w:p>
    <w:p>
      <w:pPr>
        <w:pStyle w:val="CodeLine"/>
      </w:pPr>
      <w:r>
        <w:t xml:space="preserve">            &lt;/Text&gt;</w:t>
      </w:r>
    </w:p>
    <w:p>
      <w:pPr>
        <w:pStyle w:val="CodeLine"/>
      </w:pPr>
      <w:r>
        <w:t xml:space="preserve">            &lt;View style={[styles.tabIndicator, isActive &amp;&amp; styles.tabIndicatorActive]} /&gt;</w:t>
      </w:r>
    </w:p>
    <w:p>
      <w:pPr>
        <w:pStyle w:val="CodeLine"/>
      </w:pPr>
      <w:r>
        <w:t xml:space="preserve">          &lt;/Pressable&gt;</w:t>
      </w:r>
    </w:p>
    <w:p>
      <w:pPr>
        <w:pStyle w:val="CodeLine"/>
      </w:pPr>
      <w:r>
        <w:t xml:space="preserve">        );</w:t>
      </w:r>
    </w:p>
    <w:p>
      <w:pPr>
        <w:pStyle w:val="CodeLine"/>
      </w:pPr>
      <w:r>
        <w:t xml:space="preserve">      })}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子组件：待处理任务 ===================== */</w:t>
      </w:r>
    </w:p>
    <w:p>
      <w:pPr>
        <w:pStyle w:val="CodeLine"/>
      </w:pPr>
      <w:r>
        <w:t>function PendingTasks({</w:t>
      </w:r>
    </w:p>
    <w:p>
      <w:pPr>
        <w:pStyle w:val="CodeLine"/>
      </w:pPr>
      <w:r>
        <w:t xml:space="preserve">  tasks,</w:t>
      </w:r>
    </w:p>
    <w:p>
      <w:pPr>
        <w:pStyle w:val="CodeLine"/>
      </w:pPr>
      <w:r>
        <w:t xml:space="preserve">  onPressTask,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tasks: PendingTask[];</w:t>
      </w:r>
    </w:p>
    <w:p>
      <w:pPr>
        <w:pStyle w:val="CodeLine"/>
      </w:pPr>
      <w:r>
        <w:t xml:space="preserve">  onPressTask: (task: PendingTask) =&gt; void;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style={styles.pendingCard}&gt;</w:t>
      </w:r>
    </w:p>
    <w:p>
      <w:pPr>
        <w:pStyle w:val="CodeLine"/>
      </w:pPr>
      <w:r>
        <w:t xml:space="preserve">      &lt;Text style={styles.pendingTitle}&gt;待处理&lt;/Text&gt;</w:t>
      </w:r>
    </w:p>
    <w:p>
      <w:pPr>
        <w:pStyle w:val="CodeLine"/>
      </w:pPr>
      <w:r>
        <w:t xml:space="preserve">      &lt;View style={styles.pendingGrid}&gt;</w:t>
      </w:r>
    </w:p>
    <w:p>
      <w:pPr>
        <w:pStyle w:val="CodeLine"/>
      </w:pPr>
      <w:r>
        <w:t xml:space="preserve">        {tasks.map((task) =&gt; {</w:t>
      </w:r>
    </w:p>
    <w:p>
      <w:pPr>
        <w:pStyle w:val="CodeLine"/>
      </w:pPr>
      <w:r>
        <w:t xml:space="preserve">          const token =</w:t>
      </w:r>
    </w:p>
    <w:p>
      <w:pPr>
        <w:pStyle w:val="CodeLine"/>
      </w:pPr>
      <w:r>
        <w:t xml:space="preserve">            task.color === 'action'</w:t>
      </w:r>
    </w:p>
    <w:p>
      <w:pPr>
        <w:pStyle w:val="CodeLine"/>
      </w:pPr>
      <w:r>
        <w:t xml:space="preserve">              ? colors.action</w:t>
      </w:r>
    </w:p>
    <w:p>
      <w:pPr>
        <w:pStyle w:val="CodeLine"/>
      </w:pPr>
      <w:r>
        <w:t xml:space="preserve">              : task.color === 'compareOrange'</w:t>
      </w:r>
    </w:p>
    <w:p>
      <w:pPr>
        <w:pStyle w:val="CodeLine"/>
      </w:pPr>
      <w:r>
        <w:t xml:space="preserve">                ? colors.compareOrange</w:t>
      </w:r>
    </w:p>
    <w:p>
      <w:pPr>
        <w:pStyle w:val="CodeLine"/>
      </w:pPr>
      <w:r>
        <w:t xml:space="preserve">                : colors.primary;</w:t>
      </w:r>
    </w:p>
    <w:p>
      <w:pPr>
        <w:pStyle w:val="CodeLine"/>
      </w:pPr>
      <w:r>
        <w:t xml:space="preserve">          return (</w:t>
      </w:r>
    </w:p>
    <w:p>
      <w:pPr>
        <w:pStyle w:val="CodeLine"/>
      </w:pPr>
      <w:r>
        <w:t xml:space="preserve">            &lt;Pressable</w:t>
      </w:r>
    </w:p>
    <w:p>
      <w:pPr>
        <w:pStyle w:val="CodeLine"/>
      </w:pPr>
      <w:r>
        <w:t xml:space="preserve">              key={task.id}</w:t>
      </w:r>
    </w:p>
    <w:p>
      <w:pPr>
        <w:pStyle w:val="CodeLine"/>
      </w:pPr>
      <w:r>
        <w:t xml:space="preserve">              style={styles.pendingItem}</w:t>
      </w:r>
    </w:p>
    <w:p>
      <w:pPr>
        <w:pStyle w:val="CodeLine"/>
      </w:pPr>
      <w:r>
        <w:t xml:space="preserve">              onPress={() =&gt; onPressTask(task)}</w:t>
      </w:r>
    </w:p>
    <w:p>
      <w:pPr>
        <w:pStyle w:val="CodeLine"/>
        <w:pageBreakBefore/>
      </w:pPr>
      <w:r>
        <w:t xml:space="preserve">            &gt;</w:t>
      </w:r>
    </w:p>
    <w:p>
      <w:pPr>
        <w:pStyle w:val="CodeLine"/>
      </w:pPr>
      <w:r>
        <w:t xml:space="preserve">              &lt;View style={[styles.pendingIconWrap, { backgroundColor: token + '15' }]}&gt;</w:t>
      </w:r>
    </w:p>
    <w:p>
      <w:pPr>
        <w:pStyle w:val="CodeLine"/>
      </w:pPr>
      <w:r>
        <w:t xml:space="preserve">                &lt;Ionicons name={task.icon as keyof typeof Ionicons.glyphMap} size={22} color={token} /&gt;</w:t>
      </w:r>
    </w:p>
    <w:p>
      <w:pPr>
        <w:pStyle w:val="CodeLine"/>
      </w:pPr>
      <w:r>
        <w:t xml:space="preserve">              &lt;/View&gt;</w:t>
      </w:r>
    </w:p>
    <w:p>
      <w:pPr>
        <w:pStyle w:val="CodeLine"/>
      </w:pPr>
      <w:r>
        <w:t xml:space="preserve">              &lt;View style={styles.pendingBody}&gt;</w:t>
      </w:r>
    </w:p>
    <w:p>
      <w:pPr>
        <w:pStyle w:val="CodeLine"/>
      </w:pPr>
      <w:r>
        <w:t xml:space="preserve">                &lt;View style={styles.pendingLabelRow}&gt;</w:t>
      </w:r>
    </w:p>
    <w:p>
      <w:pPr>
        <w:pStyle w:val="CodeLine"/>
      </w:pPr>
      <w:r>
        <w:t xml:space="preserve">                  &lt;Text style={styles.pendingLabel}&gt;{task.label}&lt;/Text&gt;</w:t>
      </w:r>
    </w:p>
    <w:p>
      <w:pPr>
        <w:pStyle w:val="CodeLine"/>
      </w:pPr>
      <w:r>
        <w:t xml:space="preserve">                  &lt;View style={styles.pendingBadge}&gt;</w:t>
      </w:r>
    </w:p>
    <w:p>
      <w:pPr>
        <w:pStyle w:val="CodeLine"/>
      </w:pPr>
      <w:r>
        <w:t xml:space="preserve">                    &lt;Text style={styles.pendingBadgeText}&gt;{task.count}人&lt;/Text&gt;</w:t>
      </w:r>
    </w:p>
    <w:p>
      <w:pPr>
        <w:pStyle w:val="CodeLine"/>
      </w:pPr>
      <w:r>
        <w:t xml:space="preserve">                  &lt;/View&gt;</w:t>
      </w:r>
    </w:p>
    <w:p>
      <w:pPr>
        <w:pStyle w:val="CodeLine"/>
      </w:pPr>
      <w:r>
        <w:t xml:space="preserve">                &lt;/View&gt;</w:t>
      </w:r>
    </w:p>
    <w:p>
      <w:pPr>
        <w:pStyle w:val="CodeLine"/>
      </w:pPr>
      <w:r>
        <w:t xml:space="preserve">                {task.hint ? &lt;Text style={styles.pendingHint}&gt;{task.hint}&lt;/Text&gt; : null}</w:t>
      </w:r>
    </w:p>
    <w:p>
      <w:pPr>
        <w:pStyle w:val="CodeLine"/>
      </w:pPr>
      <w:r>
        <w:t xml:space="preserve">              &lt;/View&gt;</w:t>
      </w:r>
    </w:p>
    <w:p>
      <w:pPr>
        <w:pStyle w:val="CodeLine"/>
      </w:pPr>
      <w:r>
        <w:t xml:space="preserve">              &lt;Ionicons name="chevron-forward" size={16} color={colors.textHint} /&gt;</w:t>
      </w:r>
    </w:p>
    <w:p>
      <w:pPr>
        <w:pStyle w:val="CodeLine"/>
      </w:pPr>
      <w:r>
        <w:t xml:space="preserve">            &lt;/Pressable&gt;</w:t>
      </w:r>
    </w:p>
    <w:p>
      <w:pPr>
        <w:pStyle w:val="CodeLine"/>
      </w:pPr>
      <w:r>
        <w:t xml:space="preserve">          );</w:t>
      </w:r>
    </w:p>
    <w:p>
      <w:pPr>
        <w:pStyle w:val="CodeLine"/>
      </w:pPr>
      <w:r>
        <w:t xml:space="preserve">        })}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子组件：聊天列表项 ===================== */</w:t>
      </w:r>
    </w:p>
    <w:p>
      <w:pPr>
        <w:pStyle w:val="CodeLine"/>
      </w:pPr>
      <w:r>
        <w:t>function ChatRow({ chat }: { chat: EnterpriseChatItem })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&lt;Pressable style={styles.chatRow} onPress={() =&gt; router.push('/chat/' + chat.id)}&gt;</w:t>
      </w:r>
    </w:p>
    <w:p>
      <w:pPr>
        <w:pStyle w:val="CodeLine"/>
      </w:pPr>
      <w:r>
        <w:t xml:space="preserve">      &lt;View style={styles.chatAvatar}&gt;</w:t>
      </w:r>
    </w:p>
    <w:p>
      <w:pPr>
        <w:pStyle w:val="CodeLine"/>
      </w:pPr>
      <w:r>
        <w:t xml:space="preserve">        &lt;Text style={styles.chatAvatarText}&gt;{chat.avatar}&lt;/Text&gt;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style={styles.chatBody}&gt;</w:t>
      </w:r>
    </w:p>
    <w:p>
      <w:pPr>
        <w:pStyle w:val="CodeLine"/>
      </w:pPr>
      <w:r>
        <w:t xml:space="preserve">        &lt;View style={styles.chatHeader}&gt;</w:t>
      </w:r>
    </w:p>
    <w:p>
      <w:pPr>
        <w:pStyle w:val="CodeLine"/>
      </w:pPr>
      <w:r>
        <w:t xml:space="preserve">          &lt;View style={styles.chatNameWrap}&gt;</w:t>
      </w:r>
    </w:p>
    <w:p>
      <w:pPr>
        <w:pStyle w:val="CodeLine"/>
      </w:pPr>
      <w:r>
        <w:t xml:space="preserve">            &lt;Text style={styles.chatName}&gt;{chat.name}&lt;/Text&gt;</w:t>
      </w:r>
    </w:p>
    <w:p>
      <w:pPr>
        <w:pStyle w:val="CodeLine"/>
      </w:pPr>
      <w:r>
        <w:t xml:space="preserve">            {chat.labels.length &gt; 0 ? (</w:t>
      </w:r>
    </w:p>
    <w:p>
      <w:pPr>
        <w:pStyle w:val="CodeLine"/>
      </w:pPr>
      <w:r>
        <w:t xml:space="preserve">              &lt;View style={styles.chatLabelTag}&gt;</w:t>
      </w:r>
    </w:p>
    <w:p>
      <w:pPr>
        <w:pStyle w:val="CodeLine"/>
      </w:pPr>
      <w:r>
        <w:t xml:space="preserve">                &lt;Text style={styles.chatLabelTagText}&gt;{chat.labels[0]}&lt;/Text&gt;</w:t>
      </w:r>
    </w:p>
    <w:p>
      <w:pPr>
        <w:pStyle w:val="CodeLine"/>
      </w:pPr>
      <w:r>
        <w:t xml:space="preserve">              &lt;/View&gt;</w:t>
      </w:r>
    </w:p>
    <w:p>
      <w:pPr>
        <w:pStyle w:val="CodeLine"/>
      </w:pPr>
      <w:r>
        <w:t xml:space="preserve">            ) : null}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  &lt;Text style={styles.chatTime}&gt;{chat.time}&lt;/Text&gt;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  &lt;Text style={styles.chatTitle}&gt;{chat.title}&lt;/Text&gt;</w:t>
      </w:r>
    </w:p>
    <w:p>
      <w:pPr>
        <w:pStyle w:val="CodeLine"/>
      </w:pPr>
      <w:r>
        <w:t xml:space="preserve">        &lt;View style={styles.chatFooter}&gt;</w:t>
      </w:r>
    </w:p>
    <w:p>
      <w:pPr>
        <w:pStyle w:val="CodeLine"/>
      </w:pPr>
      <w:r>
        <w:t xml:space="preserve">          &lt;Text style={styles.chatLastMessage} numberOfLines={1}&gt;</w:t>
      </w:r>
    </w:p>
    <w:p>
      <w:pPr>
        <w:pStyle w:val="CodeLine"/>
      </w:pPr>
      <w:r>
        <w:t xml:space="preserve">            {chat.lastMessage}</w:t>
      </w:r>
    </w:p>
    <w:p>
      <w:pPr>
        <w:pStyle w:val="CodeLine"/>
      </w:pPr>
      <w:r>
        <w:t xml:space="preserve">          &lt;/Text&gt;</w:t>
      </w:r>
    </w:p>
    <w:p>
      <w:pPr>
        <w:pStyle w:val="CodeLine"/>
      </w:pPr>
      <w:r>
        <w:t xml:space="preserve">          {chat.unreadCount &gt; 0 ? (</w:t>
      </w:r>
    </w:p>
    <w:p>
      <w:pPr>
        <w:pStyle w:val="CodeLine"/>
      </w:pPr>
      <w:r>
        <w:t xml:space="preserve">            &lt;View style={styles.unreadBadge}&gt;</w:t>
      </w:r>
    </w:p>
    <w:p>
      <w:pPr>
        <w:pStyle w:val="CodeLine"/>
      </w:pPr>
      <w:r>
        <w:t xml:space="preserve">              &lt;Text style={styles.unreadBadgeText}&gt;{chat.unreadCount}&lt;/Text&gt;</w:t>
      </w:r>
    </w:p>
    <w:p>
      <w:pPr>
        <w:pStyle w:val="CodeLine"/>
      </w:pPr>
      <w:r>
        <w:t xml:space="preserve">            &lt;/View&gt;</w:t>
      </w:r>
    </w:p>
    <w:p>
      <w:pPr>
        <w:pStyle w:val="CodeLine"/>
      </w:pPr>
      <w:r>
        <w:t xml:space="preserve">          ) : null}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&lt;/Pressable&gt;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子组件：搜索栏 ===================== */</w:t>
      </w:r>
    </w:p>
    <w:p>
      <w:pPr>
        <w:pStyle w:val="CodeLine"/>
      </w:pPr>
      <w:r>
        <w:t>function SearchBar({</w:t>
      </w:r>
    </w:p>
    <w:p>
      <w:pPr>
        <w:pStyle w:val="CodeLine"/>
      </w:pPr>
      <w:r>
        <w:t xml:space="preserve">  value,</w:t>
      </w:r>
    </w:p>
    <w:p>
      <w:pPr>
        <w:pStyle w:val="CodeLine"/>
      </w:pPr>
      <w:r>
        <w:t xml:space="preserve">  onChange,</w:t>
      </w:r>
    </w:p>
    <w:p>
      <w:pPr>
        <w:pStyle w:val="CodeLine"/>
      </w:pPr>
      <w:r>
        <w:t xml:space="preserve">  onClear,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value: string;</w:t>
      </w:r>
    </w:p>
    <w:p>
      <w:pPr>
        <w:pStyle w:val="CodeLine"/>
      </w:pPr>
      <w:r>
        <w:t xml:space="preserve">  onChange: (text: string) =&gt; void;</w:t>
      </w:r>
    </w:p>
    <w:p>
      <w:pPr>
        <w:pStyle w:val="CodeLine"/>
      </w:pPr>
      <w:r>
        <w:t xml:space="preserve">  onClear: () =&gt; void;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style={styles.searchBar}&gt;</w:t>
      </w:r>
    </w:p>
    <w:p>
      <w:pPr>
        <w:pStyle w:val="CodeLine"/>
      </w:pPr>
      <w:r>
        <w:t xml:space="preserve">      &lt;Ionicons name="search-outline" size={18} color={colors.textHint} /&gt;</w:t>
      </w:r>
    </w:p>
    <w:p>
      <w:pPr>
        <w:pStyle w:val="CodeLine"/>
      </w:pPr>
      <w:r>
        <w:t xml:space="preserve">      &lt;TextInput</w:t>
      </w:r>
    </w:p>
    <w:p>
      <w:pPr>
        <w:pStyle w:val="CodeLine"/>
      </w:pPr>
      <w:r>
        <w:t xml:space="preserve">        style={styles.searchInput}</w:t>
      </w:r>
    </w:p>
    <w:p>
      <w:pPr>
        <w:pStyle w:val="CodeLine"/>
      </w:pPr>
      <w:r>
        <w:t xml:space="preserve">        value={value}</w:t>
      </w:r>
    </w:p>
    <w:p>
      <w:pPr>
        <w:pStyle w:val="CodeLine"/>
        <w:pageBreakBefore/>
      </w:pPr>
      <w:r>
        <w:t xml:space="preserve">        onChangeText={onChange}</w:t>
      </w:r>
    </w:p>
    <w:p>
      <w:pPr>
        <w:pStyle w:val="CodeLine"/>
      </w:pPr>
      <w:r>
        <w:t xml:space="preserve">        placeholder="搜索候选人姓名 / 职位 / 消息"</w:t>
      </w:r>
    </w:p>
    <w:p>
      <w:pPr>
        <w:pStyle w:val="CodeLine"/>
      </w:pPr>
      <w:r>
        <w:t xml:space="preserve">        placeholderTextColor={colors.textHint}</w:t>
      </w:r>
    </w:p>
    <w:p>
      <w:pPr>
        <w:pStyle w:val="CodeLine"/>
      </w:pPr>
      <w:r>
        <w:t xml:space="preserve">        returnKeyType="search"</w:t>
      </w:r>
    </w:p>
    <w:p>
      <w:pPr>
        <w:pStyle w:val="CodeLine"/>
      </w:pPr>
      <w:r>
        <w:t xml:space="preserve">      /&gt;</w:t>
      </w:r>
    </w:p>
    <w:p>
      <w:pPr>
        <w:pStyle w:val="CodeLine"/>
      </w:pPr>
      <w:r>
        <w:t xml:space="preserve">      {value !== '' &amp;&amp; (</w:t>
      </w:r>
    </w:p>
    <w:p>
      <w:pPr>
        <w:pStyle w:val="CodeLine"/>
      </w:pPr>
      <w:r>
        <w:t xml:space="preserve">        &lt;Pressable onPress={onClear} hitSlop={8}&gt;</w:t>
      </w:r>
    </w:p>
    <w:p>
      <w:pPr>
        <w:pStyle w:val="CodeLine"/>
      </w:pPr>
      <w:r>
        <w:t xml:space="preserve">          &lt;Ionicons name="close-circle" size={16} color={colors.textHint} /&gt;</w:t>
      </w:r>
    </w:p>
    <w:p>
      <w:pPr>
        <w:pStyle w:val="CodeLine"/>
      </w:pPr>
      <w:r>
        <w:t xml:space="preserve">        &lt;/Pressable&gt;</w:t>
      </w:r>
    </w:p>
    <w:p>
      <w:pPr>
        <w:pStyle w:val="CodeLine"/>
      </w:pPr>
      <w:r>
        <w:t xml:space="preserve">      )}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子组件：快捷操作栏 ===================== */</w:t>
      </w:r>
    </w:p>
    <w:p>
      <w:pPr>
        <w:pStyle w:val="CodeLine"/>
      </w:pPr>
      <w:r>
        <w:t>/** 单个快捷操作。`route` 必填 —— 每个入口都必须有落点，没有目标页的宁可不放 */</w:t>
      </w:r>
    </w:p>
    <w:p>
      <w:pPr>
        <w:pStyle w:val="CodeLine"/>
      </w:pPr>
      <w:r>
        <w:t>type QuickActionItem = { icon: string; label: string; route: string };</w:t>
      </w:r>
    </w:p>
    <w:p>
      <w:pPr>
        <w:pStyle w:val="CodeLine"/>
      </w:pPr>
      <w:r>
        <w:t>function QuickActions({</w:t>
      </w:r>
    </w:p>
    <w:p>
      <w:pPr>
        <w:pStyle w:val="CodeLine"/>
      </w:pPr>
      <w:r>
        <w:t xml:space="preserve">  actions,</w:t>
      </w:r>
    </w:p>
    <w:p>
      <w:pPr>
        <w:pStyle w:val="CodeLine"/>
      </w:pPr>
      <w:r>
        <w:t xml:space="preserve">  onPressAction,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actions: QuickActionItem[];</w:t>
      </w:r>
    </w:p>
    <w:p>
      <w:pPr>
        <w:pStyle w:val="CodeLine"/>
      </w:pPr>
      <w:r>
        <w:t xml:space="preserve">  onPressAction: (action: QuickActionItem) =&gt; void;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style={styles.quickActionsCard}&gt;</w:t>
      </w:r>
    </w:p>
    <w:p>
      <w:pPr>
        <w:pStyle w:val="CodeLine"/>
      </w:pPr>
      <w:r>
        <w:t xml:space="preserve">      {actions.map((action) =&gt; (</w:t>
      </w:r>
    </w:p>
    <w:p>
      <w:pPr>
        <w:pStyle w:val="CodeLine"/>
      </w:pPr>
      <w:r>
        <w:t xml:space="preserve">        &lt;Pressable key={action.label} style={styles.quickAction} onPress={() =&gt; onPressAction(action)}&gt;</w:t>
      </w:r>
    </w:p>
    <w:p>
      <w:pPr>
        <w:pStyle w:val="CodeLine"/>
      </w:pPr>
      <w:r>
        <w:t xml:space="preserve">          &lt;Ionicons name={action.icon as keyof typeof Ionicons.glyphMap} size={20}</w:t>
      </w:r>
    </w:p>
    <w:p>
      <w:pPr>
        <w:pStyle w:val="CodeLine"/>
      </w:pPr>
      <w:r>
        <w:t>color={colors.textSecondary}</w:t>
      </w:r>
    </w:p>
    <w:p>
      <w:pPr>
        <w:pStyle w:val="CodeLine"/>
      </w:pPr>
      <w:r>
        <w:t>/&gt;</w:t>
      </w:r>
    </w:p>
    <w:p>
      <w:pPr>
        <w:pStyle w:val="CodeLine"/>
      </w:pPr>
      <w:r>
        <w:t xml:space="preserve">          &lt;Text style={styles.quickActionText}&gt;{action.label}&lt;/Text&gt;</w:t>
      </w:r>
    </w:p>
    <w:p>
      <w:pPr>
        <w:pStyle w:val="CodeLine"/>
      </w:pPr>
      <w:r>
        <w:t xml:space="preserve">        &lt;/Pressable&gt;</w:t>
      </w:r>
    </w:p>
    <w:p>
      <w:pPr>
        <w:pStyle w:val="CodeLine"/>
      </w:pPr>
      <w:r>
        <w:t xml:space="preserve">      ))}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子组件：空状态 ===================== */</w:t>
      </w:r>
    </w:p>
    <w:p>
      <w:pPr>
        <w:pStyle w:val="CodeLine"/>
      </w:pPr>
      <w:r>
        <w:t>function EmptyState({</w:t>
      </w:r>
    </w:p>
    <w:p>
      <w:pPr>
        <w:pStyle w:val="CodeLine"/>
      </w:pPr>
      <w:r>
        <w:t xml:space="preserve">  dataReference,</w:t>
      </w:r>
    </w:p>
    <w:p>
      <w:pPr>
        <w:pStyle w:val="CodeLine"/>
      </w:pPr>
      <w:r>
        <w:t xml:space="preserve">  onDiscover,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dataReference: { label: string; value: string }[];</w:t>
      </w:r>
    </w:p>
    <w:p>
      <w:pPr>
        <w:pStyle w:val="CodeLine"/>
      </w:pPr>
      <w:r>
        <w:t xml:space="preserve">  onDiscover: () =&gt; void;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style={styles.emptyCard}&gt;</w:t>
      </w:r>
    </w:p>
    <w:p>
      <w:pPr>
        <w:pStyle w:val="CodeLine"/>
      </w:pPr>
      <w:r>
        <w:t xml:space="preserve">      &lt;View style={styles.emptyIconWrap}&gt;</w:t>
      </w:r>
    </w:p>
    <w:p>
      <w:pPr>
        <w:pStyle w:val="CodeLine"/>
      </w:pPr>
      <w:r>
        <w:t xml:space="preserve">        &lt;Ionicons name="chatbubbles-outline" size={48} color={colors.primary} /&gt;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&lt;Text style={styles.emptyTitle}&gt;还没有沟通记录&lt;/Text&gt;</w:t>
      </w:r>
    </w:p>
    <w:p>
      <w:pPr>
        <w:pStyle w:val="CodeLine"/>
      </w:pPr>
      <w:r>
        <w:t xml:space="preserve">      &lt;Text style={styles.emptySubtitle}&gt;从人才推荐中发现合适的候选人，主动发起沟通吧&lt;/Text&gt;</w:t>
      </w:r>
    </w:p>
    <w:p>
      <w:pPr>
        <w:pStyle w:val="CodeLine"/>
      </w:pPr>
      <w:r>
        <w:t xml:space="preserve">      &lt;Pressable style={styles.emptyBtn} onPress={onDiscover} hitSlop={6}&gt;</w:t>
      </w:r>
    </w:p>
    <w:p>
      <w:pPr>
        <w:pStyle w:val="CodeLine"/>
      </w:pPr>
      <w:r>
        <w:t xml:space="preserve">        &lt;Text style={styles.emptyBtnText}&gt;去发现人才&lt;/Text&gt;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  &lt;View style={styles.dataCard}&gt;</w:t>
      </w:r>
    </w:p>
    <w:p>
      <w:pPr>
        <w:pStyle w:val="CodeLine"/>
      </w:pPr>
      <w:r>
        <w:t xml:space="preserve">        &lt;Text style={styles.dataTitle}&gt;数据参考&lt;/Text&gt;</w:t>
      </w:r>
    </w:p>
    <w:p>
      <w:pPr>
        <w:pStyle w:val="CodeLine"/>
      </w:pPr>
      <w:r>
        <w:t xml:space="preserve">        {dataReference.map((item, index) =&gt; (</w:t>
      </w:r>
    </w:p>
    <w:p>
      <w:pPr>
        <w:pStyle w:val="CodeLine"/>
      </w:pPr>
      <w:r>
        <w:t xml:space="preserve">          &lt;View key={index} style={styles.dataRow}&gt;</w:t>
      </w:r>
    </w:p>
    <w:p>
      <w:pPr>
        <w:pStyle w:val="CodeLine"/>
      </w:pPr>
      <w:r>
        <w:t xml:space="preserve">            &lt;Ionicons name="trending-up-outline" size={16} color={colors.success} /&gt;</w:t>
      </w:r>
    </w:p>
    <w:p>
      <w:pPr>
        <w:pStyle w:val="CodeLine"/>
      </w:pPr>
      <w:r>
        <w:t xml:space="preserve">            &lt;Text style={styles.dataText}&gt;</w:t>
      </w:r>
    </w:p>
    <w:p>
      <w:pPr>
        <w:pStyle w:val="CodeLine"/>
      </w:pPr>
      <w:r>
        <w:t xml:space="preserve">              {item.label}</w:t>
      </w:r>
    </w:p>
    <w:p>
      <w:pPr>
        <w:pStyle w:val="CodeLine"/>
      </w:pPr>
      <w:r>
        <w:t xml:space="preserve">              &lt;Text style={styles.dataValue}&gt; {item.value}&lt;/Text&gt;</w:t>
      </w:r>
    </w:p>
    <w:p>
      <w:pPr>
        <w:pStyle w:val="CodeLine"/>
      </w:pPr>
      <w:r>
        <w:t xml:space="preserve">            &lt;/Text&gt;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页面 ===================== */</w:t>
      </w:r>
    </w:p>
    <w:p>
      <w:pPr>
        <w:pStyle w:val="CodeLine"/>
      </w:pPr>
      <w:r>
        <w:t>/*</w:t>
      </w:r>
    </w:p>
    <w:p>
      <w:pPr>
        <w:pStyle w:val="CodeLine"/>
      </w:pPr>
      <w:r>
        <w:t xml:space="preserve"> * 「批量发Offer」「群发通知」原先在这里，但两者都没有对应页面，点了只能弹「功能开发中」。</w:t>
      </w:r>
    </w:p>
    <w:p>
      <w:pPr>
        <w:pStyle w:val="CodeLine"/>
        <w:pageBreakBefore/>
      </w:pPr>
      <w:r>
        <w:t xml:space="preserve"> * 按「不留假交互」的口径摘掉（与 talent-recommendation.tsx 的 POOL_ACTIONS 同一处理）。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const QUICK_ACTIONS: QuickActionItem[] = [</w:t>
      </w:r>
    </w:p>
    <w:p>
      <w:pPr>
        <w:pStyle w:val="CodeLine"/>
      </w:pPr>
      <w:r>
        <w:t xml:space="preserve">  { icon: 'mail-outline', label: '批量发邀请', route: '/talent-recommendation' },</w:t>
      </w:r>
    </w:p>
    <w:p>
      <w:pPr>
        <w:pStyle w:val="CodeLine"/>
      </w:pPr>
      <w:r>
        <w:t xml:space="preserve">  { icon: 'calendar-outline', label: '面试评分', route: '/interview-score' },</w:t>
      </w:r>
    </w:p>
    <w:p>
      <w:pPr>
        <w:pStyle w:val="CodeLine"/>
      </w:pPr>
      <w:r>
        <w:t>];</w:t>
      </w:r>
    </w:p>
    <w:p>
      <w:pPr>
        <w:pStyle w:val="CodeLine"/>
      </w:pPr>
      <w:r>
        <w:t>export default function EnterpriseChatScreen()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const {</w:t>
      </w:r>
    </w:p>
    <w:p>
      <w:pPr>
        <w:pStyle w:val="CodeLine"/>
      </w:pPr>
      <w:r>
        <w:t xml:space="preserve">    communication,</w:t>
      </w:r>
    </w:p>
    <w:p>
      <w:pPr>
        <w:pStyle w:val="CodeLine"/>
      </w:pPr>
      <w:r>
        <w:t xml:space="preserve">    activeTab,</w:t>
      </w:r>
    </w:p>
    <w:p>
      <w:pPr>
        <w:pStyle w:val="CodeLine"/>
      </w:pPr>
      <w:r>
        <w:t xml:space="preserve">    setActiveTab,</w:t>
      </w:r>
    </w:p>
    <w:p>
      <w:pPr>
        <w:pStyle w:val="CodeLine"/>
      </w:pPr>
      <w:r>
        <w:t xml:space="preserve">    keyword,</w:t>
      </w:r>
    </w:p>
    <w:p>
      <w:pPr>
        <w:pStyle w:val="CodeLine"/>
      </w:pPr>
      <w:r>
        <w:t xml:space="preserve">    setKeyword,</w:t>
      </w:r>
    </w:p>
    <w:p>
      <w:pPr>
        <w:pStyle w:val="CodeLine"/>
      </w:pPr>
      <w:r>
        <w:t xml:space="preserve">    chats,</w:t>
      </w:r>
    </w:p>
    <w:p>
      <w:pPr>
        <w:pStyle w:val="CodeLine"/>
      </w:pPr>
      <w:r>
        <w:t xml:space="preserve">    isEmptySearch,</w:t>
      </w:r>
    </w:p>
    <w:p>
      <w:pPr>
        <w:pStyle w:val="CodeLine"/>
      </w:pPr>
      <w:r>
        <w:t xml:space="preserve">    loading,</w:t>
      </w:r>
    </w:p>
    <w:p>
      <w:pPr>
        <w:pStyle w:val="CodeLine"/>
      </w:pPr>
      <w:r>
        <w:t xml:space="preserve">    error,</w:t>
      </w:r>
    </w:p>
    <w:p>
      <w:pPr>
        <w:pStyle w:val="CodeLine"/>
      </w:pPr>
      <w:r>
        <w:t xml:space="preserve">    refresh,</w:t>
      </w:r>
    </w:p>
    <w:p>
      <w:pPr>
        <w:pStyle w:val="CodeLine"/>
      </w:pPr>
      <w:r>
        <w:t xml:space="preserve">  } = useEnterpriseCommunication();</w:t>
      </w:r>
    </w:p>
    <w:p>
      <w:pPr>
        <w:pStyle w:val="CodeLine"/>
      </w:pPr>
      <w:r>
        <w:t xml:space="preserve">  /** 快捷操作：每个入口都由数据保证有落点，页面不再需要「没页面就弹提示」的分支 */</w:t>
      </w:r>
    </w:p>
    <w:p>
      <w:pPr>
        <w:pStyle w:val="CodeLine"/>
      </w:pPr>
      <w:r>
        <w:t xml:space="preserve">  const handleQuickAction = (action: QuickActionItem) =&gt; {</w:t>
      </w:r>
    </w:p>
    <w:p>
      <w:pPr>
        <w:pStyle w:val="CodeLine"/>
      </w:pPr>
      <w:r>
        <w:t xml:space="preserve">    router.push(action.route);</w:t>
      </w:r>
    </w:p>
    <w:p>
      <w:pPr>
        <w:pStyle w:val="CodeLine"/>
      </w:pPr>
      <w:r>
        <w:t xml:space="preserve">  };</w:t>
      </w:r>
    </w:p>
    <w:p>
      <w:pPr>
        <w:pStyle w:val="CodeLine"/>
      </w:pPr>
      <w:r>
        <w:t xml:space="preserve">  // 待办卡片：跳页面或切 Tab，目标由接口层给，页面不写死映射。</w:t>
      </w:r>
    </w:p>
    <w:p>
      <w:pPr>
        <w:pStyle w:val="CodeLine"/>
      </w:pPr>
      <w:r>
        <w:t xml:space="preserve">  // PendingTask 是联合类型，两者必居其一，故不需要「都没有」的兜底分支</w:t>
      </w:r>
    </w:p>
    <w:p>
      <w:pPr>
        <w:pStyle w:val="CodeLine"/>
      </w:pPr>
      <w:r>
        <w:t xml:space="preserve">  const handlePressTask = (task: PendingTask) =&gt; {</w:t>
      </w:r>
    </w:p>
    <w:p>
      <w:pPr>
        <w:pStyle w:val="CodeLine"/>
      </w:pPr>
      <w:r>
        <w:t xml:space="preserve">    if (task.tabKey) {</w:t>
      </w:r>
    </w:p>
    <w:p>
      <w:pPr>
        <w:pStyle w:val="CodeLine"/>
      </w:pPr>
      <w:r>
        <w:t xml:space="preserve">      setActiveTab(task.tabKey);</w:t>
      </w:r>
    </w:p>
    <w:p>
      <w:pPr>
        <w:pStyle w:val="CodeLine"/>
      </w:pPr>
      <w:r>
        <w:t xml:space="preserve">      setKeyword('');</w:t>
      </w:r>
    </w:p>
    <w:p>
      <w:pPr>
        <w:pStyle w:val="CodeLine"/>
      </w:pPr>
      <w:r>
        <w:t xml:space="preserve">      return;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router.push(task.route as never);</w:t>
      </w:r>
    </w:p>
    <w:p>
      <w:pPr>
        <w:pStyle w:val="CodeLine"/>
      </w:pPr>
      <w:r>
        <w:t xml:space="preserve">  };</w:t>
      </w:r>
    </w:p>
    <w:p>
      <w:pPr>
        <w:pStyle w:val="CodeLine"/>
      </w:pPr>
      <w:r>
        <w:t xml:space="preserve">  if (loading) {</w:t>
      </w:r>
    </w:p>
    <w:p>
      <w:pPr>
        <w:pStyle w:val="CodeLine"/>
      </w:pPr>
      <w:r>
        <w:t xml:space="preserve">    return (</w:t>
      </w:r>
    </w:p>
    <w:p>
      <w:pPr>
        <w:pStyle w:val="CodeLine"/>
      </w:pPr>
      <w:r>
        <w:t xml:space="preserve">      &lt;SafeAreaView style={styles.container} edges={['top']}&gt;</w:t>
      </w:r>
    </w:p>
    <w:p>
      <w:pPr>
        <w:pStyle w:val="CodeLine"/>
      </w:pPr>
      <w:r>
        <w:t xml:space="preserve">        &lt;Header companyName={ENTERPRISE_DISPLAY_NAME} onBack={() =&gt; router.back()} /&gt;</w:t>
      </w:r>
    </w:p>
    <w:p>
      <w:pPr>
        <w:pStyle w:val="CodeLine"/>
      </w:pPr>
      <w:r>
        <w:t xml:space="preserve">        &lt;View style={styles.center}&gt;</w:t>
      </w:r>
    </w:p>
    <w:p>
      <w:pPr>
        <w:pStyle w:val="CodeLine"/>
      </w:pPr>
      <w:r>
        <w:t xml:space="preserve">          &lt;ActivityIndicator size="large" color={colors.primary} /&gt;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&lt;/SafeAreaView&gt;</w:t>
      </w:r>
    </w:p>
    <w:p>
      <w:pPr>
        <w:pStyle w:val="CodeLine"/>
      </w:pPr>
      <w:r>
        <w:t xml:space="preserve">    );</w:t>
      </w:r>
    </w:p>
    <w:p>
      <w:pPr>
        <w:pStyle w:val="CodeLine"/>
      </w:pPr>
      <w:r>
        <w:t xml:space="preserve">  }</w:t>
      </w:r>
    </w:p>
    <w:p>
      <w:pPr>
        <w:pStyle w:val="CodeLine"/>
      </w:pPr>
      <w:r>
        <w:t xml:space="preserve">  if (error || !communication) {</w:t>
      </w:r>
    </w:p>
    <w:p>
      <w:pPr>
        <w:pStyle w:val="CodeLine"/>
      </w:pPr>
      <w:r>
        <w:t xml:space="preserve">    return (</w:t>
      </w:r>
    </w:p>
    <w:p>
      <w:pPr>
        <w:pStyle w:val="CodeLine"/>
      </w:pPr>
      <w:r>
        <w:t xml:space="preserve">      &lt;SafeAreaView style={styles.container} edges={['top']}&gt;</w:t>
      </w:r>
    </w:p>
    <w:p>
      <w:pPr>
        <w:pStyle w:val="CodeLine"/>
      </w:pPr>
      <w:r>
        <w:t xml:space="preserve">        &lt;Header companyName={ENTERPRISE_DISPLAY_NAME} onBack={() =&gt; router.back()} /&gt;</w:t>
      </w:r>
    </w:p>
    <w:p>
      <w:pPr>
        <w:pStyle w:val="CodeLine"/>
      </w:pPr>
      <w:r>
        <w:t xml:space="preserve">        &lt;View style={styles.center}&gt;</w:t>
      </w:r>
    </w:p>
    <w:p>
      <w:pPr>
        <w:pStyle w:val="CodeLine"/>
      </w:pPr>
      <w:r>
        <w:t xml:space="preserve">          &lt;Ionicons name="alert-circle-outline" size={40} color={colors.danger} /&gt;</w:t>
      </w:r>
    </w:p>
    <w:p>
      <w:pPr>
        <w:pStyle w:val="CodeLine"/>
      </w:pPr>
      <w:r>
        <w:t xml:space="preserve">          &lt;Text style={styles.tip}&gt;加载失败&lt;/Text&gt;</w:t>
      </w:r>
    </w:p>
    <w:p>
      <w:pPr>
        <w:pStyle w:val="CodeLine"/>
      </w:pPr>
      <w:r>
        <w:t xml:space="preserve">          &lt;Pressable style={styles.retryBtn} onPress={refresh}&gt;</w:t>
      </w:r>
    </w:p>
    <w:p>
      <w:pPr>
        <w:pStyle w:val="CodeLine"/>
      </w:pPr>
      <w:r>
        <w:t xml:space="preserve">            &lt;Text style={styles.retryText}&gt;重试&lt;/Text&gt;</w:t>
      </w:r>
    </w:p>
    <w:p>
      <w:pPr>
        <w:pStyle w:val="CodeLine"/>
      </w:pPr>
      <w:r>
        <w:t xml:space="preserve">          &lt;/Pressable&gt;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&lt;/SafeAreaView&gt;</w:t>
      </w:r>
    </w:p>
    <w:p>
      <w:pPr>
        <w:pStyle w:val="CodeLine"/>
      </w:pPr>
      <w:r>
        <w:t xml:space="preserve">    );</w:t>
      </w:r>
    </w:p>
    <w:p>
      <w:pPr>
        <w:pStyle w:val="CodeLine"/>
      </w:pPr>
      <w:r>
        <w:t xml:space="preserve">  }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&lt;SafeAreaView style={styles.container} edges={['top', 'bottom']}&gt;</w:t>
      </w:r>
    </w:p>
    <w:p>
      <w:pPr>
        <w:pStyle w:val="CodeLine"/>
      </w:pPr>
      <w:r>
        <w:t xml:space="preserve">      &lt;Header companyName={communication.companyName} onBack={() =&gt; router.back()} /&gt;</w:t>
      </w:r>
    </w:p>
    <w:p>
      <w:pPr>
        <w:pStyle w:val="CodeLine"/>
      </w:pPr>
      <w:r>
        <w:t xml:space="preserve">      &lt;TabBar tabs={communication.tabs} active={activeTab} onChange={setActiveTab} /&gt;</w:t>
      </w:r>
    </w:p>
    <w:p>
      <w:pPr>
        <w:pStyle w:val="CodeLine"/>
      </w:pPr>
      <w:r>
        <w:t xml:space="preserve">      &lt;ScrollView contentContainerStyle={styles.body} showsVerticalScrollIndicator={false}&gt;</w:t>
      </w:r>
    </w:p>
    <w:p>
      <w:pPr>
        <w:pStyle w:val="CodeLine"/>
      </w:pPr>
      <w:r>
        <w:t xml:space="preserve">        {communication.hasData ? (</w:t>
      </w:r>
    </w:p>
    <w:p>
      <w:pPr>
        <w:pStyle w:val="CodeLine"/>
      </w:pPr>
      <w:r>
        <w:t xml:space="preserve">          &lt;View&gt;</w:t>
      </w:r>
    </w:p>
    <w:p>
      <w:pPr>
        <w:pStyle w:val="CodeLine"/>
      </w:pPr>
      <w:r>
        <w:t xml:space="preserve">            &lt;PendingTasks tasks={communication.pendingTasks} onPressTask={handlePressTask} /&gt;</w:t>
      </w:r>
    </w:p>
    <w:p>
      <w:pPr>
        <w:pStyle w:val="CodeLine"/>
      </w:pPr>
      <w:r>
        <w:t xml:space="preserve">            &lt;SearchBar value={keyword} onChange={setKeyword} onClear={() =&gt; setKeyword('')} /&gt;</w:t>
      </w:r>
    </w:p>
    <w:p>
      <w:pPr>
        <w:pStyle w:val="CodeLine"/>
      </w:pPr>
      <w:r>
        <w:t xml:space="preserve">            {chats.length === 0 ? (</w:t>
      </w:r>
    </w:p>
    <w:p>
      <w:pPr>
        <w:pStyle w:val="CodeLine"/>
      </w:pPr>
      <w:r>
        <w:t xml:space="preserve">              &lt;View style={styles.emptyList}&gt;</w:t>
      </w:r>
    </w:p>
    <w:p>
      <w:pPr>
        <w:pStyle w:val="CodeLine"/>
      </w:pPr>
      <w:r>
        <w:t xml:space="preserve">                &lt;Ionicons name="chatbubbles-outline" size={32} color={colors.textHint} /&gt;</w:t>
      </w:r>
    </w:p>
    <w:p>
      <w:pPr>
        <w:pStyle w:val="CodeLine"/>
      </w:pPr>
      <w:r>
        <w:t xml:space="preserve">                &lt;Text style={styles.emptyListText}&gt;</w:t>
      </w:r>
    </w:p>
    <w:p>
      <w:pPr>
        <w:pStyle w:val="CodeLine"/>
      </w:pPr>
      <w:r>
        <w:t xml:space="preserve">                  {isEmptySearch ? `没有匹配「${keyword.trim()}」的会话` : '这个分类下暂时没有会话'}</w:t>
      </w:r>
    </w:p>
    <w:p>
      <w:pPr>
        <w:pStyle w:val="CodeLine"/>
        <w:pageBreakBefore/>
      </w:pPr>
      <w:r>
        <w:t xml:space="preserve">                &lt;/Text&gt;</w:t>
      </w:r>
    </w:p>
    <w:p>
      <w:pPr>
        <w:pStyle w:val="CodeLine"/>
      </w:pPr>
      <w:r>
        <w:t xml:space="preserve">              &lt;/View&gt;</w:t>
      </w:r>
    </w:p>
    <w:p>
      <w:pPr>
        <w:pStyle w:val="CodeLine"/>
      </w:pPr>
      <w:r>
        <w:t xml:space="preserve">            ) : (</w:t>
      </w:r>
    </w:p>
    <w:p>
      <w:pPr>
        <w:pStyle w:val="CodeLine"/>
      </w:pPr>
      <w:r>
        <w:t xml:space="preserve">              &lt;View style={styles.chatListCard}&gt;</w:t>
      </w:r>
    </w:p>
    <w:p>
      <w:pPr>
        <w:pStyle w:val="CodeLine"/>
      </w:pPr>
      <w:r>
        <w:t xml:space="preserve">                {chats.map((chat, index) =&gt; {</w:t>
      </w:r>
    </w:p>
    <w:p>
      <w:pPr>
        <w:pStyle w:val="CodeLine"/>
      </w:pPr>
      <w:r>
        <w:t xml:space="preserve">                  const isLast = index === chats.length - 1;</w:t>
      </w:r>
    </w:p>
    <w:p>
      <w:pPr>
        <w:pStyle w:val="CodeLine"/>
      </w:pPr>
      <w:r>
        <w:t xml:space="preserve">                  return (</w:t>
      </w:r>
    </w:p>
    <w:p>
      <w:pPr>
        <w:pStyle w:val="CodeLine"/>
      </w:pPr>
      <w:r>
        <w:t xml:space="preserve">                    &lt;View key={chat.id} style={isLast ? undefined : styles.chatBorder}&gt;</w:t>
      </w:r>
    </w:p>
    <w:p>
      <w:pPr>
        <w:pStyle w:val="CodeLine"/>
      </w:pPr>
      <w:r>
        <w:t xml:space="preserve">                      &lt;ChatRow chat={chat} /&gt;</w:t>
      </w:r>
    </w:p>
    <w:p>
      <w:pPr>
        <w:pStyle w:val="CodeLine"/>
      </w:pPr>
      <w:r>
        <w:t xml:space="preserve">                    &lt;/View&gt;</w:t>
      </w:r>
    </w:p>
    <w:p>
      <w:pPr>
        <w:pStyle w:val="CodeLine"/>
      </w:pPr>
      <w:r>
        <w:t xml:space="preserve">                  );</w:t>
      </w:r>
    </w:p>
    <w:p>
      <w:pPr>
        <w:pStyle w:val="CodeLine"/>
      </w:pPr>
      <w:r>
        <w:t xml:space="preserve">                })}</w:t>
      </w:r>
    </w:p>
    <w:p>
      <w:pPr>
        <w:pStyle w:val="CodeLine"/>
      </w:pPr>
      <w:r>
        <w:t xml:space="preserve">              &lt;/View&gt;</w:t>
      </w:r>
    </w:p>
    <w:p>
      <w:pPr>
        <w:pStyle w:val="CodeLine"/>
      </w:pPr>
      <w:r>
        <w:t xml:space="preserve">            )}</w:t>
      </w:r>
    </w:p>
    <w:p>
      <w:pPr>
        <w:pStyle w:val="CodeLine"/>
      </w:pPr>
      <w:r>
        <w:t xml:space="preserve">            &lt;QuickActions actions={QUICK_ACTIONS} onPressAction={handleQuickAction} /&gt;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 : (</w:t>
      </w:r>
    </w:p>
    <w:p>
      <w:pPr>
        <w:pStyle w:val="CodeLine"/>
      </w:pPr>
      <w:r>
        <w:t xml:space="preserve">          &lt;EmptyState</w:t>
      </w:r>
    </w:p>
    <w:p>
      <w:pPr>
        <w:pStyle w:val="CodeLine"/>
      </w:pPr>
      <w:r>
        <w:t xml:space="preserve">            dataReference={communication.dataReference}</w:t>
      </w:r>
    </w:p>
    <w:p>
      <w:pPr>
        <w:pStyle w:val="CodeLine"/>
      </w:pPr>
      <w:r>
        <w:t xml:space="preserve">            onDiscover={() =&gt; router.navigate('/talent-recommendation')}</w:t>
      </w:r>
    </w:p>
    <w:p>
      <w:pPr>
        <w:pStyle w:val="CodeLine"/>
      </w:pPr>
      <w:r>
        <w:t xml:space="preserve">          /&gt;</w:t>
      </w:r>
    </w:p>
    <w:p>
      <w:pPr>
        <w:pStyle w:val="CodeLine"/>
      </w:pPr>
      <w:r>
        <w:t xml:space="preserve">        )}</w:t>
      </w:r>
    </w:p>
    <w:p>
      <w:pPr>
        <w:pStyle w:val="CodeLine"/>
      </w:pPr>
      <w:r>
        <w:t xml:space="preserve">      &lt;/ScrollView&gt;</w:t>
      </w:r>
    </w:p>
    <w:p>
      <w:pPr>
        <w:pStyle w:val="CodeLine"/>
      </w:pPr>
      <w:r>
        <w:t xml:space="preserve">    &lt;/SafeAreaView&gt;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const styles = StyleSheet.create({</w:t>
      </w:r>
    </w:p>
    <w:p>
      <w:pPr>
        <w:pStyle w:val="CodeLine"/>
      </w:pPr>
      <w:r>
        <w:t xml:space="preserve">  container: { flex: 1, backgroundColor: colors.pageBg },</w:t>
      </w:r>
    </w:p>
    <w:p>
      <w:pPr>
        <w:pStyle w:val="CodeLine"/>
      </w:pPr>
      <w:r>
        <w:t xml:space="preserve">  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  paddingHorizontal: 12,</w:t>
      </w:r>
    </w:p>
    <w:p>
      <w:pPr>
        <w:pStyle w:val="CodeLine"/>
      </w:pPr>
      <w:r>
        <w:t xml:space="preserve">    paddingVertical: 12,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headerBtn: { width: 40, alignItems: 'center' },</w:t>
      </w:r>
    </w:p>
    <w:p>
      <w:pPr>
        <w:pStyle w:val="CodeLine"/>
      </w:pPr>
      <w:r>
        <w:t xml:space="preserve">  headerCenter: { alignItems: 'center' },</w:t>
      </w:r>
    </w:p>
    <w:p>
      <w:pPr>
        <w:pStyle w:val="CodeLine"/>
      </w:pPr>
      <w:r>
        <w:t xml:space="preserve">  headerCompany: { fontSize: 12, color: colors.textSecondary },</w:t>
      </w:r>
    </w:p>
    <w:p>
      <w:pPr>
        <w:pStyle w:val="CodeLine"/>
      </w:pPr>
      <w:r>
        <w:t xml:space="preserve">  headerTitle: { fontSize: 17, fontWeight: '700', color: colors.textPrimary, marginTop: 2 },</w:t>
      </w:r>
    </w:p>
    <w:p>
      <w:pPr>
        <w:pStyle w:val="CodeLine"/>
      </w:pPr>
      <w:r>
        <w:t xml:space="preserve">  startBtn: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colors.primaryBtn,</w:t>
      </w:r>
    </w:p>
    <w:p>
      <w:pPr>
        <w:pStyle w:val="CodeLine"/>
      </w:pPr>
      <w:r>
        <w:t xml:space="preserve">    paddingHorizontal: 10,</w:t>
      </w:r>
    </w:p>
    <w:p>
      <w:pPr>
        <w:pStyle w:val="CodeLine"/>
      </w:pPr>
      <w:r>
        <w:t xml:space="preserve">    paddingVertical: 6,</w:t>
      </w:r>
    </w:p>
    <w:p>
      <w:pPr>
        <w:pStyle w:val="CodeLine"/>
      </w:pPr>
      <w:r>
        <w:t xml:space="preserve">    borderRadius: 16,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startBtnText: {</w:t>
      </w:r>
    </w:p>
    <w:p>
      <w:pPr>
        <w:pStyle w:val="CodeLine"/>
      </w:pPr>
      <w:r>
        <w:t xml:space="preserve">    color: colors.white,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  marginLeft: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tabBar: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borderBottomWidth: 1,</w:t>
      </w:r>
    </w:p>
    <w:p>
      <w:pPr>
        <w:pStyle w:val="CodeLine"/>
      </w:pPr>
      <w:r>
        <w:t xml:space="preserve">    borderBottomColor: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tabItem: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paddingTop: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tabLabel: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paddingBottom: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tabLabelActive: {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  <w:pageBreakBefore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tabCount: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colors.textHint,</w:t>
      </w:r>
    </w:p>
    <w:p>
      <w:pPr>
        <w:pStyle w:val="CodeLine"/>
      </w:pPr>
      <w:r>
        <w:t xml:space="preserve">    marginLeft: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tabCountActive: {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tabIndicator: {</w:t>
      </w:r>
    </w:p>
    <w:p>
      <w:pPr>
        <w:pStyle w:val="CodeLine"/>
      </w:pPr>
      <w:r>
        <w:t xml:space="preserve">    height: 2,</w:t>
      </w:r>
    </w:p>
    <w:p>
      <w:pPr>
        <w:pStyle w:val="CodeLine"/>
      </w:pPr>
      <w:r>
        <w:t xml:space="preserve">    width: 20,</w:t>
      </w:r>
    </w:p>
    <w:p>
      <w:pPr>
        <w:pStyle w:val="CodeLine"/>
      </w:pPr>
      <w:r>
        <w:t xml:space="preserve">    borderRadius: 1,</w:t>
      </w:r>
    </w:p>
    <w:p>
      <w:pPr>
        <w:pStyle w:val="CodeLine"/>
      </w:pPr>
      <w:r>
        <w:t xml:space="preserve">    backgroundColor: 'transparent',</w:t>
      </w:r>
    </w:p>
    <w:p>
      <w:pPr>
        <w:pStyle w:val="CodeLine"/>
      </w:pPr>
      <w:r>
        <w:t xml:space="preserve">    marginBottom: -1,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tabIndicatorActive: {</w:t>
      </w:r>
    </w:p>
    <w:p>
      <w:pPr>
        <w:pStyle w:val="CodeLine"/>
      </w:pPr>
      <w:r>
        <w:t xml:space="preserve">    backgroundColor: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body: {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paddingBottom: 24,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center: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gap: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tip: { fontSize: 14, color: colors.textSecondary },</w:t>
      </w:r>
    </w:p>
    <w:p>
      <w:pPr>
        <w:pStyle w:val="CodeLine"/>
      </w:pPr>
      <w:r>
        <w:t xml:space="preserve">  retryBtn: {</w:t>
      </w:r>
    </w:p>
    <w:p>
      <w:pPr>
        <w:pStyle w:val="CodeLine"/>
      </w:pPr>
      <w:r>
        <w:t xml:space="preserve">    marginTop: 8,</w:t>
      </w:r>
    </w:p>
    <w:p>
      <w:pPr>
        <w:pStyle w:val="CodeLine"/>
      </w:pPr>
      <w:r>
        <w:t xml:space="preserve">    paddingHorizontal: 24,</w:t>
      </w:r>
    </w:p>
    <w:p>
      <w:pPr>
        <w:pStyle w:val="CodeLine"/>
      </w:pPr>
      <w:r>
        <w:t xml:space="preserve">    paddingVertical: 8,</w:t>
      </w:r>
    </w:p>
    <w:p>
      <w:pPr>
        <w:pStyle w:val="CodeLine"/>
      </w:pPr>
      <w:r>
        <w:t xml:space="preserve">    borderRadius: 18,</w:t>
      </w:r>
    </w:p>
    <w:p>
      <w:pPr>
        <w:pStyle w:val="CodeLine"/>
      </w:pPr>
      <w:r>
        <w:t xml:space="preserve">    backgroundColor: colors.primaryBtn,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retryText: { color: colors.white, fontSize: 13, fontWeight: '600' },</w:t>
      </w:r>
    </w:p>
    <w:p>
      <w:pPr>
        <w:pStyle w:val="CodeLine"/>
      </w:pPr>
      <w:r>
        <w:t xml:space="preserve">  pendingCard: {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pendingTitle: {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marginBottom: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pendingGrid: {</w:t>
      </w:r>
    </w:p>
    <w:p>
      <w:pPr>
        <w:pStyle w:val="CodeLine"/>
      </w:pPr>
      <w:r>
        <w:t xml:space="preserve">    gap: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pendingItem: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colors.pageBg,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pendingIconWrap: {</w:t>
      </w:r>
    </w:p>
    <w:p>
      <w:pPr>
        <w:pStyle w:val="CodeLine"/>
      </w:pPr>
      <w:r>
        <w:t xml:space="preserve">    width: 40,</w:t>
      </w:r>
    </w:p>
    <w:p>
      <w:pPr>
        <w:pStyle w:val="CodeLine"/>
      </w:pPr>
      <w:r>
        <w:t xml:space="preserve">    height: 40,</w:t>
      </w:r>
    </w:p>
    <w:p>
      <w:pPr>
        <w:pStyle w:val="CodeLine"/>
      </w:pPr>
      <w:r>
        <w:t xml:space="preserve">    borderRadius: 10,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marginRight: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pendingBody: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},</w:t>
      </w:r>
    </w:p>
    <w:p>
      <w:pPr>
        <w:pStyle w:val="CodeLine"/>
        <w:pageBreakBefore/>
      </w:pPr>
      <w:r>
        <w:t xml:space="preserve">  pendingLabelRow: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pendingLabel: {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pendingBadge: {</w:t>
      </w:r>
    </w:p>
    <w:p>
      <w:pPr>
        <w:pStyle w:val="CodeLine"/>
      </w:pPr>
      <w:r>
        <w:t xml:space="preserve">    backgroundColor: colors.actionLight,</w:t>
      </w:r>
    </w:p>
    <w:p>
      <w:pPr>
        <w:pStyle w:val="CodeLine"/>
      </w:pPr>
      <w:r>
        <w:t xml:space="preserve">    borderRadius: 10,</w:t>
      </w:r>
    </w:p>
    <w:p>
      <w:pPr>
        <w:pStyle w:val="CodeLine"/>
      </w:pPr>
      <w:r>
        <w:t xml:space="preserve">    paddingHorizontal: 8,</w:t>
      </w:r>
    </w:p>
    <w:p>
      <w:pPr>
        <w:pStyle w:val="CodeLine"/>
      </w:pPr>
      <w:r>
        <w:t xml:space="preserve">    paddingVertical: 2,</w:t>
      </w:r>
    </w:p>
    <w:p>
      <w:pPr>
        <w:pStyle w:val="CodeLine"/>
      </w:pPr>
      <w:r>
        <w:t xml:space="preserve">    marginLeft: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pendingBadgeText: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colors.actionText,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pendingHint: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marginTop: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searchBar: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10,</w:t>
      </w:r>
    </w:p>
    <w:p>
      <w:pPr>
        <w:pStyle w:val="CodeLine"/>
      </w:pPr>
      <w:r>
        <w:t xml:space="preserve">    paddingHorizontal: 12,</w:t>
      </w:r>
    </w:p>
    <w:p>
      <w:pPr>
        <w:pStyle w:val="CodeLine"/>
      </w:pPr>
      <w:r>
        <w:t xml:space="preserve">    paddingVertical: 10,</w:t>
      </w:r>
    </w:p>
    <w:p>
      <w:pPr>
        <w:pStyle w:val="CodeLine"/>
      </w:pPr>
      <w:r>
        <w:t xml:space="preserve">    marginBottom: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searchInput: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marginLeft: 8,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padding: 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emptyList: {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gap: 10,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emptyListText: { fontSize: 13, color: colors.textSecondary },</w:t>
      </w:r>
    </w:p>
    <w:p>
      <w:pPr>
        <w:pStyle w:val="CodeLine"/>
      </w:pPr>
      <w:r>
        <w:t xml:space="preserve">  chatListCard: {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overflow: 'hidden',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chatBorder: {</w:t>
      </w:r>
    </w:p>
    <w:p>
      <w:pPr>
        <w:pStyle w:val="CodeLine"/>
      </w:pPr>
      <w:r>
        <w:t xml:space="preserve">    borderBottomWidth: 1,</w:t>
      </w:r>
    </w:p>
    <w:p>
      <w:pPr>
        <w:pStyle w:val="CodeLine"/>
      </w:pPr>
      <w:r>
        <w:t xml:space="preserve">    borderBottomColor: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padding: 14,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chatAvatar: {</w:t>
      </w:r>
    </w:p>
    <w:p>
      <w:pPr>
        <w:pStyle w:val="CodeLine"/>
      </w:pPr>
      <w:r>
        <w:t xml:space="preserve">    width: 48,</w:t>
      </w:r>
    </w:p>
    <w:p>
      <w:pPr>
        <w:pStyle w:val="CodeLine"/>
      </w:pPr>
      <w:r>
        <w:t xml:space="preserve">    height: 48,</w:t>
      </w:r>
    </w:p>
    <w:p>
      <w:pPr>
        <w:pStyle w:val="CodeLine"/>
      </w:pPr>
      <w:r>
        <w:t xml:space="preserve">    borderRadius: 24,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  <w:pageBreakBefore/>
      </w:pPr>
      <w:r>
        <w:t xml:space="preserve">    marginRight: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chatAvatarText: {</w:t>
      </w:r>
    </w:p>
    <w:p>
      <w:pPr>
        <w:pStyle w:val="CodeLine"/>
      </w:pPr>
      <w:r>
        <w:t xml:space="preserve">    fontSize: 18,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chatBody: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chatNameWrap: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chatName: {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chatLabelTag: {</w:t>
      </w:r>
    </w:p>
    <w:p>
      <w:pPr>
        <w:pStyle w:val="CodeLine"/>
      </w:pPr>
      <w:r>
        <w:t xml:space="preserve">    backgroundColor: colors.compareOrange + '20',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paddingHorizontal: 6,</w:t>
      </w:r>
    </w:p>
    <w:p>
      <w:pPr>
        <w:pStyle w:val="CodeLine"/>
      </w:pPr>
      <w:r>
        <w:t xml:space="preserve">    paddingVertical: 2,</w:t>
      </w:r>
    </w:p>
    <w:p>
      <w:pPr>
        <w:pStyle w:val="CodeLine"/>
      </w:pPr>
      <w:r>
        <w:t xml:space="preserve">    marginLeft: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chatLabelTagText: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color: colors.compareOrange,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chatTime: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colors.textHint,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chatTitle: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marginTop: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chatFooter: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marginTop: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chatLastMessage: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colors.textHint,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unreadBadge: {</w:t>
      </w:r>
    </w:p>
    <w:p>
      <w:pPr>
        <w:pStyle w:val="CodeLine"/>
      </w:pPr>
      <w:r>
        <w:t xml:space="preserve">    minWidth: 18,</w:t>
      </w:r>
    </w:p>
    <w:p>
      <w:pPr>
        <w:pStyle w:val="CodeLine"/>
      </w:pPr>
      <w:r>
        <w:t xml:space="preserve">    height: 18,</w:t>
      </w:r>
    </w:p>
    <w:p>
      <w:pPr>
        <w:pStyle w:val="CodeLine"/>
      </w:pPr>
      <w:r>
        <w:t xml:space="preserve">    borderRadius: 9,</w:t>
      </w:r>
    </w:p>
    <w:p>
      <w:pPr>
        <w:pStyle w:val="CodeLine"/>
      </w:pPr>
      <w:r>
        <w:t xml:space="preserve">    backgroundColor: colors.danger,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marginLeft: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unreadBadgeText: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color: colors.white,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quickActionsCard: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  <w:pageBreakBefore/>
      </w:pPr>
      <w:r>
        <w:t xml:space="preserve">    borderRadius: 8,</w:t>
      </w:r>
    </w:p>
    <w:p>
      <w:pPr>
        <w:pStyle w:val="CodeLine"/>
      </w:pPr>
      <w:r>
        <w:t xml:space="preserve">    paddingVertical: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quickAction: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quickActionText: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marginTop: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emptyCard: {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emptyIconWrap: {</w:t>
      </w:r>
    </w:p>
    <w:p>
      <w:pPr>
        <w:pStyle w:val="CodeLine"/>
      </w:pPr>
      <w:r>
        <w:t xml:space="preserve">    width: 88,</w:t>
      </w:r>
    </w:p>
    <w:p>
      <w:pPr>
        <w:pStyle w:val="CodeLine"/>
      </w:pPr>
      <w:r>
        <w:t xml:space="preserve">    height: 88,</w:t>
      </w:r>
    </w:p>
    <w:p>
      <w:pPr>
        <w:pStyle w:val="CodeLine"/>
      </w:pPr>
      <w:r>
        <w:t xml:space="preserve">    borderRadius: 44,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marginBottom: 16,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emptyTitle: {</w:t>
      </w:r>
    </w:p>
    <w:p>
      <w:pPr>
        <w:pStyle w:val="CodeLine"/>
      </w:pPr>
      <w:r>
        <w:t xml:space="preserve">    fontSize: 18,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emptySubtitle: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textAlign: 'center',</w:t>
      </w:r>
    </w:p>
    <w:p>
      <w:pPr>
        <w:pStyle w:val="CodeLine"/>
      </w:pPr>
      <w:r>
        <w:t xml:space="preserve">    marginBottom: 20,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emptyBtn: {</w:t>
      </w:r>
    </w:p>
    <w:p>
      <w:pPr>
        <w:pStyle w:val="CodeLine"/>
      </w:pPr>
      <w:r>
        <w:t xml:space="preserve">    backgroundColor: colors.primaryBtn,</w:t>
      </w:r>
    </w:p>
    <w:p>
      <w:pPr>
        <w:pStyle w:val="CodeLine"/>
      </w:pPr>
      <w:r>
        <w:t xml:space="preserve">    paddingHorizontal: 32,</w:t>
      </w:r>
    </w:p>
    <w:p>
      <w:pPr>
        <w:pStyle w:val="CodeLine"/>
      </w:pPr>
      <w:r>
        <w:t xml:space="preserve">    paddingVertical: 12,</w:t>
      </w:r>
    </w:p>
    <w:p>
      <w:pPr>
        <w:pStyle w:val="CodeLine"/>
      </w:pPr>
      <w:r>
        <w:t xml:space="preserve">    borderRadius: 24,</w:t>
      </w:r>
    </w:p>
    <w:p>
      <w:pPr>
        <w:pStyle w:val="CodeLine"/>
      </w:pPr>
      <w:r>
        <w:t xml:space="preserve">    marginBottom: 24,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emptyBtnText: {</w:t>
      </w:r>
    </w:p>
    <w:p>
      <w:pPr>
        <w:pStyle w:val="CodeLine"/>
      </w:pPr>
      <w:r>
        <w:t xml:space="preserve">    color: colors.white,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dataCard: {</w:t>
      </w:r>
    </w:p>
    <w:p>
      <w:pPr>
        <w:pStyle w:val="CodeLine"/>
      </w:pPr>
      <w:r>
        <w:t xml:space="preserve">    width: '100%',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alignItems: 'flex-start',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dataTitle: {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colors.primaryText,</w:t>
      </w:r>
    </w:p>
    <w:p>
      <w:pPr>
        <w:pStyle w:val="CodeLine"/>
      </w:pPr>
      <w:r>
        <w:t xml:space="preserve">    marginBottom: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dataRow: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'flex-start',</w:t>
      </w:r>
    </w:p>
    <w:p>
      <w:pPr>
        <w:pStyle w:val="CodeLine"/>
      </w:pPr>
      <w:r>
        <w:t xml:space="preserve">    marginBottom: 10,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dataText: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fontSize: 13,</w:t>
      </w:r>
    </w:p>
    <w:p>
      <w:pPr>
        <w:pStyle w:val="CodeLine"/>
        <w:pageBreakBefore/>
      </w:pPr>
      <w:r>
        <w:t xml:space="preserve">    color: colors.textPrimary,</w:t>
      </w:r>
    </w:p>
    <w:p>
      <w:pPr>
        <w:pStyle w:val="CodeLine"/>
      </w:pPr>
      <w:r>
        <w:t xml:space="preserve">    marginLeft: 10,</w:t>
      </w:r>
    </w:p>
    <w:p>
      <w:pPr>
        <w:pStyle w:val="CodeLine"/>
      </w:pPr>
      <w:r>
        <w:t xml:space="preserve">    lineHeight: 18,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dataValue: {</w:t>
      </w:r>
    </w:p>
    <w:p>
      <w:pPr>
        <w:pStyle w:val="CodeLine"/>
      </w:pPr>
      <w:r>
        <w:t xml:space="preserve">    color: colors.success,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>});</w:t>
      </w:r>
    </w:p>
    <w:p>
      <w:pPr>
        <w:pStyle w:val="CodeLine"/>
      </w:pPr>
      <w:r>
        <w:t>import { Ionicons } from '@expo/vector-icons';</w:t>
      </w:r>
    </w:p>
    <w:p>
      <w:pPr>
        <w:pStyle w:val="CodeLine"/>
      </w:pPr>
      <w:r>
        <w:t>import { LinearGradient } from 'expo-linear-gradient';</w:t>
      </w:r>
    </w:p>
    <w:p>
      <w:pPr>
        <w:pStyle w:val="CodeLine"/>
      </w:pPr>
      <w:r>
        <w:t>import { useRouter } from 'expo-router';</w:t>
      </w:r>
    </w:p>
    <w:p>
      <w:pPr>
        <w:pStyle w:val="CodeLine"/>
      </w:pPr>
      <w:r>
        <w:t>import {</w:t>
      </w:r>
    </w:p>
    <w:p>
      <w:pPr>
        <w:pStyle w:val="CodeLine"/>
      </w:pPr>
      <w:r>
        <w:t xml:space="preserve">  Pressable,</w:t>
      </w:r>
    </w:p>
    <w:p>
      <w:pPr>
        <w:pStyle w:val="CodeLine"/>
      </w:pPr>
      <w:r>
        <w:t xml:space="preserve">  ScrollView,</w:t>
      </w:r>
    </w:p>
    <w:p>
      <w:pPr>
        <w:pStyle w:val="CodeLine"/>
      </w:pPr>
      <w:r>
        <w:t xml:space="preserve">  StyleSheet,</w:t>
      </w:r>
    </w:p>
    <w:p>
      <w:pPr>
        <w:pStyle w:val="CodeLine"/>
      </w:pPr>
      <w:r>
        <w:t xml:space="preserve">  Text,</w:t>
      </w:r>
    </w:p>
    <w:p>
      <w:pPr>
        <w:pStyle w:val="CodeLine"/>
      </w:pPr>
      <w:r>
        <w:t xml:space="preserve">  View,</w:t>
      </w:r>
    </w:p>
    <w:p>
      <w:pPr>
        <w:pStyle w:val="CodeLine"/>
      </w:pPr>
      <w:r>
        <w:t>} from 'react-native';</w:t>
      </w:r>
    </w:p>
    <w:p>
      <w:pPr>
        <w:pStyle w:val="CodeLine"/>
      </w:pPr>
      <w:r>
        <w:t>import { SafeAreaView } from 'react-native-safe-area-context';</w:t>
      </w:r>
    </w:p>
    <w:p>
      <w:pPr>
        <w:pStyle w:val="CodeLine"/>
      </w:pPr>
      <w:r>
        <w:t>import { useEnterpriseOverview } from '../../src/hooks';</w:t>
      </w:r>
    </w:p>
    <w:p>
      <w:pPr>
        <w:pStyle w:val="CodeLine"/>
      </w:pPr>
      <w:r>
        <w:t>import { LoadingState, ErrorState } from '../../src/components/StateView';</w:t>
      </w:r>
    </w:p>
    <w:p>
      <w:pPr>
        <w:pStyle w:val="CodeLine"/>
      </w:pPr>
      <w:r>
        <w:t>import { useRole } from '../../src/context/RoleContext';</w:t>
      </w:r>
    </w:p>
    <w:p>
      <w:pPr>
        <w:pStyle w:val="CodeLine"/>
      </w:pPr>
      <w:r>
        <w:t>import { colors, headerGradient, semanticColorTokens } from '../../src/theme';</w:t>
      </w:r>
    </w:p>
    <w:p>
      <w:pPr>
        <w:pStyle w:val="CodeLine"/>
      </w:pPr>
      <w:r>
        <w:t>import type { EnterpriseOverview, EnterpriseQuickAction, EnterpriseStat, JobEvaluationSummary, MenuItem }</w:t>
      </w:r>
    </w:p>
    <w:p>
      <w:pPr>
        <w:pStyle w:val="CodeLine"/>
      </w:pPr>
      <w:r>
        <w:t>from '../../src/types';</w:t>
      </w:r>
    </w:p>
    <w:p>
      <w:pPr>
        <w:pStyle w:val="CodeLine"/>
      </w:pPr>
      <w:r>
        <w:t>/* ===================== 子组件：顶部导航 ===================== */</w:t>
      </w:r>
    </w:p>
    <w:p>
      <w:pPr>
        <w:pStyle w:val="CodeLine"/>
      </w:pPr>
      <w:r>
        <w:t>function Header({ onSettings }: { onSettings: () =&gt; void 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style={styles.header}&gt;</w:t>
      </w:r>
    </w:p>
    <w:p>
      <w:pPr>
        <w:pStyle w:val="CodeLine"/>
      </w:pPr>
      <w:r>
        <w:t xml:space="preserve">      &lt;View style={styles.headerBtn} /&gt;</w:t>
      </w:r>
    </w:p>
    <w:p>
      <w:pPr>
        <w:pStyle w:val="CodeLine"/>
      </w:pPr>
      <w:r>
        <w:t xml:space="preserve">      &lt;Text style={styles.headerTitle}&gt;我的&lt;/Text&gt;</w:t>
      </w:r>
    </w:p>
    <w:p>
      <w:pPr>
        <w:pStyle w:val="CodeLine"/>
      </w:pPr>
      <w:r>
        <w:t xml:space="preserve">      &lt;Pressable style={styles.headerBtn} onPress={onSettings} hitSlop={8}&gt;</w:t>
      </w:r>
    </w:p>
    <w:p>
      <w:pPr>
        <w:pStyle w:val="CodeLine"/>
      </w:pPr>
      <w:r>
        <w:t xml:space="preserve">        &lt;Ionicons name="settings-outline" size={22} color={colors.textInverse} /&gt;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子组件：企业信息卡 ===================== */</w:t>
      </w:r>
    </w:p>
    <w:p>
      <w:pPr>
        <w:pStyle w:val="CodeLine"/>
      </w:pPr>
      <w:r>
        <w:t>function CompanyCard({ overview }: { overview: EnterpriseOverview 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style={styles.companyCard}&gt;</w:t>
      </w:r>
    </w:p>
    <w:p>
      <w:pPr>
        <w:pStyle w:val="CodeLine"/>
      </w:pPr>
      <w:r>
        <w:t xml:space="preserve">      &lt;View style={styles.companyHeader}&gt;</w:t>
      </w:r>
    </w:p>
    <w:p>
      <w:pPr>
        <w:pStyle w:val="CodeLine"/>
      </w:pPr>
      <w:r>
        <w:t xml:space="preserve">        &lt;View style={styles.logoBox}&gt;</w:t>
      </w:r>
    </w:p>
    <w:p>
      <w:pPr>
        <w:pStyle w:val="CodeLine"/>
      </w:pPr>
      <w:r>
        <w:t xml:space="preserve">          &lt;Text style={styles.logoText}&gt;{overview.logo}&lt;/Text&gt;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  &lt;View style={styles.companyMeta}&gt;</w:t>
      </w:r>
    </w:p>
    <w:p>
      <w:pPr>
        <w:pStyle w:val="CodeLine"/>
      </w:pPr>
      <w:r>
        <w:t xml:space="preserve">          &lt;Text style={styles.companyName}&gt;{overview.name}&lt;/Text&gt;</w:t>
      </w:r>
    </w:p>
    <w:p>
      <w:pPr>
        <w:pStyle w:val="CodeLine"/>
      </w:pPr>
      <w:r>
        <w:t xml:space="preserve">          &lt;Text style={styles.companyTags}&gt;</w:t>
      </w:r>
    </w:p>
    <w:p>
      <w:pPr>
        <w:pStyle w:val="CodeLine"/>
      </w:pPr>
      <w:r>
        <w:t xml:space="preserve">            {overview.industry} · {overview.scale} · {overview.stage}</w:t>
      </w:r>
    </w:p>
    <w:p>
      <w:pPr>
        <w:pStyle w:val="CodeLine"/>
      </w:pPr>
      <w:r>
        <w:t xml:space="preserve">          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style={styles.scoreRow}&gt;</w:t>
      </w:r>
    </w:p>
    <w:p>
      <w:pPr>
        <w:pStyle w:val="CodeLine"/>
      </w:pPr>
      <w:r>
        <w:t xml:space="preserve">        &lt;View style={styles.scoreBox}&gt;</w:t>
      </w:r>
    </w:p>
    <w:p>
      <w:pPr>
        <w:pStyle w:val="CodeLine"/>
      </w:pPr>
      <w:r>
        <w:t xml:space="preserve">          &lt;Text style={styles.scoreValue}&gt;{overview.overallScore}&lt;/Text&gt;</w:t>
      </w:r>
    </w:p>
    <w:p>
      <w:pPr>
        <w:pStyle w:val="CodeLine"/>
      </w:pPr>
      <w:r>
        <w:t xml:space="preserve">          &lt;Text style={styles.scoreLabel}&gt;综合评分&lt;/Text&gt;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  &lt;View style={styles.divider} /&gt;</w:t>
      </w:r>
    </w:p>
    <w:p>
      <w:pPr>
        <w:pStyle w:val="CodeLine"/>
      </w:pPr>
      <w:r>
        <w:t xml:space="preserve">        &lt;View style={styles.scoreBox}&gt;</w:t>
      </w:r>
    </w:p>
    <w:p>
      <w:pPr>
        <w:pStyle w:val="CodeLine"/>
      </w:pPr>
      <w:r>
        <w:t xml:space="preserve">          &lt;Text style={styles.scoreValue}&gt;{overview.reviewCount}&lt;/Text&gt;</w:t>
      </w:r>
    </w:p>
    <w:p>
      <w:pPr>
        <w:pStyle w:val="CodeLine"/>
      </w:pPr>
      <w:r>
        <w:t xml:space="preserve">          &lt;Text style={styles.scoreLabel}&gt;评价人数&lt;/Text&gt;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  &lt;View style={styles.divider} /&gt;</w:t>
      </w:r>
    </w:p>
    <w:p>
      <w:pPr>
        <w:pStyle w:val="CodeLine"/>
      </w:pPr>
      <w:r>
        <w:t xml:space="preserve">        &lt;View style={styles.scoreBox}&gt;</w:t>
      </w:r>
    </w:p>
    <w:p>
      <w:pPr>
        <w:pStyle w:val="CodeLine"/>
      </w:pPr>
      <w:r>
        <w:t xml:space="preserve">          &lt;Text style={styles.scoreValue}&gt;{overview.stats[0]?.value ?? 0}&lt;/Text&gt;</w:t>
      </w:r>
    </w:p>
    <w:p>
      <w:pPr>
        <w:pStyle w:val="CodeLine"/>
      </w:pPr>
      <w:r>
        <w:t xml:space="preserve">          &lt;Text style={styles.scoreLabel}&gt;在招岗位&lt;/Text&gt;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  <w:pageBreakBefore/>
      </w:pPr>
      <w:r>
        <w:t>/* ===================== 子组件：统计四宫格 ===================== */</w:t>
      </w:r>
    </w:p>
    <w:p>
      <w:pPr>
        <w:pStyle w:val="CodeLine"/>
      </w:pPr>
      <w:r>
        <w:t>function StatGrid({ stats }: { stats: EnterpriseStat[] 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style={styles.card}&gt;</w:t>
      </w:r>
    </w:p>
    <w:p>
      <w:pPr>
        <w:pStyle w:val="CodeLine"/>
      </w:pPr>
      <w:r>
        <w:t xml:space="preserve">      &lt;View style={styles.statGrid}&gt;</w:t>
      </w:r>
    </w:p>
    <w:p>
      <w:pPr>
        <w:pStyle w:val="CodeLine"/>
      </w:pPr>
      <w:r>
        <w:t xml:space="preserve">        {stats.map((stat) =&gt; {</w:t>
      </w:r>
    </w:p>
    <w:p>
      <w:pPr>
        <w:pStyle w:val="CodeLine"/>
      </w:pPr>
      <w:r>
        <w:t xml:space="preserve">          const color = semanticColorTokens[stat.color] ?? colors.primary;</w:t>
      </w:r>
    </w:p>
    <w:p>
      <w:pPr>
        <w:pStyle w:val="CodeLine"/>
      </w:pPr>
      <w:r>
        <w:t xml:space="preserve">          const up = stat.change &gt;= 0;</w:t>
      </w:r>
    </w:p>
    <w:p>
      <w:pPr>
        <w:pStyle w:val="CodeLine"/>
      </w:pPr>
      <w:r>
        <w:t xml:space="preserve">          return (</w:t>
      </w:r>
    </w:p>
    <w:p>
      <w:pPr>
        <w:pStyle w:val="CodeLine"/>
      </w:pPr>
      <w:r>
        <w:t xml:space="preserve">            &lt;View key={stat.id} style={styles.statItem}&gt;</w:t>
      </w:r>
    </w:p>
    <w:p>
      <w:pPr>
        <w:pStyle w:val="CodeLine"/>
      </w:pPr>
      <w:r>
        <w:t xml:space="preserve">              &lt;View style={[styles.statIcon, { backgroundColor: color + '15' }]}&gt;</w:t>
      </w:r>
    </w:p>
    <w:p>
      <w:pPr>
        <w:pStyle w:val="CodeLine"/>
      </w:pPr>
      <w:r>
        <w:t xml:space="preserve">                &lt;Ionicons name={stat.icon as keyof typeof Ionicons.glyphMap} size={20} color={color} /&gt;</w:t>
      </w:r>
    </w:p>
    <w:p>
      <w:pPr>
        <w:pStyle w:val="CodeLine"/>
      </w:pPr>
      <w:r>
        <w:t xml:space="preserve">              &lt;/View&gt;</w:t>
      </w:r>
    </w:p>
    <w:p>
      <w:pPr>
        <w:pStyle w:val="CodeLine"/>
      </w:pPr>
      <w:r>
        <w:t xml:space="preserve">              &lt;Text style={styles.statValue}&gt;{stat.value.toLocaleString()}&lt;/Text&gt;</w:t>
      </w:r>
    </w:p>
    <w:p>
      <w:pPr>
        <w:pStyle w:val="CodeLine"/>
      </w:pPr>
      <w:r>
        <w:t xml:space="preserve">              &lt;Text style={styles.statLabel}&gt;{stat.label}&lt;/Text&gt;</w:t>
      </w:r>
    </w:p>
    <w:p>
      <w:pPr>
        <w:pStyle w:val="CodeLine"/>
      </w:pPr>
      <w:r>
        <w:t xml:space="preserve">              &lt;Text style={[styles.statChange, { color: up ? colors.success : colors.danger }]}&gt;</w:t>
      </w:r>
    </w:p>
    <w:p>
      <w:pPr>
        <w:pStyle w:val="CodeLine"/>
      </w:pPr>
      <w:r>
        <w:t xml:space="preserve">                {up ? '↑' : '↓'} {Math.abs(stat.change)}</w:t>
      </w:r>
    </w:p>
    <w:p>
      <w:pPr>
        <w:pStyle w:val="CodeLine"/>
      </w:pPr>
      <w:r>
        <w:t xml:space="preserve">              &lt;/Text&gt;</w:t>
      </w:r>
    </w:p>
    <w:p>
      <w:pPr>
        <w:pStyle w:val="CodeLine"/>
      </w:pPr>
      <w:r>
        <w:t xml:space="preserve">            &lt;/View&gt;</w:t>
      </w:r>
    </w:p>
    <w:p>
      <w:pPr>
        <w:pStyle w:val="CodeLine"/>
      </w:pPr>
      <w:r>
        <w:t xml:space="preserve">          );</w:t>
      </w:r>
    </w:p>
    <w:p>
      <w:pPr>
        <w:pStyle w:val="CodeLine"/>
      </w:pPr>
      <w:r>
        <w:t xml:space="preserve">        })}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子组件：快捷入口 ===================== */</w:t>
      </w:r>
    </w:p>
    <w:p>
      <w:pPr>
        <w:pStyle w:val="CodeLine"/>
      </w:pPr>
      <w:r>
        <w:t>function QuickActions({ actions }: { actions: EnterpriseQuickAction[] })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style={styles.card}&gt;</w:t>
      </w:r>
    </w:p>
    <w:p>
      <w:pPr>
        <w:pStyle w:val="CodeLine"/>
      </w:pPr>
      <w:r>
        <w:t xml:space="preserve">      &lt;Text style={styles.cardTitle}&gt;快捷入口&lt;/Text&gt;</w:t>
      </w:r>
    </w:p>
    <w:p>
      <w:pPr>
        <w:pStyle w:val="CodeLine"/>
      </w:pPr>
      <w:r>
        <w:t xml:space="preserve">      &lt;View style={styles.quickGrid}&gt;</w:t>
      </w:r>
    </w:p>
    <w:p>
      <w:pPr>
        <w:pStyle w:val="CodeLine"/>
      </w:pPr>
      <w:r>
        <w:t xml:space="preserve">        {actions.map((action) =&gt; {</w:t>
      </w:r>
    </w:p>
    <w:p>
      <w:pPr>
        <w:pStyle w:val="CodeLine"/>
      </w:pPr>
      <w:r>
        <w:t xml:space="preserve">          const color = semanticColorTokens[action.color] ?? colors.primary;</w:t>
      </w:r>
    </w:p>
    <w:p>
      <w:pPr>
        <w:pStyle w:val="CodeLine"/>
      </w:pPr>
      <w:r>
        <w:t xml:space="preserve">          return (</w:t>
      </w:r>
    </w:p>
    <w:p>
      <w:pPr>
        <w:pStyle w:val="CodeLine"/>
      </w:pPr>
      <w:r>
        <w:t xml:space="preserve">            &lt;Pressable</w:t>
      </w:r>
    </w:p>
    <w:p>
      <w:pPr>
        <w:pStyle w:val="CodeLine"/>
      </w:pPr>
      <w:r>
        <w:t xml:space="preserve">              key={action.id}</w:t>
      </w:r>
    </w:p>
    <w:p>
      <w:pPr>
        <w:pStyle w:val="CodeLine"/>
      </w:pPr>
      <w:r>
        <w:t xml:space="preserve">              style={styles.quickItem}</w:t>
      </w:r>
    </w:p>
    <w:p>
      <w:pPr>
        <w:pStyle w:val="CodeLine"/>
      </w:pPr>
      <w:r>
        <w:t xml:space="preserve">              onPress={() =&gt; action.route &amp;&amp; router.push(action.route as string)}</w:t>
      </w:r>
    </w:p>
    <w:p>
      <w:pPr>
        <w:pStyle w:val="CodeLine"/>
      </w:pPr>
      <w:r>
        <w:t xml:space="preserve">            &gt;</w:t>
      </w:r>
    </w:p>
    <w:p>
      <w:pPr>
        <w:pStyle w:val="CodeLine"/>
      </w:pPr>
      <w:r>
        <w:t xml:space="preserve">              &lt;View style={[styles.quickIcon, { backgroundColor: color + '15' }]}&gt;</w:t>
      </w:r>
    </w:p>
    <w:p>
      <w:pPr>
        <w:pStyle w:val="CodeLine"/>
      </w:pPr>
      <w:r>
        <w:t xml:space="preserve">                &lt;Ionicons name={action.icon as keyof typeof Ionicons.glyphMap} size={22} color={color} /&gt;</w:t>
      </w:r>
    </w:p>
    <w:p>
      <w:pPr>
        <w:pStyle w:val="CodeLine"/>
      </w:pPr>
      <w:r>
        <w:t xml:space="preserve">              &lt;/View&gt;</w:t>
      </w:r>
    </w:p>
    <w:p>
      <w:pPr>
        <w:pStyle w:val="CodeLine"/>
      </w:pPr>
      <w:r>
        <w:t xml:space="preserve">              &lt;Text style={styles.quickLabel}&gt;{action.label}&lt;/Text&gt;</w:t>
      </w:r>
    </w:p>
    <w:p>
      <w:pPr>
        <w:pStyle w:val="CodeLine"/>
      </w:pPr>
      <w:r>
        <w:t xml:space="preserve">            &lt;/Pressable&gt;</w:t>
      </w:r>
    </w:p>
    <w:p>
      <w:pPr>
        <w:pStyle w:val="CodeLine"/>
      </w:pPr>
      <w:r>
        <w:t xml:space="preserve">          );</w:t>
      </w:r>
    </w:p>
    <w:p>
      <w:pPr>
        <w:pStyle w:val="CodeLine"/>
      </w:pPr>
      <w:r>
        <w:t xml:space="preserve">        })}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子组件：岗位评价列表 ===================== */</w:t>
      </w:r>
    </w:p>
    <w:p>
      <w:pPr>
        <w:pStyle w:val="CodeLine"/>
      </w:pPr>
      <w:r>
        <w:t>function JobEvaluationList({ jobs }: { jobs: JobEvaluationSummary[] })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style={styles.card}&gt;</w:t>
      </w:r>
    </w:p>
    <w:p>
      <w:pPr>
        <w:pStyle w:val="CodeLine"/>
      </w:pPr>
      <w:r>
        <w:t xml:space="preserve">      &lt;View style={styles.cardHeader}&gt;</w:t>
      </w:r>
    </w:p>
    <w:p>
      <w:pPr>
        <w:pStyle w:val="CodeLine"/>
      </w:pPr>
      <w:r>
        <w:t xml:space="preserve">        &lt;Text style={styles.cardTitle}&gt;岗位评价管理&lt;/Text&gt;</w:t>
      </w:r>
    </w:p>
    <w:p>
      <w:pPr>
        <w:pStyle w:val="CodeLine"/>
      </w:pPr>
      <w:r>
        <w:t xml:space="preserve">        &lt;Pressable onPress={() =&gt; router.push('/job-evaluations')}&gt;</w:t>
      </w:r>
    </w:p>
    <w:p>
      <w:pPr>
        <w:pStyle w:val="CodeLine"/>
      </w:pPr>
      <w:r>
        <w:t xml:space="preserve">          &lt;Text style={styles.cardMore}&gt;查看全部&lt;/Text&gt;</w:t>
      </w:r>
    </w:p>
    <w:p>
      <w:pPr>
        <w:pStyle w:val="CodeLine"/>
      </w:pPr>
      <w:r>
        <w:t xml:space="preserve">        &lt;/Pressable&gt;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{jobs.map((job) =&gt; {</w:t>
      </w:r>
    </w:p>
    <w:p>
      <w:pPr>
        <w:pStyle w:val="CodeLine"/>
      </w:pPr>
      <w:r>
        <w:t xml:space="preserve">        const up = job.change &gt;= 0;</w:t>
      </w:r>
    </w:p>
    <w:p>
      <w:pPr>
        <w:pStyle w:val="CodeLine"/>
      </w:pPr>
      <w:r>
        <w:t xml:space="preserve">        return (</w:t>
      </w:r>
    </w:p>
    <w:p>
      <w:pPr>
        <w:pStyle w:val="CodeLine"/>
      </w:pPr>
      <w:r>
        <w:t xml:space="preserve">          &lt;View key={job.id} style={styles.jobRow}&gt;</w:t>
      </w:r>
    </w:p>
    <w:p>
      <w:pPr>
        <w:pStyle w:val="CodeLine"/>
      </w:pPr>
      <w:r>
        <w:t xml:space="preserve">            &lt;View style={styles.jobInfo}&gt;</w:t>
      </w:r>
    </w:p>
    <w:p>
      <w:pPr>
        <w:pStyle w:val="CodeLine"/>
      </w:pPr>
      <w:r>
        <w:t xml:space="preserve">              &lt;Text style={styles.jobName}&gt;{job.positionName}&lt;/Text&gt;</w:t>
      </w:r>
    </w:p>
    <w:p>
      <w:pPr>
        <w:pStyle w:val="CodeLine"/>
      </w:pPr>
      <w:r>
        <w:t xml:space="preserve">              &lt;Text style={styles.jobDepartment}&gt;{job.department}&lt;/Text&gt;</w:t>
      </w:r>
    </w:p>
    <w:p>
      <w:pPr>
        <w:pStyle w:val="CodeLine"/>
      </w:pPr>
      <w:r>
        <w:t xml:space="preserve">            &lt;/View&gt;</w:t>
      </w:r>
    </w:p>
    <w:p>
      <w:pPr>
        <w:pStyle w:val="CodeLine"/>
      </w:pPr>
      <w:r>
        <w:t xml:space="preserve">            &lt;View style={styles.jobScoreBox}&gt;</w:t>
      </w:r>
    </w:p>
    <w:p>
      <w:pPr>
        <w:pStyle w:val="CodeLine"/>
      </w:pPr>
      <w:r>
        <w:t xml:space="preserve">              &lt;Text style={styles.jobScore}&gt;{job.score.toFixed(1)}&lt;/Text&gt;</w:t>
      </w:r>
    </w:p>
    <w:p>
      <w:pPr>
        <w:pStyle w:val="CodeLine"/>
        <w:pageBreakBefore/>
      </w:pPr>
      <w:r>
        <w:t xml:space="preserve">              &lt;Text style={[styles.jobChange, { color: up ? colors.success : colors.danger }]}&gt;</w:t>
      </w:r>
    </w:p>
    <w:p>
      <w:pPr>
        <w:pStyle w:val="CodeLine"/>
      </w:pPr>
      <w:r>
        <w:t xml:space="preserve">                {up ? '↑' : '↓'} {Math.abs(job.change).toFixed(1)}</w:t>
      </w:r>
    </w:p>
    <w:p>
      <w:pPr>
        <w:pStyle w:val="CodeLine"/>
      </w:pPr>
      <w:r>
        <w:t xml:space="preserve">              &lt;/Text&gt;</w:t>
      </w:r>
    </w:p>
    <w:p>
      <w:pPr>
        <w:pStyle w:val="CodeLine"/>
      </w:pPr>
      <w:r>
        <w:t xml:space="preserve">            &lt;/View&gt;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);</w:t>
      </w:r>
    </w:p>
    <w:p>
      <w:pPr>
        <w:pStyle w:val="CodeLine"/>
      </w:pPr>
      <w:r>
        <w:t xml:space="preserve">      })}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子组件：管理后台 ===================== */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管理后台入口：运营规则配置 / 数据审计等低频管理操作。</w:t>
      </w:r>
    </w:p>
    <w:p>
      <w:pPr>
        <w:pStyle w:val="CodeLine"/>
      </w:pPr>
      <w:r>
        <w:t xml:space="preserve"> * 单独成区纵向排列，既不挤占快捷入口的横排位，也避免后台术语出现在求职者端。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function ManageList({ actions }: { actions: EnterpriseQuickAction[] })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if (actions.length === 0) return null;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style={styles.card}&gt;</w:t>
      </w:r>
    </w:p>
    <w:p>
      <w:pPr>
        <w:pStyle w:val="CodeLine"/>
      </w:pPr>
      <w:r>
        <w:t xml:space="preserve">      &lt;Text style={styles.standaloneTitle}&gt;管理后台&lt;/Text&gt;</w:t>
      </w:r>
    </w:p>
    <w:p>
      <w:pPr>
        <w:pStyle w:val="CodeLine"/>
      </w:pPr>
      <w:r>
        <w:t xml:space="preserve">      {actions.map((action) =&gt; {</w:t>
      </w:r>
    </w:p>
    <w:p>
      <w:pPr>
        <w:pStyle w:val="CodeLine"/>
      </w:pPr>
      <w:r>
        <w:t xml:space="preserve">        const color = semanticColorTokens[action.color] ?? colors.primary;</w:t>
      </w:r>
    </w:p>
    <w:p>
      <w:pPr>
        <w:pStyle w:val="CodeLine"/>
      </w:pPr>
      <w:r>
        <w:t xml:space="preserve">        return (</w:t>
      </w:r>
    </w:p>
    <w:p>
      <w:pPr>
        <w:pStyle w:val="CodeLine"/>
      </w:pPr>
      <w:r>
        <w:t xml:space="preserve">          &lt;Pressable</w:t>
      </w:r>
    </w:p>
    <w:p>
      <w:pPr>
        <w:pStyle w:val="CodeLine"/>
      </w:pPr>
      <w:r>
        <w:t xml:space="preserve">            key={action.id}</w:t>
      </w:r>
    </w:p>
    <w:p>
      <w:pPr>
        <w:pStyle w:val="CodeLine"/>
      </w:pPr>
      <w:r>
        <w:t xml:space="preserve">            style={styles.manageRow}</w:t>
      </w:r>
    </w:p>
    <w:p>
      <w:pPr>
        <w:pStyle w:val="CodeLine"/>
      </w:pPr>
      <w:r>
        <w:t xml:space="preserve">            onPress={() =&gt; action.route &amp;&amp; router.push(action.route as string)}</w:t>
      </w:r>
    </w:p>
    <w:p>
      <w:pPr>
        <w:pStyle w:val="CodeLine"/>
      </w:pPr>
      <w:r>
        <w:t xml:space="preserve">          &gt;</w:t>
      </w:r>
    </w:p>
    <w:p>
      <w:pPr>
        <w:pStyle w:val="CodeLine"/>
      </w:pPr>
      <w:r>
        <w:t xml:space="preserve">            &lt;View style={[styles.manageIcon, { backgroundColor: color + '15' }]}&gt;</w:t>
      </w:r>
    </w:p>
    <w:p>
      <w:pPr>
        <w:pStyle w:val="CodeLine"/>
      </w:pPr>
      <w:r>
        <w:t xml:space="preserve">              &lt;Ionicons name={action.icon as keyof typeof Ionicons.glyphMap} size={20} color={color} /&gt;</w:t>
      </w:r>
    </w:p>
    <w:p>
      <w:pPr>
        <w:pStyle w:val="CodeLine"/>
      </w:pPr>
      <w:r>
        <w:t xml:space="preserve">            &lt;/View&gt;</w:t>
      </w:r>
    </w:p>
    <w:p>
      <w:pPr>
        <w:pStyle w:val="CodeLine"/>
      </w:pPr>
      <w:r>
        <w:t xml:space="preserve">            &lt;Text style={styles.manageLabel}&gt;{action.label}&lt;/Text&gt;</w:t>
      </w:r>
    </w:p>
    <w:p>
      <w:pPr>
        <w:pStyle w:val="CodeLine"/>
      </w:pPr>
      <w:r>
        <w:t xml:space="preserve">            &lt;Ionicons name="chevron-forward" size={18} color={colors.textHint} /&gt;</w:t>
      </w:r>
    </w:p>
    <w:p>
      <w:pPr>
        <w:pStyle w:val="CodeLine"/>
      </w:pPr>
      <w:r>
        <w:t xml:space="preserve">          &lt;/Pressable&gt;</w:t>
      </w:r>
    </w:p>
    <w:p>
      <w:pPr>
        <w:pStyle w:val="CodeLine"/>
      </w:pPr>
      <w:r>
        <w:t xml:space="preserve">        );</w:t>
      </w:r>
    </w:p>
    <w:p>
      <w:pPr>
        <w:pStyle w:val="CodeLine"/>
      </w:pPr>
      <w:r>
        <w:t xml:space="preserve">      })}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子组件：企业功能菜单 ===================== */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企业端功能菜单（更多服务）：发布岗位 / 岗位管理 / 人才推荐等业务功能。</w:t>
      </w:r>
    </w:p>
    <w:p>
      <w:pPr>
        <w:pStyle w:val="CodeLine"/>
      </w:pPr>
      <w:r>
        <w:t xml:space="preserve"> * 与求职者端菜单严格隔离，由 AppRole='enterprise' 下发，避免角色混淆。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function MenuList({ items }: { items: MenuItem[] })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if (items.length === 0) return null;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style={styles.card}&gt;</w:t>
      </w:r>
    </w:p>
    <w:p>
      <w:pPr>
        <w:pStyle w:val="CodeLine"/>
      </w:pPr>
      <w:r>
        <w:t xml:space="preserve">      &lt;Text style={styles.standaloneTitle}&gt;更多服务&lt;/Text&gt;</w:t>
      </w:r>
    </w:p>
    <w:p>
      <w:pPr>
        <w:pStyle w:val="CodeLine"/>
      </w:pPr>
      <w:r>
        <w:t xml:space="preserve">      {items.map((item) =&gt; (</w:t>
      </w:r>
    </w:p>
    <w:p>
      <w:pPr>
        <w:pStyle w:val="CodeLine"/>
      </w:pPr>
      <w:r>
        <w:t xml:space="preserve">        &lt;Pressable</w:t>
      </w:r>
    </w:p>
    <w:p>
      <w:pPr>
        <w:pStyle w:val="CodeLine"/>
      </w:pPr>
      <w:r>
        <w:t xml:space="preserve">          key={item.id}</w:t>
      </w:r>
    </w:p>
    <w:p>
      <w:pPr>
        <w:pStyle w:val="CodeLine"/>
      </w:pPr>
      <w:r>
        <w:t xml:space="preserve">          style={styles.manageRow}</w:t>
      </w:r>
    </w:p>
    <w:p>
      <w:pPr>
        <w:pStyle w:val="CodeLine"/>
      </w:pPr>
      <w:r>
        <w:t xml:space="preserve">          onPress={() =&gt; item.route &amp;&amp; router.push(item.route as string)}</w:t>
      </w:r>
    </w:p>
    <w:p>
      <w:pPr>
        <w:pStyle w:val="CodeLine"/>
      </w:pPr>
      <w:r>
        <w:t xml:space="preserve">        &gt;</w:t>
      </w:r>
    </w:p>
    <w:p>
      <w:pPr>
        <w:pStyle w:val="CodeLine"/>
      </w:pPr>
      <w:r>
        <w:t xml:space="preserve">          &lt;View style={[styles.manageIcon, { backgroundColor: colors.primary + '15' }]}&gt;</w:t>
      </w:r>
    </w:p>
    <w:p>
      <w:pPr>
        <w:pStyle w:val="CodeLine"/>
      </w:pPr>
      <w:r>
        <w:t xml:space="preserve">            &lt;Ionicons name={item.icon as keyof typeof Ionicons.glyphMap} size={20} color={colors.primary} /&gt;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  &lt;Text style={styles.manageLabel}&gt;{item.title}&lt;/Text&gt;</w:t>
      </w:r>
    </w:p>
    <w:p>
      <w:pPr>
        <w:pStyle w:val="CodeLine"/>
      </w:pPr>
      <w:r>
        <w:t xml:space="preserve">          &lt;Ionicons name="chevron-forward" size={18} color={colors.textHint} /&gt;</w:t>
      </w:r>
    </w:p>
    <w:p>
      <w:pPr>
        <w:pStyle w:val="CodeLine"/>
      </w:pPr>
      <w:r>
        <w:t xml:space="preserve">        &lt;/Pressable&gt;</w:t>
      </w:r>
    </w:p>
    <w:p>
      <w:pPr>
        <w:pStyle w:val="CodeLine"/>
      </w:pPr>
      <w:r>
        <w:t xml:space="preserve">      ))}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子组件：切换到求职端卡片 ===================== */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企业端「我的」页回切求职端，与求职端「切换到企业端」卡片对称，</w:t>
      </w:r>
    </w:p>
    <w:p>
      <w:pPr>
        <w:pStyle w:val="CodeLine"/>
      </w:pPr>
      <w:r>
        <w:t xml:space="preserve"> * 避免经「设置→身份切换」进入企业端后返回栈为空、回不去求职端。</w:t>
      </w:r>
    </w:p>
    <w:p>
      <w:pPr>
        <w:pStyle w:val="CodeLine"/>
      </w:pPr>
      <w:r>
        <w:t xml:space="preserve"> */</w:t>
      </w:r>
    </w:p>
    <w:p>
      <w:pPr>
        <w:pStyle w:val="CodeLine"/>
        <w:pageBreakBefore/>
      </w:pPr>
      <w:r>
        <w:t>function CandidateEntryCard()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const { setRole } = useRole();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&lt;Pressable</w:t>
      </w:r>
    </w:p>
    <w:p>
      <w:pPr>
        <w:pStyle w:val="CodeLine"/>
      </w:pPr>
      <w:r>
        <w:t xml:space="preserve">      style={styles.candidateCard}</w:t>
      </w:r>
    </w:p>
    <w:p>
      <w:pPr>
        <w:pStyle w:val="CodeLine"/>
      </w:pPr>
      <w:r>
        <w:t xml:space="preserve">      onPress={() =&gt; {</w:t>
      </w:r>
    </w:p>
    <w:p>
      <w:pPr>
        <w:pStyle w:val="CodeLine"/>
      </w:pPr>
      <w:r>
        <w:t xml:space="preserve">        setRole('candidate');</w:t>
      </w:r>
    </w:p>
    <w:p>
      <w:pPr>
        <w:pStyle w:val="CodeLine"/>
      </w:pPr>
      <w:r>
        <w:t xml:space="preserve">        router.replace('/(tabs)/jobs');</w:t>
      </w:r>
    </w:p>
    <w:p>
      <w:pPr>
        <w:pStyle w:val="CodeLine"/>
      </w:pPr>
      <w:r>
        <w:t xml:space="preserve">      }}</w:t>
      </w:r>
    </w:p>
    <w:p>
      <w:pPr>
        <w:pStyle w:val="CodeLine"/>
      </w:pPr>
      <w:r>
        <w:t xml:space="preserve">      hitSlop={4}</w:t>
      </w:r>
    </w:p>
    <w:p>
      <w:pPr>
        <w:pStyle w:val="CodeLine"/>
      </w:pPr>
      <w:r>
        <w:t xml:space="preserve">    &gt;</w:t>
      </w:r>
    </w:p>
    <w:p>
      <w:pPr>
        <w:pStyle w:val="CodeLine"/>
      </w:pPr>
      <w:r>
        <w:t xml:space="preserve">      &lt;View style={styles.candidateIconWrap}&gt;</w:t>
      </w:r>
    </w:p>
    <w:p>
      <w:pPr>
        <w:pStyle w:val="CodeLine"/>
      </w:pPr>
      <w:r>
        <w:t xml:space="preserve">        &lt;Ionicons name="person-outline" size={22} color={colors.primary} /&gt;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style={styles.candidateText}&gt;</w:t>
      </w:r>
    </w:p>
    <w:p>
      <w:pPr>
        <w:pStyle w:val="CodeLine"/>
      </w:pPr>
      <w:r>
        <w:t xml:space="preserve">        &lt;Text style={styles.candidateTitle}&gt;切换到求职端&lt;/Text&gt;</w:t>
      </w:r>
    </w:p>
    <w:p>
      <w:pPr>
        <w:pStyle w:val="CodeLine"/>
      </w:pPr>
      <w:r>
        <w:t xml:space="preserve">        &lt;Text style={styles.candidateDesc}&gt;返回求职者端，浏览岗位与你的竞争力数据&lt;/Text&gt;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&lt;Text style={styles.candidateAction}&gt;去求职端 →&lt;/Text&gt;</w:t>
      </w:r>
    </w:p>
    <w:p>
      <w:pPr>
        <w:pStyle w:val="CodeLine"/>
      </w:pPr>
      <w:r>
        <w:t xml:space="preserve">    &lt;/Pressable&gt;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页面主组件 ===================== */</w:t>
      </w:r>
    </w:p>
    <w:p>
      <w:pPr>
        <w:pStyle w:val="CodeLine"/>
      </w:pPr>
      <w:r>
        <w:t>export default function EnterpriseOverviewScreen()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const { overview, loading, error, refresh } = useEnterpriseOverview();</w:t>
      </w:r>
    </w:p>
    <w:p>
      <w:pPr>
        <w:pStyle w:val="CodeLine"/>
      </w:pPr>
      <w:r>
        <w:t xml:space="preserve">  if (loading) {</w:t>
      </w:r>
    </w:p>
    <w:p>
      <w:pPr>
        <w:pStyle w:val="CodeLine"/>
      </w:pPr>
      <w:r>
        <w:t xml:space="preserve">    return (</w:t>
      </w:r>
    </w:p>
    <w:p>
      <w:pPr>
        <w:pStyle w:val="CodeLine"/>
      </w:pPr>
      <w:r>
        <w:t xml:space="preserve">      &lt;SafeAreaView style={styles.loadingContainer} edges={['top']}&gt;</w:t>
      </w:r>
    </w:p>
    <w:p>
      <w:pPr>
        <w:pStyle w:val="CodeLine"/>
      </w:pPr>
      <w:r>
        <w:t xml:space="preserve">        &lt;LoadingState text="加载中…" /&gt;</w:t>
      </w:r>
    </w:p>
    <w:p>
      <w:pPr>
        <w:pStyle w:val="CodeLine"/>
      </w:pPr>
      <w:r>
        <w:t xml:space="preserve">      &lt;/SafeAreaView&gt;</w:t>
      </w:r>
    </w:p>
    <w:p>
      <w:pPr>
        <w:pStyle w:val="CodeLine"/>
      </w:pPr>
      <w:r>
        <w:t xml:space="preserve">    );</w:t>
      </w:r>
    </w:p>
    <w:p>
      <w:pPr>
        <w:pStyle w:val="CodeLine"/>
      </w:pPr>
      <w:r>
        <w:t xml:space="preserve">  }</w:t>
      </w:r>
    </w:p>
    <w:p>
      <w:pPr>
        <w:pStyle w:val="CodeLine"/>
      </w:pPr>
      <w:r>
        <w:t xml:space="preserve">  if (error || !overview) {</w:t>
      </w:r>
    </w:p>
    <w:p>
      <w:pPr>
        <w:pStyle w:val="CodeLine"/>
      </w:pPr>
      <w:r>
        <w:t xml:space="preserve">    return (</w:t>
      </w:r>
    </w:p>
    <w:p>
      <w:pPr>
        <w:pStyle w:val="CodeLine"/>
      </w:pPr>
      <w:r>
        <w:t xml:space="preserve">      &lt;SafeAreaView style={styles.loadingContainer} edges={['top']}&gt;</w:t>
      </w:r>
    </w:p>
    <w:p>
      <w:pPr>
        <w:pStyle w:val="CodeLine"/>
      </w:pPr>
      <w:r>
        <w:t xml:space="preserve">        &lt;ErrorState onRetry={refresh} /&gt;</w:t>
      </w:r>
    </w:p>
    <w:p>
      <w:pPr>
        <w:pStyle w:val="CodeLine"/>
      </w:pPr>
      <w:r>
        <w:t xml:space="preserve">      &lt;/SafeAreaView&gt;</w:t>
      </w:r>
    </w:p>
    <w:p>
      <w:pPr>
        <w:pStyle w:val="CodeLine"/>
      </w:pPr>
      <w:r>
        <w:t xml:space="preserve">    );</w:t>
      </w:r>
    </w:p>
    <w:p>
      <w:pPr>
        <w:pStyle w:val="CodeLine"/>
      </w:pPr>
      <w:r>
        <w:t xml:space="preserve">  }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style={styles.container}&gt;</w:t>
      </w:r>
    </w:p>
    <w:p>
      <w:pPr>
        <w:pStyle w:val="CodeLine"/>
      </w:pPr>
      <w:r>
        <w:t xml:space="preserve">      &lt;LinearGradient colors={headerGradient} style={styles.gradientHeader}&gt;</w:t>
      </w:r>
    </w:p>
    <w:p>
      <w:pPr>
        <w:pStyle w:val="CodeLine"/>
      </w:pPr>
      <w:r>
        <w:t xml:space="preserve">        &lt;SafeAreaView edges={['top']}&gt;</w:t>
      </w:r>
    </w:p>
    <w:p>
      <w:pPr>
        <w:pStyle w:val="CodeLine"/>
      </w:pPr>
      <w:r>
        <w:t xml:space="preserve">          &lt;Header onSettings={() =&gt; router.push('/settings')} /&gt;</w:t>
      </w:r>
    </w:p>
    <w:p>
      <w:pPr>
        <w:pStyle w:val="CodeLine"/>
      </w:pPr>
      <w:r>
        <w:t xml:space="preserve">          &lt;CompanyCard overview={overview} /&gt;</w:t>
      </w:r>
    </w:p>
    <w:p>
      <w:pPr>
        <w:pStyle w:val="CodeLine"/>
      </w:pPr>
      <w:r>
        <w:t xml:space="preserve">        &lt;/SafeAreaView&gt;</w:t>
      </w:r>
    </w:p>
    <w:p>
      <w:pPr>
        <w:pStyle w:val="CodeLine"/>
      </w:pPr>
      <w:r>
        <w:t xml:space="preserve">      &lt;/LinearGradient&gt;</w:t>
      </w:r>
    </w:p>
    <w:p>
      <w:pPr>
        <w:pStyle w:val="CodeLine"/>
      </w:pPr>
      <w:r>
        <w:t xml:space="preserve">      &lt;ScrollView style={styles.scroll} contentContainerStyle={styles.scrollContent}&gt;</w:t>
      </w:r>
    </w:p>
    <w:p>
      <w:pPr>
        <w:pStyle w:val="CodeLine"/>
      </w:pPr>
      <w:r>
        <w:t xml:space="preserve">        &lt;CandidateEntryCard /&gt;</w:t>
      </w:r>
    </w:p>
    <w:p>
      <w:pPr>
        <w:pStyle w:val="CodeLine"/>
      </w:pPr>
      <w:r>
        <w:t xml:space="preserve">        &lt;StatGrid stats={overview.stats} /&gt;</w:t>
      </w:r>
    </w:p>
    <w:p>
      <w:pPr>
        <w:pStyle w:val="CodeLine"/>
      </w:pPr>
      <w:r>
        <w:t xml:space="preserve">        &lt;QuickActions actions={overview.quickActions} /&gt;</w:t>
      </w:r>
    </w:p>
    <w:p>
      <w:pPr>
        <w:pStyle w:val="CodeLine"/>
      </w:pPr>
      <w:r>
        <w:t xml:space="preserve">        &lt;JobEvaluationList jobs={overview.jobEvaluations} /&gt;</w:t>
      </w:r>
    </w:p>
    <w:p>
      <w:pPr>
        <w:pStyle w:val="CodeLine"/>
      </w:pPr>
      <w:r>
        <w:t xml:space="preserve">        &lt;ManageList actions={overview.manageActions} /&gt;</w:t>
      </w:r>
    </w:p>
    <w:p>
      <w:pPr>
        <w:pStyle w:val="CodeLine"/>
      </w:pPr>
      <w:r>
        <w:t xml:space="preserve">        &lt;MenuList items={overview.menuItems} /&gt;</w:t>
      </w:r>
    </w:p>
    <w:p>
      <w:pPr>
        <w:pStyle w:val="CodeLine"/>
      </w:pPr>
      <w:r>
        <w:t xml:space="preserve">      &lt;/ScrollView&gt;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样式 ===================== */</w:t>
      </w:r>
    </w:p>
    <w:p>
      <w:pPr>
        <w:pStyle w:val="CodeLine"/>
      </w:pPr>
      <w:r>
        <w:t>const styles = StyleSheet.create({</w:t>
      </w:r>
    </w:p>
    <w:p>
      <w:pPr>
        <w:pStyle w:val="CodeLine"/>
      </w:pPr>
      <w:r>
        <w:t xml:space="preserve">  container: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backgroundColor: colors.pageBg,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loadingContainer: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colors.pageBg,</w:t>
      </w:r>
    </w:p>
    <w:p>
      <w:pPr>
        <w:pStyle w:val="CodeLine"/>
      </w:pPr>
      <w:r>
        <w:t xml:space="preserve">  },</w:t>
      </w:r>
    </w:p>
    <w:p>
      <w:pPr>
        <w:pStyle w:val="CodeLine"/>
        <w:pageBreakBefore/>
      </w:pPr>
      <w:r>
        <w:t xml:space="preserve">  gradientHeader: {</w:t>
      </w:r>
    </w:p>
    <w:p>
      <w:pPr>
        <w:pStyle w:val="CodeLine"/>
      </w:pPr>
      <w:r>
        <w:t xml:space="preserve">    paddingBottom: 16,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  paddingHorizontal: 16,</w:t>
      </w:r>
    </w:p>
    <w:p>
      <w:pPr>
        <w:pStyle w:val="CodeLine"/>
      </w:pPr>
      <w:r>
        <w:t xml:space="preserve">    paddingVertical: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headerBtn: {</w:t>
      </w:r>
    </w:p>
    <w:p>
      <w:pPr>
        <w:pStyle w:val="CodeLine"/>
      </w:pPr>
      <w:r>
        <w:t xml:space="preserve">    width: 36,</w:t>
      </w:r>
    </w:p>
    <w:p>
      <w:pPr>
        <w:pStyle w:val="CodeLine"/>
      </w:pPr>
      <w:r>
        <w:t xml:space="preserve">    height: 36,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headerTitle: {</w:t>
      </w:r>
    </w:p>
    <w:p>
      <w:pPr>
        <w:pStyle w:val="CodeLine"/>
      </w:pPr>
      <w:r>
        <w:t xml:space="preserve">    fontSize: 17,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  color: colors.textInverse,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companyCard: {</w:t>
      </w:r>
    </w:p>
    <w:p>
      <w:pPr>
        <w:pStyle w:val="CodeLine"/>
      </w:pPr>
      <w:r>
        <w:t xml:space="preserve">    marginHorizontal: 8,</w:t>
      </w:r>
    </w:p>
    <w:p>
      <w:pPr>
        <w:pStyle w:val="CodeLine"/>
      </w:pPr>
      <w:r>
        <w:t xml:space="preserve">    marginTop: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companyHeader: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marginBottom: 16,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logoBox: {</w:t>
      </w:r>
    </w:p>
    <w:p>
      <w:pPr>
        <w:pStyle w:val="CodeLine"/>
      </w:pPr>
      <w:r>
        <w:t xml:space="preserve">    width: 52,</w:t>
      </w:r>
    </w:p>
    <w:p>
      <w:pPr>
        <w:pStyle w:val="CodeLine"/>
      </w:pPr>
      <w:r>
        <w:t xml:space="preserve">    height: 52,</w:t>
      </w:r>
    </w:p>
    <w:p>
      <w:pPr>
        <w:pStyle w:val="CodeLine"/>
      </w:pPr>
      <w:r>
        <w:t xml:space="preserve">    borderRadius: 12,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marginRight: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logoText: {</w:t>
      </w:r>
    </w:p>
    <w:p>
      <w:pPr>
        <w:pStyle w:val="CodeLine"/>
      </w:pPr>
      <w:r>
        <w:t xml:space="preserve">    fontSize: 22,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companyMeta: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companyName: {</w:t>
      </w:r>
    </w:p>
    <w:p>
      <w:pPr>
        <w:pStyle w:val="CodeLine"/>
      </w:pPr>
      <w:r>
        <w:t xml:space="preserve">    fontSize: 18,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marginBottom: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companyTags: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scoreRow: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paddingTop: 16,</w:t>
      </w:r>
    </w:p>
    <w:p>
      <w:pPr>
        <w:pStyle w:val="CodeLine"/>
      </w:pPr>
      <w:r>
        <w:t xml:space="preserve">    borderTopWidth: 1,</w:t>
      </w:r>
    </w:p>
    <w:p>
      <w:pPr>
        <w:pStyle w:val="CodeLine"/>
      </w:pPr>
      <w:r>
        <w:t xml:space="preserve">    borderTopColor: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scoreBox: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scoreValue: {</w:t>
      </w:r>
    </w:p>
    <w:p>
      <w:pPr>
        <w:pStyle w:val="CodeLine"/>
        <w:pageBreakBefore/>
      </w:pPr>
      <w:r>
        <w:t xml:space="preserve">    fontSize: 20,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  marginBottom: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scoreLabel: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divider: {</w:t>
      </w:r>
    </w:p>
    <w:p>
      <w:pPr>
        <w:pStyle w:val="CodeLine"/>
      </w:pPr>
      <w:r>
        <w:t xml:space="preserve">    width: 1,</w:t>
      </w:r>
    </w:p>
    <w:p>
      <w:pPr>
        <w:pStyle w:val="CodeLine"/>
      </w:pPr>
      <w:r>
        <w:t xml:space="preserve">    height: 32,</w:t>
      </w:r>
    </w:p>
    <w:p>
      <w:pPr>
        <w:pStyle w:val="CodeLine"/>
      </w:pPr>
      <w:r>
        <w:t xml:space="preserve">    backgroundColor: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scroll: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scrollContent: {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paddingBottom: 32,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card: {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cardHeader: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marginBottom: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cardTitle: {</w:t>
      </w:r>
    </w:p>
    <w:p>
      <w:pPr>
        <w:pStyle w:val="CodeLine"/>
      </w:pPr>
      <w:r>
        <w:t xml:space="preserve">    fontSize: 16,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cardMore: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statGrid: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flexWrap: 'wrap',</w:t>
      </w:r>
    </w:p>
    <w:p>
      <w:pPr>
        <w:pStyle w:val="CodeLine"/>
      </w:pPr>
      <w:r>
        <w:t xml:space="preserve">    marginHorizontal: -6,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statItem: {</w:t>
      </w:r>
    </w:p>
    <w:p>
      <w:pPr>
        <w:pStyle w:val="CodeLine"/>
      </w:pPr>
      <w:r>
        <w:t xml:space="preserve">    width: '25%',</w:t>
      </w:r>
    </w:p>
    <w:p>
      <w:pPr>
        <w:pStyle w:val="CodeLine"/>
      </w:pPr>
      <w:r>
        <w:t xml:space="preserve">    paddingHorizontal: 6,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statIcon: {</w:t>
      </w:r>
    </w:p>
    <w:p>
      <w:pPr>
        <w:pStyle w:val="CodeLine"/>
      </w:pPr>
      <w:r>
        <w:t xml:space="preserve">    width: 44,</w:t>
      </w:r>
    </w:p>
    <w:p>
      <w:pPr>
        <w:pStyle w:val="CodeLine"/>
      </w:pPr>
      <w:r>
        <w:t xml:space="preserve">    height: 44,</w:t>
      </w:r>
    </w:p>
    <w:p>
      <w:pPr>
        <w:pStyle w:val="CodeLine"/>
      </w:pPr>
      <w:r>
        <w:t xml:space="preserve">    borderRadius: 12,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statValue: {</w:t>
      </w:r>
    </w:p>
    <w:p>
      <w:pPr>
        <w:pStyle w:val="CodeLine"/>
      </w:pPr>
      <w:r>
        <w:t xml:space="preserve">    fontSize: 17,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marginBottom: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statLabel: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marginBottom: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statChange: {</w:t>
      </w:r>
    </w:p>
    <w:p>
      <w:pPr>
        <w:pStyle w:val="CodeLine"/>
        <w:pageBreakBefore/>
      </w:pPr>
      <w:r>
        <w:t xml:space="preserve">    fontSize: 11,</w:t>
      </w:r>
    </w:p>
    <w:p>
      <w:pPr>
        <w:pStyle w:val="CodeLine"/>
      </w:pPr>
      <w:r>
        <w:t xml:space="preserve">    fontWeight: '500',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quickGrid: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marginHorizontal: -8,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quickItem: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paddingVertical: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quickIcon: {</w:t>
      </w:r>
    </w:p>
    <w:p>
      <w:pPr>
        <w:pStyle w:val="CodeLine"/>
      </w:pPr>
      <w:r>
        <w:t xml:space="preserve">    width: 48,</w:t>
      </w:r>
    </w:p>
    <w:p>
      <w:pPr>
        <w:pStyle w:val="CodeLine"/>
      </w:pPr>
      <w:r>
        <w:t xml:space="preserve">    height: 48,</w:t>
      </w:r>
    </w:p>
    <w:p>
      <w:pPr>
        <w:pStyle w:val="CodeLine"/>
      </w:pPr>
      <w:r>
        <w:t xml:space="preserve">    borderRadius: 14,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quickLabel: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  paddingVertical: 12,</w:t>
      </w:r>
    </w:p>
    <w:p>
      <w:pPr>
        <w:pStyle w:val="CodeLine"/>
      </w:pPr>
      <w:r>
        <w:t xml:space="preserve">    borderBottomWidth: 1,</w:t>
      </w:r>
    </w:p>
    <w:p>
      <w:pPr>
        <w:pStyle w:val="CodeLine"/>
      </w:pPr>
      <w:r>
        <w:t xml:space="preserve">    borderBottomColor: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jobInfo: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jobName: {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marginBottom: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jobDepartment: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jobScoreBox: {</w:t>
      </w:r>
    </w:p>
    <w:p>
      <w:pPr>
        <w:pStyle w:val="CodeLine"/>
      </w:pPr>
      <w:r>
        <w:t xml:space="preserve">    alignItems: 'flex-end',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jobScore: {</w:t>
      </w:r>
    </w:p>
    <w:p>
      <w:pPr>
        <w:pStyle w:val="CodeLine"/>
      </w:pPr>
      <w:r>
        <w:t xml:space="preserve">    fontSize: 18,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jobChange: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fontWeight: '500',</w:t>
      </w:r>
    </w:p>
    <w:p>
      <w:pPr>
        <w:pStyle w:val="CodeLine"/>
      </w:pPr>
      <w:r>
        <w:t xml:space="preserve">    marginTop: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standaloneTitle: {</w:t>
      </w:r>
    </w:p>
    <w:p>
      <w:pPr>
        <w:pStyle w:val="CodeLine"/>
      </w:pPr>
      <w:r>
        <w:t xml:space="preserve">    fontSize: 16,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manageRow: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paddingVertical: 12,</w:t>
      </w:r>
    </w:p>
    <w:p>
      <w:pPr>
        <w:pStyle w:val="CodeLine"/>
      </w:pPr>
      <w:r>
        <w:t xml:space="preserve">    borderBottomWidth: 1,</w:t>
      </w:r>
    </w:p>
    <w:p>
      <w:pPr>
        <w:pStyle w:val="CodeLine"/>
      </w:pPr>
      <w:r>
        <w:t xml:space="preserve">    borderBottomColor: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manageIcon: {</w:t>
      </w:r>
    </w:p>
    <w:p>
      <w:pPr>
        <w:pStyle w:val="CodeLine"/>
        <w:pageBreakBefore/>
      </w:pPr>
      <w:r>
        <w:t xml:space="preserve">    width: 38,</w:t>
      </w:r>
    </w:p>
    <w:p>
      <w:pPr>
        <w:pStyle w:val="CodeLine"/>
      </w:pPr>
      <w:r>
        <w:t xml:space="preserve">    height: 38,</w:t>
      </w:r>
    </w:p>
    <w:p>
      <w:pPr>
        <w:pStyle w:val="CodeLine"/>
      </w:pPr>
      <w:r>
        <w:t xml:space="preserve">    borderRadius: 10,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marginRight: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manageLabel: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fontWeight: '500',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candidateCard: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candidateIconWrap: {</w:t>
      </w:r>
    </w:p>
    <w:p>
      <w:pPr>
        <w:pStyle w:val="CodeLine"/>
      </w:pPr>
      <w:r>
        <w:t xml:space="preserve">    width: 44,</w:t>
      </w:r>
    </w:p>
    <w:p>
      <w:pPr>
        <w:pStyle w:val="CodeLine"/>
      </w:pPr>
      <w:r>
        <w:t xml:space="preserve">    height: 44,</w:t>
      </w:r>
    </w:p>
    <w:p>
      <w:pPr>
        <w:pStyle w:val="CodeLine"/>
      </w:pPr>
      <w:r>
        <w:t xml:space="preserve">    borderRadius: 12,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marginRight: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candidateText: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candidateTitle: {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marginBottom: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candidateDesc: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candidateAction: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  marginLeft: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>});</w:t>
      </w:r>
    </w:p>
    <w:p>
      <w:pPr>
        <w:pStyle w:val="CodeLine"/>
      </w:pPr>
      <w:r>
        <w:t>import { Ionicons } from '@expo/vector-icons';</w:t>
      </w:r>
    </w:p>
    <w:p>
      <w:pPr>
        <w:pStyle w:val="CodeLine"/>
      </w:pPr>
      <w:r>
        <w:t>import { useRouter } from 'expo-router';</w:t>
      </w:r>
    </w:p>
    <w:p>
      <w:pPr>
        <w:pStyle w:val="CodeLine"/>
      </w:pPr>
      <w:r>
        <w:t>import { useState } from 'react';</w:t>
      </w:r>
    </w:p>
    <w:p>
      <w:pPr>
        <w:pStyle w:val="CodeLine"/>
      </w:pPr>
      <w:r>
        <w:t>import type { ReactNode } from 'react';</w:t>
      </w:r>
    </w:p>
    <w:p>
      <w:pPr>
        <w:pStyle w:val="CodeLine"/>
      </w:pPr>
      <w:r>
        <w:t>import {</w:t>
      </w:r>
    </w:p>
    <w:p>
      <w:pPr>
        <w:pStyle w:val="CodeLine"/>
      </w:pPr>
      <w:r>
        <w:t xml:space="preserve">  Alert,</w:t>
      </w:r>
    </w:p>
    <w:p>
      <w:pPr>
        <w:pStyle w:val="CodeLine"/>
      </w:pPr>
      <w:r>
        <w:t xml:space="preserve">  Modal,</w:t>
      </w:r>
    </w:p>
    <w:p>
      <w:pPr>
        <w:pStyle w:val="CodeLine"/>
      </w:pPr>
      <w:r>
        <w:t xml:space="preserve">  Pressable,</w:t>
      </w:r>
    </w:p>
    <w:p>
      <w:pPr>
        <w:pStyle w:val="CodeLine"/>
      </w:pPr>
      <w:r>
        <w:t xml:space="preserve">  ScrollView,</w:t>
      </w:r>
    </w:p>
    <w:p>
      <w:pPr>
        <w:pStyle w:val="CodeLine"/>
      </w:pPr>
      <w:r>
        <w:t xml:space="preserve">  StyleSheet,</w:t>
      </w:r>
    </w:p>
    <w:p>
      <w:pPr>
        <w:pStyle w:val="CodeLine"/>
      </w:pPr>
      <w:r>
        <w:t xml:space="preserve">  Text,</w:t>
      </w:r>
    </w:p>
    <w:p>
      <w:pPr>
        <w:pStyle w:val="CodeLine"/>
      </w:pPr>
      <w:r>
        <w:t xml:space="preserve">  TextInput,</w:t>
      </w:r>
    </w:p>
    <w:p>
      <w:pPr>
        <w:pStyle w:val="CodeLine"/>
      </w:pPr>
      <w:r>
        <w:t xml:space="preserve">  View,</w:t>
      </w:r>
    </w:p>
    <w:p>
      <w:pPr>
        <w:pStyle w:val="CodeLine"/>
      </w:pPr>
      <w:r>
        <w:t>} from 'react-native';</w:t>
      </w:r>
    </w:p>
    <w:p>
      <w:pPr>
        <w:pStyle w:val="CodeLine"/>
      </w:pPr>
      <w:r>
        <w:t>import { SafeAreaView } from 'react-native-safe-area-context';</w:t>
      </w:r>
    </w:p>
    <w:p>
      <w:pPr>
        <w:pStyle w:val="CodeLine"/>
      </w:pPr>
      <w:r>
        <w:t>import { useJobManagement } from '../../src/hooks';</w:t>
      </w:r>
    </w:p>
    <w:p>
      <w:pPr>
        <w:pStyle w:val="CodeLine"/>
      </w:pPr>
      <w:r>
        <w:t>import { JOB_MANAGEMENT_SORTS, buildJobStatusAction, getJobStatusLabel } from '../../src/api';</w:t>
      </w:r>
    </w:p>
    <w:p>
      <w:pPr>
        <w:pStyle w:val="CodeLine"/>
      </w:pPr>
      <w:r>
        <w:t>import { ErrorState, LoadingState } from '../../src/components/StateView';</w:t>
      </w:r>
    </w:p>
    <w:p>
      <w:pPr>
        <w:pStyle w:val="CodeLine"/>
      </w:pPr>
      <w:r>
        <w:t>import { ENTERPRISE_DISPLAY_NAME } from '../../src/constants';</w:t>
      </w:r>
    </w:p>
    <w:p>
      <w:pPr>
        <w:pStyle w:val="CodeLine"/>
      </w:pPr>
      <w:r>
        <w:t>import { colors } from '../../src/theme';</w:t>
      </w:r>
    </w:p>
    <w:p>
      <w:pPr>
        <w:pStyle w:val="CodeLine"/>
      </w:pPr>
      <w:r>
        <w:t>import { formatCompact, formatDateTime } from '../../src/utils';</w:t>
      </w:r>
    </w:p>
    <w:p>
      <w:pPr>
        <w:pStyle w:val="CodeLine"/>
      </w:pPr>
      <w:r>
        <w:t>import type { JobManagement, JobManagementJob, JobManagementTab } from '../../src/types';</w:t>
      </w:r>
    </w:p>
    <w:p>
      <w:pPr>
        <w:pStyle w:val="CodeLine"/>
        <w:pageBreakBefore/>
      </w:pPr>
      <w:r>
        <w:t>/* ===================== 子组件：顶部导航 ===================== */</w:t>
      </w:r>
    </w:p>
    <w:p>
      <w:pPr>
        <w:pStyle w:val="CodeLine"/>
      </w:pPr>
      <w:r>
        <w:t>function Header({ companyName, onBack }: { companyName: string; onBack: () =&gt; void })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style={styles.header}&gt;</w:t>
      </w:r>
    </w:p>
    <w:p>
      <w:pPr>
        <w:pStyle w:val="CodeLine"/>
      </w:pPr>
      <w:r>
        <w:t xml:space="preserve">      &lt;Pressable style={styles.headerBtn} onPress={onBack} hitSlop={8}&gt;</w:t>
      </w:r>
    </w:p>
    <w:p>
      <w:pPr>
        <w:pStyle w:val="CodeLine"/>
      </w:pPr>
      <w:r>
        <w:t xml:space="preserve">        &lt;Ionicons name="chevron-back" size={24} color={colors.textPrimary} /&gt;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  &lt;View style={styles.headerCenter}&gt;</w:t>
      </w:r>
    </w:p>
    <w:p>
      <w:pPr>
        <w:pStyle w:val="CodeLine"/>
      </w:pPr>
      <w:r>
        <w:t xml:space="preserve">        &lt;Text style={styles.headerCompany}&gt;{companyName}&lt;/Text&gt;</w:t>
      </w:r>
    </w:p>
    <w:p>
      <w:pPr>
        <w:pStyle w:val="CodeLine"/>
      </w:pPr>
      <w:r>
        <w:t xml:space="preserve">        &lt;Text style={styles.headerTitle}&gt;岗位管理&lt;/Text&gt;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&lt;Pressable</w:t>
      </w:r>
    </w:p>
    <w:p>
      <w:pPr>
        <w:pStyle w:val="CodeLine"/>
      </w:pPr>
      <w:r>
        <w:t xml:space="preserve">        style={styles.publishBtn}</w:t>
      </w:r>
    </w:p>
    <w:p>
      <w:pPr>
        <w:pStyle w:val="CodeLine"/>
      </w:pPr>
      <w:r>
        <w:t xml:space="preserve">        onPress={() =&gt; router.push('/job-publish')}</w:t>
      </w:r>
    </w:p>
    <w:p>
      <w:pPr>
        <w:pStyle w:val="CodeLine"/>
      </w:pPr>
      <w:r>
        <w:t xml:space="preserve">        hitSlop={6}</w:t>
      </w:r>
    </w:p>
    <w:p>
      <w:pPr>
        <w:pStyle w:val="CodeLine"/>
      </w:pPr>
      <w:r>
        <w:t xml:space="preserve">      &gt;</w:t>
      </w:r>
    </w:p>
    <w:p>
      <w:pPr>
        <w:pStyle w:val="CodeLine"/>
      </w:pPr>
      <w:r>
        <w:t xml:space="preserve">        &lt;Ionicons name="add" size={16} color={colors.white} /&gt;</w:t>
      </w:r>
    </w:p>
    <w:p>
      <w:pPr>
        <w:pStyle w:val="CodeLine"/>
      </w:pPr>
      <w:r>
        <w:t xml:space="preserve">        &lt;Text style={styles.publishBtnText}&gt;发布&lt;/Text&gt;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子组件：Tab 栏 ===================== */</w:t>
      </w:r>
    </w:p>
    <w:p>
      <w:pPr>
        <w:pStyle w:val="CodeLine"/>
      </w:pPr>
      <w:r>
        <w:t>function TabBar({</w:t>
      </w:r>
    </w:p>
    <w:p>
      <w:pPr>
        <w:pStyle w:val="CodeLine"/>
      </w:pPr>
      <w:r>
        <w:t xml:space="preserve">  tabs,</w:t>
      </w:r>
    </w:p>
    <w:p>
      <w:pPr>
        <w:pStyle w:val="CodeLine"/>
      </w:pPr>
      <w:r>
        <w:t xml:space="preserve">  active,</w:t>
      </w:r>
    </w:p>
    <w:p>
      <w:pPr>
        <w:pStyle w:val="CodeLine"/>
      </w:pPr>
      <w:r>
        <w:t xml:space="preserve">  onChange,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tabs: JobManagementTab[];</w:t>
      </w:r>
    </w:p>
    <w:p>
      <w:pPr>
        <w:pStyle w:val="CodeLine"/>
      </w:pPr>
      <w:r>
        <w:t xml:space="preserve">  active: string;</w:t>
      </w:r>
    </w:p>
    <w:p>
      <w:pPr>
        <w:pStyle w:val="CodeLine"/>
      </w:pPr>
      <w:r>
        <w:t xml:space="preserve">  onChange: (key: string) =&gt; void;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style={styles.tabBar}&gt;</w:t>
      </w:r>
    </w:p>
    <w:p>
      <w:pPr>
        <w:pStyle w:val="CodeLine"/>
      </w:pPr>
      <w:r>
        <w:t xml:space="preserve">      {tabs.map((tab) =&gt; {</w:t>
      </w:r>
    </w:p>
    <w:p>
      <w:pPr>
        <w:pStyle w:val="CodeLine"/>
      </w:pPr>
      <w:r>
        <w:t xml:space="preserve">        const isActive = tab.key === active;</w:t>
      </w:r>
    </w:p>
    <w:p>
      <w:pPr>
        <w:pStyle w:val="CodeLine"/>
      </w:pPr>
      <w:r>
        <w:t xml:space="preserve">        return (</w:t>
      </w:r>
    </w:p>
    <w:p>
      <w:pPr>
        <w:pStyle w:val="CodeLine"/>
      </w:pPr>
      <w:r>
        <w:t xml:space="preserve">          &lt;Pressable key={tab.key} style={styles.tabItem} onPress={() =&gt; onChange(tab.key)}&gt;</w:t>
      </w:r>
    </w:p>
    <w:p>
      <w:pPr>
        <w:pStyle w:val="CodeLine"/>
      </w:pPr>
      <w:r>
        <w:t xml:space="preserve">            &lt;Text style={[styles.tabLabel, isActive &amp;&amp; styles.tabLabelActive]}&gt;</w:t>
      </w:r>
    </w:p>
    <w:p>
      <w:pPr>
        <w:pStyle w:val="CodeLine"/>
      </w:pPr>
      <w:r>
        <w:t xml:space="preserve">              {tab.label}</w:t>
      </w:r>
    </w:p>
    <w:p>
      <w:pPr>
        <w:pStyle w:val="CodeLine"/>
      </w:pPr>
      <w:r>
        <w:t xml:space="preserve">              &lt;Text style={[styles.tabCount, isActive &amp;&amp; styles.tabCountActive]}&gt;({tab.count})&lt;/Text&gt;</w:t>
      </w:r>
    </w:p>
    <w:p>
      <w:pPr>
        <w:pStyle w:val="CodeLine"/>
      </w:pPr>
      <w:r>
        <w:t xml:space="preserve">            &lt;/Text&gt;</w:t>
      </w:r>
    </w:p>
    <w:p>
      <w:pPr>
        <w:pStyle w:val="CodeLine"/>
      </w:pPr>
      <w:r>
        <w:t xml:space="preserve">            &lt;View style={[styles.tabIndicator, isActive &amp;&amp; styles.tabIndicatorActive]} /&gt;</w:t>
      </w:r>
    </w:p>
    <w:p>
      <w:pPr>
        <w:pStyle w:val="CodeLine"/>
      </w:pPr>
      <w:r>
        <w:t xml:space="preserve">          &lt;/Pressable&gt;</w:t>
      </w:r>
    </w:p>
    <w:p>
      <w:pPr>
        <w:pStyle w:val="CodeLine"/>
      </w:pPr>
      <w:r>
        <w:t xml:space="preserve">        );</w:t>
      </w:r>
    </w:p>
    <w:p>
      <w:pPr>
        <w:pStyle w:val="CodeLine"/>
      </w:pPr>
      <w:r>
        <w:t xml:space="preserve">      })}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子组件：数据概览 ===================== */</w:t>
      </w:r>
    </w:p>
    <w:p>
      <w:pPr>
        <w:pStyle w:val="CodeLine"/>
      </w:pPr>
      <w:r>
        <w:t>function StatsOverview({ stats }: { stats: JobManagement['stats'] 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style={styles.statsGrid}&gt;</w:t>
      </w:r>
    </w:p>
    <w:p>
      <w:pPr>
        <w:pStyle w:val="CodeLine"/>
      </w:pPr>
      <w:r>
        <w:t xml:space="preserve">      {stats.map((stat) =&gt; {</w:t>
      </w:r>
    </w:p>
    <w:p>
      <w:pPr>
        <w:pStyle w:val="CodeLine"/>
      </w:pPr>
      <w:r>
        <w:t xml:space="preserve">        const token = stat.color === 'success'</w:t>
      </w:r>
    </w:p>
    <w:p>
      <w:pPr>
        <w:pStyle w:val="CodeLine"/>
      </w:pPr>
      <w:r>
        <w:t xml:space="preserve">          ? colors.success</w:t>
      </w:r>
    </w:p>
    <w:p>
      <w:pPr>
        <w:pStyle w:val="CodeLine"/>
      </w:pPr>
      <w:r>
        <w:t xml:space="preserve">          : stat.color === 'action'</w:t>
      </w:r>
    </w:p>
    <w:p>
      <w:pPr>
        <w:pStyle w:val="CodeLine"/>
      </w:pPr>
      <w:r>
        <w:t xml:space="preserve">            ? colors.action</w:t>
      </w:r>
    </w:p>
    <w:p>
      <w:pPr>
        <w:pStyle w:val="CodeLine"/>
      </w:pPr>
      <w:r>
        <w:t xml:space="preserve">            : stat.color === 'info'</w:t>
      </w:r>
    </w:p>
    <w:p>
      <w:pPr>
        <w:pStyle w:val="CodeLine"/>
      </w:pPr>
      <w:r>
        <w:t xml:space="preserve">              ? colors.info</w:t>
      </w:r>
    </w:p>
    <w:p>
      <w:pPr>
        <w:pStyle w:val="CodeLine"/>
      </w:pPr>
      <w:r>
        <w:t xml:space="preserve">              : colors.primary;</w:t>
      </w:r>
    </w:p>
    <w:p>
      <w:pPr>
        <w:pStyle w:val="CodeLine"/>
      </w:pPr>
      <w:r>
        <w:t xml:space="preserve">        const isUp = stat.change.startsWith('+');</w:t>
      </w:r>
    </w:p>
    <w:p>
      <w:pPr>
        <w:pStyle w:val="CodeLine"/>
      </w:pPr>
      <w:r>
        <w:t xml:space="preserve">        const isDown = stat.change.startsWith('-');</w:t>
      </w:r>
    </w:p>
    <w:p>
      <w:pPr>
        <w:pStyle w:val="CodeLine"/>
      </w:pPr>
      <w:r>
        <w:t xml:space="preserve">        const changeColor = isUp ? colors.success : isDown ? colors.action : colors.textSecondary;</w:t>
      </w:r>
    </w:p>
    <w:p>
      <w:pPr>
        <w:pStyle w:val="CodeLine"/>
      </w:pPr>
      <w:r>
        <w:t xml:space="preserve">        return (</w:t>
      </w:r>
    </w:p>
    <w:p>
      <w:pPr>
        <w:pStyle w:val="CodeLine"/>
      </w:pPr>
      <w:r>
        <w:t xml:space="preserve">          &lt;View key={stat.id} style={styles.statCard}&gt;</w:t>
      </w:r>
    </w:p>
    <w:p>
      <w:pPr>
        <w:pStyle w:val="CodeLine"/>
      </w:pPr>
      <w:r>
        <w:t xml:space="preserve">            &lt;View style={[styles.statIconWrap, { backgroundColor: token + '15' }]}&gt;</w:t>
      </w:r>
    </w:p>
    <w:p>
      <w:pPr>
        <w:pStyle w:val="CodeLine"/>
      </w:pPr>
      <w:r>
        <w:t xml:space="preserve">              &lt;Ionicons name={stat.icon as keyof typeof Ionicons.glyphMap} size={22} color={token} /&gt;</w:t>
      </w:r>
    </w:p>
    <w:p>
      <w:pPr>
        <w:pStyle w:val="CodeLine"/>
      </w:pPr>
      <w:r>
        <w:t xml:space="preserve">            &lt;/View&gt;</w:t>
      </w:r>
    </w:p>
    <w:p>
      <w:pPr>
        <w:pStyle w:val="CodeLine"/>
      </w:pPr>
      <w:r>
        <w:t xml:space="preserve">            &lt;View style={styles.statBody}&gt;</w:t>
      </w:r>
    </w:p>
    <w:p>
      <w:pPr>
        <w:pStyle w:val="CodeLine"/>
      </w:pPr>
      <w:r>
        <w:t xml:space="preserve">              &lt;Text style={styles.statValue}&gt;{stat.value}&lt;/Text&gt;</w:t>
      </w:r>
    </w:p>
    <w:p>
      <w:pPr>
        <w:pStyle w:val="CodeLine"/>
        <w:pageBreakBefore/>
      </w:pPr>
      <w:r>
        <w:t xml:space="preserve">              &lt;Text style={styles.statLabel}&gt;{stat.label}&lt;/Text&gt;</w:t>
      </w:r>
    </w:p>
    <w:p>
      <w:pPr>
        <w:pStyle w:val="CodeLine"/>
      </w:pPr>
      <w:r>
        <w:t xml:space="preserve">            &lt;/View&gt;</w:t>
      </w:r>
    </w:p>
    <w:p>
      <w:pPr>
        <w:pStyle w:val="CodeLine"/>
      </w:pPr>
      <w:r>
        <w:t xml:space="preserve">            &lt;View style={styles.statChangeWrap}&gt;</w:t>
      </w:r>
    </w:p>
    <w:p>
      <w:pPr>
        <w:pStyle w:val="CodeLine"/>
      </w:pPr>
      <w:r>
        <w:t xml:space="preserve">              &lt;Text style={[styles.statChange, { color: changeColor }]}&gt;{stat.change}&lt;/Text&gt;</w:t>
      </w:r>
    </w:p>
    <w:p>
      <w:pPr>
        <w:pStyle w:val="CodeLine"/>
      </w:pPr>
      <w:r>
        <w:t xml:space="preserve">            &lt;/View&gt;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);</w:t>
      </w:r>
    </w:p>
    <w:p>
      <w:pPr>
        <w:pStyle w:val="CodeLine"/>
      </w:pPr>
      <w:r>
        <w:t xml:space="preserve">      })}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子组件：搜索与筛选 ===================== */</w:t>
      </w:r>
    </w:p>
    <w:p>
      <w:pPr>
        <w:pStyle w:val="CodeLine"/>
      </w:pPr>
      <w:r>
        <w:t>function SearchFilterBar({</w:t>
      </w:r>
    </w:p>
    <w:p>
      <w:pPr>
        <w:pStyle w:val="CodeLine"/>
      </w:pPr>
      <w:r>
        <w:t xml:space="preserve">  keyword,</w:t>
      </w:r>
    </w:p>
    <w:p>
      <w:pPr>
        <w:pStyle w:val="CodeLine"/>
      </w:pPr>
      <w:r>
        <w:t xml:space="preserve">  onChangeKeyword,</w:t>
      </w:r>
    </w:p>
    <w:p>
      <w:pPr>
        <w:pStyle w:val="CodeLine"/>
      </w:pPr>
      <w:r>
        <w:t xml:space="preserve">  sortLabel,</w:t>
      </w:r>
    </w:p>
    <w:p>
      <w:pPr>
        <w:pStyle w:val="CodeLine"/>
      </w:pPr>
      <w:r>
        <w:t xml:space="preserve">  onOpenSort,</w:t>
      </w:r>
    </w:p>
    <w:p>
      <w:pPr>
        <w:pStyle w:val="CodeLine"/>
      </w:pPr>
      <w:r>
        <w:t xml:space="preserve">  onOpenFilter,</w:t>
      </w:r>
    </w:p>
    <w:p>
      <w:pPr>
        <w:pStyle w:val="CodeLine"/>
      </w:pPr>
      <w:r>
        <w:t xml:space="preserve">  activeFilterCount,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keyword: string;</w:t>
      </w:r>
    </w:p>
    <w:p>
      <w:pPr>
        <w:pStyle w:val="CodeLine"/>
      </w:pPr>
      <w:r>
        <w:t xml:space="preserve">  onChangeKeyword: (value: string) =&gt; void;</w:t>
      </w:r>
    </w:p>
    <w:p>
      <w:pPr>
        <w:pStyle w:val="CodeLine"/>
      </w:pPr>
      <w:r>
        <w:t xml:space="preserve">  sortLabel: string;</w:t>
      </w:r>
    </w:p>
    <w:p>
      <w:pPr>
        <w:pStyle w:val="CodeLine"/>
      </w:pPr>
      <w:r>
        <w:t xml:space="preserve">  onOpenSort: () =&gt; void;</w:t>
      </w:r>
    </w:p>
    <w:p>
      <w:pPr>
        <w:pStyle w:val="CodeLine"/>
      </w:pPr>
      <w:r>
        <w:t xml:space="preserve">  onOpenFilter: () =&gt; void;</w:t>
      </w:r>
    </w:p>
    <w:p>
      <w:pPr>
        <w:pStyle w:val="CodeLine"/>
      </w:pPr>
      <w:r>
        <w:t xml:space="preserve">  activeFilterCount: number;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style={styles.searchBar}&gt;</w:t>
      </w:r>
    </w:p>
    <w:p>
      <w:pPr>
        <w:pStyle w:val="CodeLine"/>
      </w:pPr>
      <w:r>
        <w:t xml:space="preserve">      &lt;View style={styles.searchInputWrap}&gt;</w:t>
      </w:r>
    </w:p>
    <w:p>
      <w:pPr>
        <w:pStyle w:val="CodeLine"/>
      </w:pPr>
      <w:r>
        <w:t xml:space="preserve">        &lt;Ionicons name="search-outline" size={18} color={colors.textHint} /&gt;</w:t>
      </w:r>
    </w:p>
    <w:p>
      <w:pPr>
        <w:pStyle w:val="CodeLine"/>
      </w:pPr>
      <w:r>
        <w:t xml:space="preserve">        &lt;TextInput</w:t>
      </w:r>
    </w:p>
    <w:p>
      <w:pPr>
        <w:pStyle w:val="CodeLine"/>
      </w:pPr>
      <w:r>
        <w:t xml:space="preserve">          style={styles.searchInput}</w:t>
      </w:r>
    </w:p>
    <w:p>
      <w:pPr>
        <w:pStyle w:val="CodeLine"/>
      </w:pPr>
      <w:r>
        <w:t xml:space="preserve">          placeholder="搜索岗位名称..."</w:t>
      </w:r>
    </w:p>
    <w:p>
      <w:pPr>
        <w:pStyle w:val="CodeLine"/>
      </w:pPr>
      <w:r>
        <w:t xml:space="preserve">          placeholderTextColor={colors.textHint}</w:t>
      </w:r>
    </w:p>
    <w:p>
      <w:pPr>
        <w:pStyle w:val="CodeLine"/>
      </w:pPr>
      <w:r>
        <w:t xml:space="preserve">          value={keyword}</w:t>
      </w:r>
    </w:p>
    <w:p>
      <w:pPr>
        <w:pStyle w:val="CodeLine"/>
      </w:pPr>
      <w:r>
        <w:t xml:space="preserve">          onChangeText={onChangeKeyword}</w:t>
      </w:r>
    </w:p>
    <w:p>
      <w:pPr>
        <w:pStyle w:val="CodeLine"/>
      </w:pPr>
      <w:r>
        <w:t xml:space="preserve">          returnKeyType="search"</w:t>
      </w:r>
    </w:p>
    <w:p>
      <w:pPr>
        <w:pStyle w:val="CodeLine"/>
      </w:pPr>
      <w:r>
        <w:t xml:space="preserve">        /&gt;</w:t>
      </w:r>
    </w:p>
    <w:p>
      <w:pPr>
        <w:pStyle w:val="CodeLine"/>
      </w:pPr>
      <w:r>
        <w:t xml:space="preserve">        {keyword.length &gt; 0 &amp;&amp; (</w:t>
      </w:r>
    </w:p>
    <w:p>
      <w:pPr>
        <w:pStyle w:val="CodeLine"/>
      </w:pPr>
      <w:r>
        <w:t xml:space="preserve">          &lt;Pressable onPress={() =&gt; onChangeKeyword('')} hitSlop={8}&gt;</w:t>
      </w:r>
    </w:p>
    <w:p>
      <w:pPr>
        <w:pStyle w:val="CodeLine"/>
      </w:pPr>
      <w:r>
        <w:t xml:space="preserve">            &lt;Ionicons name="close-circle" size={16} color={colors.textHint} /&gt;</w:t>
      </w:r>
    </w:p>
    <w:p>
      <w:pPr>
        <w:pStyle w:val="CodeLine"/>
      </w:pPr>
      <w:r>
        <w:t xml:space="preserve">          &lt;/Pressable&gt;</w:t>
      </w:r>
    </w:p>
    <w:p>
      <w:pPr>
        <w:pStyle w:val="CodeLine"/>
      </w:pPr>
      <w:r>
        <w:t xml:space="preserve">        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&lt;Pressable style={styles.filterBtn} onPress={onOpenFilter}&gt;</w:t>
      </w:r>
    </w:p>
    <w:p>
      <w:pPr>
        <w:pStyle w:val="CodeLine"/>
      </w:pPr>
      <w:r>
        <w:t xml:space="preserve">        &lt;Ionicons name="funnel-outline" size={18} color={colors.textPrimary} /&gt;</w:t>
      </w:r>
    </w:p>
    <w:p>
      <w:pPr>
        <w:pStyle w:val="CodeLine"/>
      </w:pPr>
      <w:r>
        <w:t xml:space="preserve">        &lt;Text style={styles.filterBtnText}&gt;筛选&lt;/Text&gt;</w:t>
      </w:r>
    </w:p>
    <w:p>
      <w:pPr>
        <w:pStyle w:val="CodeLine"/>
      </w:pPr>
      <w:r>
        <w:t xml:space="preserve">        {activeFilterCount &gt; 0 &amp;&amp; (</w:t>
      </w:r>
    </w:p>
    <w:p>
      <w:pPr>
        <w:pStyle w:val="CodeLine"/>
      </w:pPr>
      <w:r>
        <w:t xml:space="preserve">          &lt;View style={styles.filterBadge}&gt;</w:t>
      </w:r>
    </w:p>
    <w:p>
      <w:pPr>
        <w:pStyle w:val="CodeLine"/>
      </w:pPr>
      <w:r>
        <w:t xml:space="preserve">            &lt;Text style={styles.filterBadgeText}&gt;{activeFilterCount}&lt;/Text&gt;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)}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  &lt;Pressable style={styles.sortBtn} onPress={onOpenSort}&gt;</w:t>
      </w:r>
    </w:p>
    <w:p>
      <w:pPr>
        <w:pStyle w:val="CodeLine"/>
      </w:pPr>
      <w:r>
        <w:t xml:space="preserve">        &lt;Text style={styles.sortBtnText}&gt;{sortLabel}&lt;/Text&gt;</w:t>
      </w:r>
    </w:p>
    <w:p>
      <w:pPr>
        <w:pStyle w:val="CodeLine"/>
      </w:pPr>
      <w:r>
        <w:t xml:space="preserve">        &lt;Ionicons name="chevron-down" size={14} color={colors.textHint} /&gt;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子组件：底部弹层 ===================== */</w:t>
      </w:r>
    </w:p>
    <w:p>
      <w:pPr>
        <w:pStyle w:val="CodeLine"/>
      </w:pPr>
      <w:r>
        <w:t>function Sheet({</w:t>
      </w:r>
    </w:p>
    <w:p>
      <w:pPr>
        <w:pStyle w:val="CodeLine"/>
      </w:pPr>
      <w:r>
        <w:t xml:space="preserve">  visible,</w:t>
      </w:r>
    </w:p>
    <w:p>
      <w:pPr>
        <w:pStyle w:val="CodeLine"/>
      </w:pPr>
      <w:r>
        <w:t xml:space="preserve">  title,</w:t>
      </w:r>
    </w:p>
    <w:p>
      <w:pPr>
        <w:pStyle w:val="CodeLine"/>
      </w:pPr>
      <w:r>
        <w:t xml:space="preserve">  onClose,</w:t>
      </w:r>
    </w:p>
    <w:p>
      <w:pPr>
        <w:pStyle w:val="CodeLine"/>
      </w:pPr>
      <w:r>
        <w:t xml:space="preserve">  children,</w:t>
      </w:r>
    </w:p>
    <w:p>
      <w:pPr>
        <w:pStyle w:val="CodeLine"/>
      </w:pPr>
      <w:r>
        <w:t xml:space="preserve">  footer,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visible: boolean;</w:t>
      </w:r>
    </w:p>
    <w:p>
      <w:pPr>
        <w:pStyle w:val="CodeLine"/>
      </w:pPr>
      <w:r>
        <w:t xml:space="preserve">  title: string;</w:t>
      </w:r>
    </w:p>
    <w:p>
      <w:pPr>
        <w:pStyle w:val="CodeLine"/>
      </w:pPr>
      <w:r>
        <w:t xml:space="preserve">  onClose: () =&gt; void;</w:t>
      </w:r>
    </w:p>
    <w:p>
      <w:pPr>
        <w:pStyle w:val="CodeLine"/>
        <w:pageBreakBefore/>
      </w:pPr>
      <w:r>
        <w:t xml:space="preserve">  children: ReactNode;</w:t>
      </w:r>
    </w:p>
    <w:p>
      <w:pPr>
        <w:pStyle w:val="CodeLine"/>
      </w:pPr>
      <w:r>
        <w:t xml:space="preserve">  footer?: ReactNode;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&lt;Modal visible={visible} transparent animationType="slide" onRequestClose={onClose}&gt;</w:t>
      </w:r>
    </w:p>
    <w:p>
      <w:pPr>
        <w:pStyle w:val="CodeLine"/>
      </w:pPr>
      <w:r>
        <w:t xml:space="preserve">      &lt;Pressable style={styles.modalOverlay} onPress={onClose}&gt;</w:t>
      </w:r>
    </w:p>
    <w:p>
      <w:pPr>
        <w:pStyle w:val="CodeLine"/>
      </w:pPr>
      <w:r>
        <w:t xml:space="preserve">        {/* affordance-ok：吞冒泡，点弹层内容区不关闭 */}</w:t>
      </w:r>
    </w:p>
    <w:p>
      <w:pPr>
        <w:pStyle w:val="CodeLine"/>
      </w:pPr>
      <w:r>
        <w:t xml:space="preserve">        &lt;Pressable style={styles.sheetPanel} onPress={() =&gt; {}}&gt;</w:t>
      </w:r>
    </w:p>
    <w:p>
      <w:pPr>
        <w:pStyle w:val="CodeLine"/>
      </w:pPr>
      <w:r>
        <w:t xml:space="preserve">          &lt;View style={styles.sheetHeader}&gt;</w:t>
      </w:r>
    </w:p>
    <w:p>
      <w:pPr>
        <w:pStyle w:val="CodeLine"/>
      </w:pPr>
      <w:r>
        <w:t xml:space="preserve">            &lt;Text style={styles.sheetTitle}&gt;{title}&lt;/Text&gt;</w:t>
      </w:r>
    </w:p>
    <w:p>
      <w:pPr>
        <w:pStyle w:val="CodeLine"/>
      </w:pPr>
      <w:r>
        <w:t xml:space="preserve">            &lt;Pressable onPress={onClose} hitSlop={8}&gt;</w:t>
      </w:r>
    </w:p>
    <w:p>
      <w:pPr>
        <w:pStyle w:val="CodeLine"/>
      </w:pPr>
      <w:r>
        <w:t xml:space="preserve">              &lt;Ionicons name="close" size={22} color={colors.textSecondary} /&gt;</w:t>
      </w:r>
    </w:p>
    <w:p>
      <w:pPr>
        <w:pStyle w:val="CodeLine"/>
      </w:pPr>
      <w:r>
        <w:t xml:space="preserve">            &lt;/Pressable&gt;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  &lt;ScrollView showsVerticalScrollIndicator={false} style={styles.sheetBody}&gt;</w:t>
      </w:r>
    </w:p>
    <w:p>
      <w:pPr>
        <w:pStyle w:val="CodeLine"/>
      </w:pPr>
      <w:r>
        <w:t xml:space="preserve">            {children}</w:t>
      </w:r>
    </w:p>
    <w:p>
      <w:pPr>
        <w:pStyle w:val="CodeLine"/>
      </w:pPr>
      <w:r>
        <w:t xml:space="preserve">          &lt;/ScrollView&gt;</w:t>
      </w:r>
    </w:p>
    <w:p>
      <w:pPr>
        <w:pStyle w:val="CodeLine"/>
      </w:pPr>
      <w:r>
        <w:t xml:space="preserve">          {footer ? &lt;View style={styles.sheetFooter}&gt;{footer}&lt;/View&gt; : null}</w:t>
      </w:r>
    </w:p>
    <w:p>
      <w:pPr>
        <w:pStyle w:val="CodeLine"/>
      </w:pPr>
      <w:r>
        <w:t xml:space="preserve">        &lt;/Pressable&gt;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&lt;/Modal&gt;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/** 弹层里的一组多选筛选（「不限」= 清空该组） */</w:t>
      </w:r>
    </w:p>
    <w:p>
      <w:pPr>
        <w:pStyle w:val="CodeLine"/>
      </w:pPr>
      <w:r>
        <w:t>function FilterGroup({</w:t>
      </w:r>
    </w:p>
    <w:p>
      <w:pPr>
        <w:pStyle w:val="CodeLine"/>
      </w:pPr>
      <w:r>
        <w:t xml:space="preserve">  title,</w:t>
      </w:r>
    </w:p>
    <w:p>
      <w:pPr>
        <w:pStyle w:val="CodeLine"/>
      </w:pPr>
      <w:r>
        <w:t xml:space="preserve">  options,</w:t>
      </w:r>
    </w:p>
    <w:p>
      <w:pPr>
        <w:pStyle w:val="CodeLine"/>
      </w:pPr>
      <w:r>
        <w:t xml:space="preserve">  selected,</w:t>
      </w:r>
    </w:p>
    <w:p>
      <w:pPr>
        <w:pStyle w:val="CodeLine"/>
      </w:pPr>
      <w:r>
        <w:t xml:space="preserve">  onToggle,</w:t>
      </w:r>
    </w:p>
    <w:p>
      <w:pPr>
        <w:pStyle w:val="CodeLine"/>
      </w:pPr>
      <w:r>
        <w:t xml:space="preserve">  onClear,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title: string;</w:t>
      </w:r>
    </w:p>
    <w:p>
      <w:pPr>
        <w:pStyle w:val="CodeLine"/>
      </w:pPr>
      <w:r>
        <w:t xml:space="preserve">  options: string[];</w:t>
      </w:r>
    </w:p>
    <w:p>
      <w:pPr>
        <w:pStyle w:val="CodeLine"/>
      </w:pPr>
      <w:r>
        <w:t xml:space="preserve">  selected: string[];</w:t>
      </w:r>
    </w:p>
    <w:p>
      <w:pPr>
        <w:pStyle w:val="CodeLine"/>
      </w:pPr>
      <w:r>
        <w:t xml:space="preserve">  onToggle: (value: string) =&gt; void;</w:t>
      </w:r>
    </w:p>
    <w:p>
      <w:pPr>
        <w:pStyle w:val="CodeLine"/>
      </w:pPr>
      <w:r>
        <w:t xml:space="preserve">  onClear: () =&gt; void;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style={styles.filterGroup}&gt;</w:t>
      </w:r>
    </w:p>
    <w:p>
      <w:pPr>
        <w:pStyle w:val="CodeLine"/>
      </w:pPr>
      <w:r>
        <w:t xml:space="preserve">      &lt;Text style={styles.filterGroupTitle}&gt;{title}&lt;/Text&gt;</w:t>
      </w:r>
    </w:p>
    <w:p>
      <w:pPr>
        <w:pStyle w:val="CodeLine"/>
      </w:pPr>
      <w:r>
        <w:t xml:space="preserve">      &lt;View style={styles.optionRow}&gt;</w:t>
      </w:r>
    </w:p>
    <w:p>
      <w:pPr>
        <w:pStyle w:val="CodeLine"/>
      </w:pPr>
      <w:r>
        <w:t xml:space="preserve">        {['不限', ...options].map((option) =&gt; {</w:t>
      </w:r>
    </w:p>
    <w:p>
      <w:pPr>
        <w:pStyle w:val="CodeLine"/>
      </w:pPr>
      <w:r>
        <w:t xml:space="preserve">          const isNone = option === '不限';</w:t>
      </w:r>
    </w:p>
    <w:p>
      <w:pPr>
        <w:pStyle w:val="CodeLine"/>
      </w:pPr>
      <w:r>
        <w:t xml:space="preserve">          const active = isNone ? selected.length === 0 : selected.includes(option);</w:t>
      </w:r>
    </w:p>
    <w:p>
      <w:pPr>
        <w:pStyle w:val="CodeLine"/>
      </w:pPr>
      <w:r>
        <w:t xml:space="preserve">          return (</w:t>
      </w:r>
    </w:p>
    <w:p>
      <w:pPr>
        <w:pStyle w:val="CodeLine"/>
      </w:pPr>
      <w:r>
        <w:t xml:space="preserve">            &lt;Pressable</w:t>
      </w:r>
    </w:p>
    <w:p>
      <w:pPr>
        <w:pStyle w:val="CodeLine"/>
      </w:pPr>
      <w:r>
        <w:t xml:space="preserve">              key={option}</w:t>
      </w:r>
    </w:p>
    <w:p>
      <w:pPr>
        <w:pStyle w:val="CodeLine"/>
      </w:pPr>
      <w:r>
        <w:t xml:space="preserve">              style={[styles.optionChip, active &amp;&amp; styles.optionChipActive]}</w:t>
      </w:r>
    </w:p>
    <w:p>
      <w:pPr>
        <w:pStyle w:val="CodeLine"/>
      </w:pPr>
      <w:r>
        <w:t xml:space="preserve">              onPress={() =&gt; (isNone ? onClear() : onToggle(option))}</w:t>
      </w:r>
    </w:p>
    <w:p>
      <w:pPr>
        <w:pStyle w:val="CodeLine"/>
      </w:pPr>
      <w:r>
        <w:t xml:space="preserve">            &gt;</w:t>
      </w:r>
    </w:p>
    <w:p>
      <w:pPr>
        <w:pStyle w:val="CodeLine"/>
      </w:pPr>
      <w:r>
        <w:t xml:space="preserve">              &lt;Text style={[styles.optionText, active &amp;&amp; styles.optionTextActive]}&gt;{option}&lt;/Text&gt;</w:t>
      </w:r>
    </w:p>
    <w:p>
      <w:pPr>
        <w:pStyle w:val="CodeLine"/>
      </w:pPr>
      <w:r>
        <w:t xml:space="preserve">            &lt;/Pressable&gt;</w:t>
      </w:r>
    </w:p>
    <w:p>
      <w:pPr>
        <w:pStyle w:val="CodeLine"/>
      </w:pPr>
      <w:r>
        <w:t xml:space="preserve">          );</w:t>
      </w:r>
    </w:p>
    <w:p>
      <w:pPr>
        <w:pStyle w:val="CodeLine"/>
      </w:pPr>
      <w:r>
        <w:t xml:space="preserve">        })}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子组件：岗位卡片 ===================== */</w:t>
      </w:r>
    </w:p>
    <w:p>
      <w:pPr>
        <w:pStyle w:val="CodeLine"/>
      </w:pPr>
      <w:r>
        <w:t>/** 状态角标：只有草稿与已下线才需要标出来，招聘中靠绿点即可。文案取自接口层 getJobStatusLabel */</w:t>
      </w:r>
    </w:p>
    <w:p>
      <w:pPr>
        <w:pStyle w:val="CodeLine"/>
      </w:pPr>
      <w:r>
        <w:t>/** 岗位卡片。编辑入口已摘除 —— 编辑态需要给发布页加预填数据，本轮未做，不留点了没反应的按钮 */</w:t>
      </w:r>
    </w:p>
    <w:p>
      <w:pPr>
        <w:pStyle w:val="CodeLine"/>
      </w:pPr>
      <w:r>
        <w:t>function JobCard({</w:t>
      </w:r>
    </w:p>
    <w:p>
      <w:pPr>
        <w:pStyle w:val="CodeLine"/>
      </w:pPr>
      <w:r>
        <w:t xml:space="preserve">  job,</w:t>
      </w:r>
    </w:p>
    <w:p>
      <w:pPr>
        <w:pStyle w:val="CodeLine"/>
      </w:pPr>
      <w:r>
        <w:t xml:space="preserve">  refreshing,</w:t>
      </w:r>
    </w:p>
    <w:p>
      <w:pPr>
        <w:pStyle w:val="CodeLine"/>
      </w:pPr>
      <w:r>
        <w:t xml:space="preserve">  onRefresh,</w:t>
      </w:r>
    </w:p>
    <w:p>
      <w:pPr>
        <w:pStyle w:val="CodeLine"/>
      </w:pPr>
      <w:r>
        <w:t xml:space="preserve">  onToggleStatus,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job: JobManagementJob;</w:t>
      </w:r>
    </w:p>
    <w:p>
      <w:pPr>
        <w:pStyle w:val="CodeLine"/>
      </w:pPr>
      <w:r>
        <w:t xml:space="preserve">  /** 该岗位是否有写操作进行中 */</w:t>
      </w:r>
    </w:p>
    <w:p>
      <w:pPr>
        <w:pStyle w:val="CodeLine"/>
      </w:pPr>
      <w:r>
        <w:t xml:space="preserve">  refreshing: boolean;</w:t>
      </w:r>
    </w:p>
    <w:p>
      <w:pPr>
        <w:pStyle w:val="CodeLine"/>
      </w:pPr>
      <w:r>
        <w:t xml:space="preserve">  onRefresh: (job: JobManagementJob) =&gt; void;</w:t>
      </w:r>
    </w:p>
    <w:p>
      <w:pPr>
        <w:pStyle w:val="CodeLine"/>
      </w:pPr>
      <w:r>
        <w:t xml:space="preserve">  onToggleStatus: (job: JobManagementJob) =&gt; void;</w:t>
      </w:r>
    </w:p>
    <w:p>
      <w:pPr>
        <w:pStyle w:val="CodeLine"/>
        <w:pageBreakBefore/>
      </w:pPr>
      <w:r>
        <w:t>}) {</w:t>
      </w:r>
    </w:p>
    <w:p>
      <w:pPr>
        <w:pStyle w:val="CodeLine"/>
      </w:pPr>
      <w:r>
        <w:t xml:space="preserve">  const isActive = job.status === 'active';</w:t>
      </w:r>
    </w:p>
    <w:p>
      <w:pPr>
        <w:pStyle w:val="CodeLine"/>
      </w:pPr>
      <w:r>
        <w:t xml:space="preserve">  /** 状态切换动作（按钮图标/文案、确认框文案、目标状态）一律由接口层给出 */</w:t>
      </w:r>
    </w:p>
    <w:p>
      <w:pPr>
        <w:pStyle w:val="CodeLine"/>
      </w:pPr>
      <w:r>
        <w:t xml:space="preserve">  const statusAction = buildJobStatusAction(job);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style={styles.jobCard}&gt;</w:t>
      </w:r>
    </w:p>
    <w:p>
      <w:pPr>
        <w:pStyle w:val="CodeLine"/>
      </w:pPr>
      <w:r>
        <w:t xml:space="preserve">      &lt;View style={styles.jobHeader}&gt;</w:t>
      </w:r>
    </w:p>
    <w:p>
      <w:pPr>
        <w:pStyle w:val="CodeLine"/>
      </w:pPr>
      <w:r>
        <w:t xml:space="preserve">        &lt;View style={styles.jobTitleWrap}&gt;</w:t>
      </w:r>
    </w:p>
    <w:p>
      <w:pPr>
        <w:pStyle w:val="CodeLine"/>
      </w:pPr>
      <w:r>
        <w:t xml:space="preserve">          &lt;Text style={styles.jobTitle}&gt;{job.title}&lt;/Text&gt;</w:t>
      </w:r>
    </w:p>
    <w:p>
      <w:pPr>
        <w:pStyle w:val="CodeLine"/>
      </w:pPr>
      <w:r>
        <w:t xml:space="preserve">          {isActive ? &lt;View style={styles.activeDot} /&gt; : null}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  {!isActive &amp;&amp; (</w:t>
      </w:r>
    </w:p>
    <w:p>
      <w:pPr>
        <w:pStyle w:val="CodeLine"/>
      </w:pPr>
      <w:r>
        <w:t xml:space="preserve">          &lt;View style={styles.statusTag}&gt;</w:t>
      </w:r>
    </w:p>
    <w:p>
      <w:pPr>
        <w:pStyle w:val="CodeLine"/>
      </w:pPr>
      <w:r>
        <w:t xml:space="preserve">            &lt;Text style={styles.statusTagText}&gt;{getJobStatusLabel(job.status)}&lt;/Text&gt;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&lt;Text style={styles.jobSalary}&gt;</w:t>
      </w:r>
    </w:p>
    <w:p>
      <w:pPr>
        <w:pStyle w:val="CodeLine"/>
      </w:pPr>
      <w:r>
        <w:t xml:space="preserve">        {job.salary} · {job.salaryMonths}薪</w:t>
      </w:r>
    </w:p>
    <w:p>
      <w:pPr>
        <w:pStyle w:val="CodeLine"/>
      </w:pPr>
      <w:r>
        <w:t xml:space="preserve">      &lt;/Text&gt;</w:t>
      </w:r>
    </w:p>
    <w:p>
      <w:pPr>
        <w:pStyle w:val="CodeLine"/>
      </w:pPr>
      <w:r>
        <w:t xml:space="preserve">      &lt;Text style={styles.jobMeta}&gt;{job.city} · {job.experience} · {job.education}&lt;/Text&gt;</w:t>
      </w:r>
    </w:p>
    <w:p>
      <w:pPr>
        <w:pStyle w:val="CodeLine"/>
      </w:pPr>
      <w:r>
        <w:t xml:space="preserve">      &lt;View style={styles.jobScoreRow}&gt;</w:t>
      </w:r>
    </w:p>
    <w:p>
      <w:pPr>
        <w:pStyle w:val="CodeLine"/>
      </w:pPr>
      <w:r>
        <w:t xml:space="preserve">        &lt;Text style={styles.jobScoreLabel}&gt;综合评分&lt;/Text&gt;</w:t>
      </w:r>
    </w:p>
    <w:p>
      <w:pPr>
        <w:pStyle w:val="CodeLine"/>
      </w:pPr>
      <w:r>
        <w:t xml:space="preserve">        &lt;Text style={styles.jobScoreValue}&gt;{job.overallScore}&lt;/Text&gt;</w:t>
      </w:r>
    </w:p>
    <w:p>
      <w:pPr>
        <w:pStyle w:val="CodeLine"/>
      </w:pPr>
      <w:r>
        <w:t xml:space="preserve">        &lt;View style={styles.rankTag}&gt;</w:t>
      </w:r>
    </w:p>
    <w:p>
      <w:pPr>
        <w:pStyle w:val="CodeLine"/>
      </w:pPr>
      <w:r>
        <w:t xml:space="preserve">          &lt;Text style={styles.rankTagText}&gt;{job.rankText}&lt;/Text&gt;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style={styles.jobTags}&gt;</w:t>
      </w:r>
    </w:p>
    <w:p>
      <w:pPr>
        <w:pStyle w:val="CodeLine"/>
      </w:pPr>
      <w:r>
        <w:t xml:space="preserve">        {job.tags.map((tag) =&gt; (</w:t>
      </w:r>
    </w:p>
    <w:p>
      <w:pPr>
        <w:pStyle w:val="CodeLine"/>
      </w:pPr>
      <w:r>
        <w:t xml:space="preserve">          &lt;View key={tag} style={styles.jobTag}&gt;</w:t>
      </w:r>
    </w:p>
    <w:p>
      <w:pPr>
        <w:pStyle w:val="CodeLine"/>
      </w:pPr>
      <w:r>
        <w:t xml:space="preserve">            &lt;Text style={styles.jobTagText}&gt;{tag}&lt;/Text&gt;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style={styles.jobStatsRow}&gt;</w:t>
      </w:r>
    </w:p>
    <w:p>
      <w:pPr>
        <w:pStyle w:val="CodeLine"/>
      </w:pPr>
      <w:r>
        <w:t xml:space="preserve">        &lt;View style={styles.jobStat}&gt;</w:t>
      </w:r>
    </w:p>
    <w:p>
      <w:pPr>
        <w:pStyle w:val="CodeLine"/>
      </w:pPr>
      <w:r>
        <w:t xml:space="preserve">          &lt;Text style={styles.jobStatValue}&gt;{job.applicants}&lt;/Text&gt;</w:t>
      </w:r>
    </w:p>
    <w:p>
      <w:pPr>
        <w:pStyle w:val="CodeLine"/>
      </w:pPr>
      <w:r>
        <w:t xml:space="preserve">          &lt;Text style={styles.jobStatLabel}&gt;投递&lt;/Text&gt;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  &lt;View style={styles.jobStat}&gt;</w:t>
      </w:r>
    </w:p>
    <w:p>
      <w:pPr>
        <w:pStyle w:val="CodeLine"/>
      </w:pPr>
      <w:r>
        <w:t xml:space="preserve">          &lt;Text style={styles.jobStatValue}&gt;{formatCompact(job.views)}&lt;/Text&gt;</w:t>
      </w:r>
    </w:p>
    <w:p>
      <w:pPr>
        <w:pStyle w:val="CodeLine"/>
      </w:pPr>
      <w:r>
        <w:t xml:space="preserve">          &lt;Text style={styles.jobStatLabel}&gt;查看&lt;/Text&gt;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  &lt;View style={styles.jobStat}&gt;</w:t>
      </w:r>
    </w:p>
    <w:p>
      <w:pPr>
        <w:pStyle w:val="CodeLine"/>
      </w:pPr>
      <w:r>
        <w:t xml:space="preserve">          &lt;Text style={styles.jobStatValue}&gt;{job.matches}&lt;/Text&gt;</w:t>
      </w:r>
    </w:p>
    <w:p>
      <w:pPr>
        <w:pStyle w:val="CodeLine"/>
      </w:pPr>
      <w:r>
        <w:t xml:space="preserve">          &lt;Text style={styles.jobStatLabel}&gt;匹配&lt;/Text&gt;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style={styles.jobActions}&gt;</w:t>
      </w:r>
    </w:p>
    <w:p>
      <w:pPr>
        <w:pStyle w:val="CodeLine"/>
      </w:pPr>
      <w:r>
        <w:t xml:space="preserve">        {isActive &amp;&amp; (</w:t>
      </w:r>
    </w:p>
    <w:p>
      <w:pPr>
        <w:pStyle w:val="CodeLine"/>
      </w:pPr>
      <w:r>
        <w:t xml:space="preserve">          &lt;Pressable</w:t>
      </w:r>
    </w:p>
    <w:p>
      <w:pPr>
        <w:pStyle w:val="CodeLine"/>
      </w:pPr>
      <w:r>
        <w:t xml:space="preserve">            style={[styles.jobActionBtn, refreshing &amp;&amp; styles.jobActionBtnDisabled]}</w:t>
      </w:r>
    </w:p>
    <w:p>
      <w:pPr>
        <w:pStyle w:val="CodeLine"/>
      </w:pPr>
      <w:r>
        <w:t xml:space="preserve">            onPress={() =&gt; onRefresh(job)}</w:t>
      </w:r>
    </w:p>
    <w:p>
      <w:pPr>
        <w:pStyle w:val="CodeLine"/>
      </w:pPr>
      <w:r>
        <w:t xml:space="preserve">            disabled={refreshing}</w:t>
      </w:r>
    </w:p>
    <w:p>
      <w:pPr>
        <w:pStyle w:val="CodeLine"/>
      </w:pPr>
      <w:r>
        <w:t xml:space="preserve">          &gt;</w:t>
      </w:r>
    </w:p>
    <w:p>
      <w:pPr>
        <w:pStyle w:val="CodeLine"/>
      </w:pPr>
      <w:r>
        <w:t xml:space="preserve">            &lt;Ionicons name="refresh-outline" size={16} color={colors.primary} /&gt;</w:t>
      </w:r>
    </w:p>
    <w:p>
      <w:pPr>
        <w:pStyle w:val="CodeLine"/>
      </w:pPr>
      <w:r>
        <w:t xml:space="preserve">            &lt;Text style={styles.jobActionText}&gt;</w:t>
      </w:r>
    </w:p>
    <w:p>
      <w:pPr>
        <w:pStyle w:val="CodeLine"/>
      </w:pPr>
      <w:r>
        <w:t xml:space="preserve">              {job.refreshedAt ? '再次刷新' : '刷新'}</w:t>
      </w:r>
    </w:p>
    <w:p>
      <w:pPr>
        <w:pStyle w:val="CodeLine"/>
      </w:pPr>
      <w:r>
        <w:t xml:space="preserve">            &lt;/Text&gt;</w:t>
      </w:r>
    </w:p>
    <w:p>
      <w:pPr>
        <w:pStyle w:val="CodeLine"/>
      </w:pPr>
      <w:r>
        <w:t xml:space="preserve">          &lt;/Pressable&gt;</w:t>
      </w:r>
    </w:p>
    <w:p>
      <w:pPr>
        <w:pStyle w:val="CodeLine"/>
      </w:pPr>
      <w:r>
        <w:t xml:space="preserve">        )}</w:t>
      </w:r>
    </w:p>
    <w:p>
      <w:pPr>
        <w:pStyle w:val="CodeLine"/>
      </w:pPr>
      <w:r>
        <w:t xml:space="preserve">        &lt;Pressable</w:t>
      </w:r>
    </w:p>
    <w:p>
      <w:pPr>
        <w:pStyle w:val="CodeLine"/>
      </w:pPr>
      <w:r>
        <w:t xml:space="preserve">          style={[styles.jobActionBtn, refreshing &amp;&amp; styles.jobActionBtnDisabled]}</w:t>
      </w:r>
    </w:p>
    <w:p>
      <w:pPr>
        <w:pStyle w:val="CodeLine"/>
      </w:pPr>
      <w:r>
        <w:t xml:space="preserve">          onPress={() =&gt; onToggleStatus(job)}</w:t>
      </w:r>
    </w:p>
    <w:p>
      <w:pPr>
        <w:pStyle w:val="CodeLine"/>
      </w:pPr>
      <w:r>
        <w:t xml:space="preserve">          disabled={refreshing}</w:t>
      </w:r>
    </w:p>
    <w:p>
      <w:pPr>
        <w:pStyle w:val="CodeLine"/>
      </w:pPr>
      <w:r>
        <w:t xml:space="preserve">        &gt;</w:t>
      </w:r>
    </w:p>
    <w:p>
      <w:pPr>
        <w:pStyle w:val="CodeLine"/>
      </w:pPr>
      <w:r>
        <w:t xml:space="preserve">          {/* 图标与文案同出一处（接口层的 buildJobStatusAction），不各写一半 */}</w:t>
      </w:r>
    </w:p>
    <w:p>
      <w:pPr>
        <w:pStyle w:val="CodeLine"/>
      </w:pPr>
      <w:r>
        <w:t xml:space="preserve">          &lt;Ionicons</w:t>
      </w:r>
    </w:p>
    <w:p>
      <w:pPr>
        <w:pStyle w:val="CodeLine"/>
      </w:pPr>
      <w:r>
        <w:t xml:space="preserve">            name={statusAction.icon as keyof typeof Ionicons.glyphMap}</w:t>
      </w:r>
    </w:p>
    <w:p>
      <w:pPr>
        <w:pStyle w:val="CodeLine"/>
      </w:pPr>
      <w:r>
        <w:t xml:space="preserve">            size={16}</w:t>
      </w:r>
    </w:p>
    <w:p>
      <w:pPr>
        <w:pStyle w:val="CodeLine"/>
      </w:pPr>
      <w:r>
        <w:t xml:space="preserve">            color={statusAction.destructive ? colors.action : colors.primary}</w:t>
      </w:r>
    </w:p>
    <w:p>
      <w:pPr>
        <w:pStyle w:val="CodeLine"/>
        <w:pageBreakBefore/>
      </w:pPr>
      <w:r>
        <w:t xml:space="preserve">          /&gt;</w:t>
      </w:r>
    </w:p>
    <w:p>
      <w:pPr>
        <w:pStyle w:val="CodeLine"/>
      </w:pPr>
      <w:r>
        <w:t xml:space="preserve">          &lt;Text style={[styles.jobActionText, statusAction.destructive &amp;&amp; styles.jobActionTextAction]}&gt;</w:t>
      </w:r>
    </w:p>
    <w:p>
      <w:pPr>
        <w:pStyle w:val="CodeLine"/>
      </w:pPr>
      <w:r>
        <w:t xml:space="preserve">            {statusAction.label}</w:t>
      </w:r>
    </w:p>
    <w:p>
      <w:pPr>
        <w:pStyle w:val="CodeLine"/>
      </w:pPr>
      <w:r>
        <w:t xml:space="preserve">          &lt;/Text&gt;</w:t>
      </w:r>
    </w:p>
    <w:p>
      <w:pPr>
        <w:pStyle w:val="CodeLine"/>
      </w:pPr>
      <w:r>
        <w:t xml:space="preserve">        &lt;/Pressable&gt;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&lt;Text style={styles.jobTimeHint}&gt;</w:t>
      </w:r>
    </w:p>
    <w:p>
      <w:pPr>
        <w:pStyle w:val="CodeLine"/>
      </w:pPr>
      <w:r>
        <w:t xml:space="preserve">        {job.refreshedAt</w:t>
      </w:r>
    </w:p>
    <w:p>
      <w:pPr>
        <w:pStyle w:val="CodeLine"/>
      </w:pPr>
      <w:r>
        <w:t xml:space="preserve">          ? `最近刷新：${formatDateTime(job.refreshedAt)}`</w:t>
      </w:r>
    </w:p>
    <w:p>
      <w:pPr>
        <w:pStyle w:val="CodeLine"/>
      </w:pPr>
      <w:r>
        <w:t xml:space="preserve">          : `发布：${formatDateTime(job.publishedAt)}`}</w:t>
      </w:r>
    </w:p>
    <w:p>
      <w:pPr>
        <w:pStyle w:val="CodeLine"/>
      </w:pPr>
      <w:r>
        <w:t xml:space="preserve">      &lt;/Text&gt;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子组件：空状态 ===================== */</w:t>
      </w:r>
    </w:p>
    <w:p>
      <w:pPr>
        <w:pStyle w:val="CodeLine"/>
      </w:pPr>
      <w:r>
        <w:t>function EmptyState({ benefits, onPublish }: { benefits: string[]; onPublish: () =&gt; void 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style={styles.emptyCard}&gt;</w:t>
      </w:r>
    </w:p>
    <w:p>
      <w:pPr>
        <w:pStyle w:val="CodeLine"/>
      </w:pPr>
      <w:r>
        <w:t xml:space="preserve">      &lt;View style={styles.emptyIconWrap}&gt;</w:t>
      </w:r>
    </w:p>
    <w:p>
      <w:pPr>
        <w:pStyle w:val="CodeLine"/>
      </w:pPr>
      <w:r>
        <w:t xml:space="preserve">        &lt;Ionicons name="business-outline" size={48} color={colors.primary} /&gt;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&lt;Text style={styles.emptyTitle}&gt;还没有发布岗位&lt;/Text&gt;</w:t>
      </w:r>
    </w:p>
    <w:p>
      <w:pPr>
        <w:pStyle w:val="CodeLine"/>
      </w:pPr>
      <w:r>
        <w:t xml:space="preserve">      &lt;Text style={styles.emptySubtitle}&gt;发布你的第一个岗位，开始招聘优秀人才&lt;/Text&gt;</w:t>
      </w:r>
    </w:p>
    <w:p>
      <w:pPr>
        <w:pStyle w:val="CodeLine"/>
      </w:pPr>
      <w:r>
        <w:t xml:space="preserve">      &lt;Pressable style={styles.emptyBtn} onPress={onPublish} hitSlop={6}&gt;</w:t>
      </w:r>
    </w:p>
    <w:p>
      <w:pPr>
        <w:pStyle w:val="CodeLine"/>
      </w:pPr>
      <w:r>
        <w:t xml:space="preserve">        &lt;Text style={styles.emptyBtnText}&gt;发布岗位&lt;/Text&gt;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  &lt;View style={styles.benefitCard}&gt;</w:t>
      </w:r>
    </w:p>
    <w:p>
      <w:pPr>
        <w:pStyle w:val="CodeLine"/>
      </w:pPr>
      <w:r>
        <w:t xml:space="preserve">        &lt;Text style={styles.benefitTitle}&gt;发布岗位后你可以&lt;/Text&gt;</w:t>
      </w:r>
    </w:p>
    <w:p>
      <w:pPr>
        <w:pStyle w:val="CodeLine"/>
      </w:pPr>
      <w:r>
        <w:t xml:space="preserve">        {benefits.map((benefit, index) =&gt; (</w:t>
      </w:r>
    </w:p>
    <w:p>
      <w:pPr>
        <w:pStyle w:val="CodeLine"/>
      </w:pPr>
      <w:r>
        <w:t xml:space="preserve">          &lt;View key={index} style={styles.benefitRow}&gt;</w:t>
      </w:r>
    </w:p>
    <w:p>
      <w:pPr>
        <w:pStyle w:val="CodeLine"/>
      </w:pPr>
      <w:r>
        <w:t xml:space="preserve">            &lt;Ionicons name="checkmark-circle" size={18} color={colors.success} /&gt;</w:t>
      </w:r>
    </w:p>
    <w:p>
      <w:pPr>
        <w:pStyle w:val="CodeLine"/>
      </w:pPr>
      <w:r>
        <w:t xml:space="preserve">            &lt;Text style={styles.benefitText}&gt;{benefit}&lt;/Text&gt;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页面 ===================== */</w:t>
      </w:r>
    </w:p>
    <w:p>
      <w:pPr>
        <w:pStyle w:val="CodeLine"/>
      </w:pPr>
      <w:r>
        <w:t>export default function JobManagementScreen()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const {</w:t>
      </w:r>
    </w:p>
    <w:p>
      <w:pPr>
        <w:pStyle w:val="CodeLine"/>
      </w:pPr>
      <w:r>
        <w:t xml:space="preserve">    management,</w:t>
      </w:r>
    </w:p>
    <w:p>
      <w:pPr>
        <w:pStyle w:val="CodeLine"/>
      </w:pPr>
      <w:r>
        <w:t xml:space="preserve">    jobs,</w:t>
      </w:r>
    </w:p>
    <w:p>
      <w:pPr>
        <w:pStyle w:val="CodeLine"/>
      </w:pPr>
      <w:r>
        <w:t xml:space="preserve">    filterOptions,</w:t>
      </w:r>
    </w:p>
    <w:p>
      <w:pPr>
        <w:pStyle w:val="CodeLine"/>
      </w:pPr>
      <w:r>
        <w:t xml:space="preserve">    activeTab,</w:t>
      </w:r>
    </w:p>
    <w:p>
      <w:pPr>
        <w:pStyle w:val="CodeLine"/>
      </w:pPr>
      <w:r>
        <w:t xml:space="preserve">    setActiveTab,</w:t>
      </w:r>
    </w:p>
    <w:p>
      <w:pPr>
        <w:pStyle w:val="CodeLine"/>
      </w:pPr>
      <w:r>
        <w:t xml:space="preserve">    keyword,</w:t>
      </w:r>
    </w:p>
    <w:p>
      <w:pPr>
        <w:pStyle w:val="CodeLine"/>
      </w:pPr>
      <w:r>
        <w:t xml:space="preserve">    setKeyword,</w:t>
      </w:r>
    </w:p>
    <w:p>
      <w:pPr>
        <w:pStyle w:val="CodeLine"/>
      </w:pPr>
      <w:r>
        <w:t xml:space="preserve">    sortKey,</w:t>
      </w:r>
    </w:p>
    <w:p>
      <w:pPr>
        <w:pStyle w:val="CodeLine"/>
      </w:pPr>
      <w:r>
        <w:t xml:space="preserve">    setSortKey,</w:t>
      </w:r>
    </w:p>
    <w:p>
      <w:pPr>
        <w:pStyle w:val="CodeLine"/>
      </w:pPr>
      <w:r>
        <w:t xml:space="preserve">    filters,</w:t>
      </w:r>
    </w:p>
    <w:p>
      <w:pPr>
        <w:pStyle w:val="CodeLine"/>
      </w:pPr>
      <w:r>
        <w:t xml:space="preserve">    applyFilters,</w:t>
      </w:r>
    </w:p>
    <w:p>
      <w:pPr>
        <w:pStyle w:val="CodeLine"/>
      </w:pPr>
      <w:r>
        <w:t xml:space="preserve">    resetFilters,</w:t>
      </w:r>
    </w:p>
    <w:p>
      <w:pPr>
        <w:pStyle w:val="CodeLine"/>
      </w:pPr>
      <w:r>
        <w:t xml:space="preserve">    activeFilterCount,</w:t>
      </w:r>
    </w:p>
    <w:p>
      <w:pPr>
        <w:pStyle w:val="CodeLine"/>
      </w:pPr>
      <w:r>
        <w:t xml:space="preserve">    isFiltered,</w:t>
      </w:r>
    </w:p>
    <w:p>
      <w:pPr>
        <w:pStyle w:val="CodeLine"/>
      </w:pPr>
      <w:r>
        <w:t xml:space="preserve">    setStatus,</w:t>
      </w:r>
    </w:p>
    <w:p>
      <w:pPr>
        <w:pStyle w:val="CodeLine"/>
      </w:pPr>
      <w:r>
        <w:t xml:space="preserve">    refreshJobItem,</w:t>
      </w:r>
    </w:p>
    <w:p>
      <w:pPr>
        <w:pStyle w:val="CodeLine"/>
      </w:pPr>
      <w:r>
        <w:t xml:space="preserve">    mutatingId,</w:t>
      </w:r>
    </w:p>
    <w:p>
      <w:pPr>
        <w:pStyle w:val="CodeLine"/>
      </w:pPr>
      <w:r>
        <w:t xml:space="preserve">    loading,</w:t>
      </w:r>
    </w:p>
    <w:p>
      <w:pPr>
        <w:pStyle w:val="CodeLine"/>
      </w:pPr>
      <w:r>
        <w:t xml:space="preserve">    error,</w:t>
      </w:r>
    </w:p>
    <w:p>
      <w:pPr>
        <w:pStyle w:val="CodeLine"/>
      </w:pPr>
      <w:r>
        <w:t xml:space="preserve">    refresh,</w:t>
      </w:r>
    </w:p>
    <w:p>
      <w:pPr>
        <w:pStyle w:val="CodeLine"/>
      </w:pPr>
      <w:r>
        <w:t xml:space="preserve">  } = useJobManagement();</w:t>
      </w:r>
    </w:p>
    <w:p>
      <w:pPr>
        <w:pStyle w:val="CodeLine"/>
      </w:pPr>
      <w:r>
        <w:t xml:space="preserve">  // 弹层内的临时选择（点「确定」后才生效），与 `app/(tabs)/jobs.tsx` 的筛选面板同一套做法</w:t>
      </w:r>
    </w:p>
    <w:p>
      <w:pPr>
        <w:pStyle w:val="CodeLine"/>
      </w:pPr>
      <w:r>
        <w:t xml:space="preserve">  const [filterVisible, setFilterVisible] = useState(false);</w:t>
      </w:r>
    </w:p>
    <w:p>
      <w:pPr>
        <w:pStyle w:val="CodeLine"/>
      </w:pPr>
      <w:r>
        <w:t xml:space="preserve">  const [sortVisible, setSortVisible] = useState(false);</w:t>
      </w:r>
    </w:p>
    <w:p>
      <w:pPr>
        <w:pStyle w:val="CodeLine"/>
      </w:pPr>
      <w:r>
        <w:t xml:space="preserve">  const [draft, setDraft] = useState(filters);</w:t>
      </w:r>
    </w:p>
    <w:p>
      <w:pPr>
        <w:pStyle w:val="CodeLine"/>
      </w:pPr>
      <w:r>
        <w:t xml:space="preserve">  const sortLabel = JOB_MANAGEMENT_SORTS.find((s) =&gt; s.key === sortKey)?.label ?? '最新发布';</w:t>
      </w:r>
    </w:p>
    <w:p>
      <w:pPr>
        <w:pStyle w:val="CodeLine"/>
      </w:pPr>
      <w:r>
        <w:t xml:space="preserve">  const openFilter = () =&gt; {</w:t>
      </w:r>
    </w:p>
    <w:p>
      <w:pPr>
        <w:pStyle w:val="CodeLine"/>
      </w:pPr>
      <w:r>
        <w:t xml:space="preserve">    setDraft(filters);</w:t>
      </w:r>
    </w:p>
    <w:p>
      <w:pPr>
        <w:pStyle w:val="CodeLine"/>
      </w:pPr>
      <w:r>
        <w:t xml:space="preserve">    setFilterVisible(true);</w:t>
      </w:r>
    </w:p>
    <w:p>
      <w:pPr>
        <w:pStyle w:val="CodeLine"/>
      </w:pPr>
      <w:r>
        <w:t xml:space="preserve">  };</w:t>
      </w:r>
    </w:p>
    <w:p>
      <w:pPr>
        <w:pStyle w:val="CodeLine"/>
        <w:pageBreakBefore/>
      </w:pPr>
      <w:r>
        <w:t xml:space="preserve">  /** 切换草稿里的某个筛选值（多选：已在则移除） */</w:t>
      </w:r>
    </w:p>
    <w:p>
      <w:pPr>
        <w:pStyle w:val="CodeLine"/>
      </w:pPr>
      <w:r>
        <w:t xml:space="preserve">  const toggleDraft = (key: 'cities' | 'departments', value: string) =&gt; {</w:t>
      </w:r>
    </w:p>
    <w:p>
      <w:pPr>
        <w:pStyle w:val="CodeLine"/>
      </w:pPr>
      <w:r>
        <w:t xml:space="preserve">    setDraft((prev) =&gt; {</w:t>
      </w:r>
    </w:p>
    <w:p>
      <w:pPr>
        <w:pStyle w:val="CodeLine"/>
      </w:pPr>
      <w:r>
        <w:t xml:space="preserve">      const current = prev[key];</w:t>
      </w:r>
    </w:p>
    <w:p>
      <w:pPr>
        <w:pStyle w:val="CodeLine"/>
      </w:pPr>
      <w:r>
        <w:t xml:space="preserve">      return {</w:t>
      </w:r>
    </w:p>
    <w:p>
      <w:pPr>
        <w:pStyle w:val="CodeLine"/>
      </w:pPr>
      <w:r>
        <w:t xml:space="preserve">        ...prev,</w:t>
      </w:r>
    </w:p>
    <w:p>
      <w:pPr>
        <w:pStyle w:val="CodeLine"/>
      </w:pPr>
      <w:r>
        <w:t xml:space="preserve">        [key]: current.includes(value) ? current.filter((v) =&gt; v !== value) : [...current, value],</w:t>
      </w:r>
    </w:p>
    <w:p>
      <w:pPr>
        <w:pStyle w:val="CodeLine"/>
      </w:pPr>
      <w:r>
        <w:t xml:space="preserve">      };</w:t>
      </w:r>
    </w:p>
    <w:p>
      <w:pPr>
        <w:pStyle w:val="CodeLine"/>
      </w:pPr>
      <w:r>
        <w:t xml:space="preserve">    });</w:t>
      </w:r>
    </w:p>
    <w:p>
      <w:pPr>
        <w:pStyle w:val="CodeLine"/>
      </w:pPr>
      <w:r>
        <w:t xml:space="preserve">  };</w:t>
      </w:r>
    </w:p>
    <w:p>
      <w:pPr>
        <w:pStyle w:val="CodeLine"/>
      </w:pPr>
      <w:r>
        <w:t xml:space="preserve">  /** 下架 / 上架 / 重新上架。下架是破坏性操作，先二次确认。文案按岗位状态由接口层给出 */</w:t>
      </w:r>
    </w:p>
    <w:p>
      <w:pPr>
        <w:pStyle w:val="CodeLine"/>
      </w:pPr>
      <w:r>
        <w:t xml:space="preserve">  const handleToggleStatus = (job: JobManagementJob) =&gt; {</w:t>
      </w:r>
    </w:p>
    <w:p>
      <w:pPr>
        <w:pStyle w:val="CodeLine"/>
      </w:pPr>
      <w:r>
        <w:t xml:space="preserve">    const action = buildJobStatusAction(job);</w:t>
      </w:r>
    </w:p>
    <w:p>
      <w:pPr>
        <w:pStyle w:val="CodeLine"/>
      </w:pPr>
      <w:r>
        <w:t xml:space="preserve">    Alert.alert(action.confirmTitle, action.confirmMessage, [</w:t>
      </w:r>
    </w:p>
    <w:p>
      <w:pPr>
        <w:pStyle w:val="CodeLine"/>
      </w:pPr>
      <w:r>
        <w:t xml:space="preserve">      { text: '取消', style: 'cancel' },</w:t>
      </w:r>
    </w:p>
    <w:p>
      <w:pPr>
        <w:pStyle w:val="CodeLine"/>
      </w:pPr>
      <w:r>
        <w:t xml:space="preserve">      {</w:t>
      </w:r>
    </w:p>
    <w:p>
      <w:pPr>
        <w:pStyle w:val="CodeLine"/>
      </w:pPr>
      <w:r>
        <w:t xml:space="preserve">        text: action.confirmButton,</w:t>
      </w:r>
    </w:p>
    <w:p>
      <w:pPr>
        <w:pStyle w:val="CodeLine"/>
      </w:pPr>
      <w:r>
        <w:t xml:space="preserve">        style: action.destructive ? 'destructive' : 'default',</w:t>
      </w:r>
    </w:p>
    <w:p>
      <w:pPr>
        <w:pStyle w:val="CodeLine"/>
      </w:pPr>
      <w:r>
        <w:t xml:space="preserve">        onPress: async () =&gt; {</w:t>
      </w:r>
    </w:p>
    <w:p>
      <w:pPr>
        <w:pStyle w:val="CodeLine"/>
      </w:pPr>
      <w:r>
        <w:t xml:space="preserve">          try {</w:t>
      </w:r>
    </w:p>
    <w:p>
      <w:pPr>
        <w:pStyle w:val="CodeLine"/>
      </w:pPr>
      <w:r>
        <w:t xml:space="preserve">            await setStatus(job.id, action.nextStatus);</w:t>
      </w:r>
    </w:p>
    <w:p>
      <w:pPr>
        <w:pStyle w:val="CodeLine"/>
      </w:pPr>
      <w:r>
        <w:t xml:space="preserve">          } catch {</w:t>
      </w:r>
    </w:p>
    <w:p>
      <w:pPr>
        <w:pStyle w:val="CodeLine"/>
      </w:pPr>
      <w:r>
        <w:t xml:space="preserve">            // 写入失败要如实告知，不能让用户以为已经生效</w:t>
      </w:r>
    </w:p>
    <w:p>
      <w:pPr>
        <w:pStyle w:val="CodeLine"/>
      </w:pPr>
      <w:r>
        <w:t xml:space="preserve">            Alert.alert('操作失败', '岗位状态未能保存，请稍后重试');</w:t>
      </w:r>
    </w:p>
    <w:p>
      <w:pPr>
        <w:pStyle w:val="CodeLine"/>
      </w:pPr>
      <w:r>
        <w:t xml:space="preserve">          }</w:t>
      </w:r>
    </w:p>
    <w:p>
      <w:pPr>
        <w:pStyle w:val="CodeLine"/>
      </w:pPr>
      <w:r>
        <w:t xml:space="preserve">        },</w:t>
      </w:r>
    </w:p>
    <w:p>
      <w:pPr>
        <w:pStyle w:val="CodeLine"/>
      </w:pPr>
      <w:r>
        <w:t xml:space="preserve">      },</w:t>
      </w:r>
    </w:p>
    <w:p>
      <w:pPr>
        <w:pStyle w:val="CodeLine"/>
      </w:pPr>
      <w:r>
        <w:t xml:space="preserve">    ]);</w:t>
      </w:r>
    </w:p>
    <w:p>
      <w:pPr>
        <w:pStyle w:val="CodeLine"/>
      </w:pPr>
      <w:r>
        <w:t xml:space="preserve">  };</w:t>
      </w:r>
    </w:p>
    <w:p>
      <w:pPr>
        <w:pStyle w:val="CodeLine"/>
      </w:pPr>
      <w:r>
        <w:t xml:space="preserve">  const handleRefreshJob = async (job: JobManagementJob) =&gt; {</w:t>
      </w:r>
    </w:p>
    <w:p>
      <w:pPr>
        <w:pStyle w:val="CodeLine"/>
      </w:pPr>
      <w:r>
        <w:t xml:space="preserve">    try {</w:t>
      </w:r>
    </w:p>
    <w:p>
      <w:pPr>
        <w:pStyle w:val="CodeLine"/>
      </w:pPr>
      <w:r>
        <w:t xml:space="preserve">      await refreshJobItem(job.id);</w:t>
      </w:r>
    </w:p>
    <w:p>
      <w:pPr>
        <w:pStyle w:val="CodeLine"/>
      </w:pPr>
      <w:r>
        <w:t xml:space="preserve">    } catch {</w:t>
      </w:r>
    </w:p>
    <w:p>
      <w:pPr>
        <w:pStyle w:val="CodeLine"/>
      </w:pPr>
      <w:r>
        <w:t xml:space="preserve">      Alert.alert('操作失败', '刷新未能保存，请稍后重试');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};</w:t>
      </w:r>
    </w:p>
    <w:p>
      <w:pPr>
        <w:pStyle w:val="CodeLine"/>
      </w:pPr>
      <w:r>
        <w:t xml:space="preserve">  if (loading) {</w:t>
      </w:r>
    </w:p>
    <w:p>
      <w:pPr>
        <w:pStyle w:val="CodeLine"/>
      </w:pPr>
      <w:r>
        <w:t xml:space="preserve">    return (</w:t>
      </w:r>
    </w:p>
    <w:p>
      <w:pPr>
        <w:pStyle w:val="CodeLine"/>
      </w:pPr>
      <w:r>
        <w:t xml:space="preserve">      &lt;SafeAreaView style={styles.container} edges={['top']}&gt;</w:t>
      </w:r>
    </w:p>
    <w:p>
      <w:pPr>
        <w:pStyle w:val="CodeLine"/>
      </w:pPr>
      <w:r>
        <w:t xml:space="preserve">        &lt;Header companyName={ENTERPRISE_DISPLAY_NAME} onBack={() =&gt; router.back()} /&gt;</w:t>
      </w:r>
    </w:p>
    <w:p>
      <w:pPr>
        <w:pStyle w:val="CodeLine"/>
      </w:pPr>
      <w:r>
        <w:t xml:space="preserve">        &lt;LoadingState /&gt;</w:t>
      </w:r>
    </w:p>
    <w:p>
      <w:pPr>
        <w:pStyle w:val="CodeLine"/>
      </w:pPr>
      <w:r>
        <w:t xml:space="preserve">      &lt;/SafeAreaView&gt;</w:t>
      </w:r>
    </w:p>
    <w:p>
      <w:pPr>
        <w:pStyle w:val="CodeLine"/>
      </w:pPr>
      <w:r>
        <w:t xml:space="preserve">    );</w:t>
      </w:r>
    </w:p>
    <w:p>
      <w:pPr>
        <w:pStyle w:val="CodeLine"/>
      </w:pPr>
      <w:r>
        <w:t xml:space="preserve">  }</w:t>
      </w:r>
    </w:p>
    <w:p>
      <w:pPr>
        <w:pStyle w:val="CodeLine"/>
      </w:pPr>
      <w:r>
        <w:t xml:space="preserve">  if (error || !management) {</w:t>
      </w:r>
    </w:p>
    <w:p>
      <w:pPr>
        <w:pStyle w:val="CodeLine"/>
      </w:pPr>
      <w:r>
        <w:t xml:space="preserve">    return (</w:t>
      </w:r>
    </w:p>
    <w:p>
      <w:pPr>
        <w:pStyle w:val="CodeLine"/>
      </w:pPr>
      <w:r>
        <w:t xml:space="preserve">      &lt;SafeAreaView style={styles.container} edges={['top']}&gt;</w:t>
      </w:r>
    </w:p>
    <w:p>
      <w:pPr>
        <w:pStyle w:val="CodeLine"/>
      </w:pPr>
      <w:r>
        <w:t xml:space="preserve">        &lt;Header companyName={ENTERPRISE_DISPLAY_NAME} onBack={() =&gt; router.back()} /&gt;</w:t>
      </w:r>
    </w:p>
    <w:p>
      <w:pPr>
        <w:pStyle w:val="CodeLine"/>
      </w:pPr>
      <w:r>
        <w:t xml:space="preserve">        &lt;ErrorState onRetry={refresh} /&gt;</w:t>
      </w:r>
    </w:p>
    <w:p>
      <w:pPr>
        <w:pStyle w:val="CodeLine"/>
      </w:pPr>
      <w:r>
        <w:t xml:space="preserve">      &lt;/SafeAreaView&gt;</w:t>
      </w:r>
    </w:p>
    <w:p>
      <w:pPr>
        <w:pStyle w:val="CodeLine"/>
      </w:pPr>
      <w:r>
        <w:t xml:space="preserve">    );</w:t>
      </w:r>
    </w:p>
    <w:p>
      <w:pPr>
        <w:pStyle w:val="CodeLine"/>
      </w:pPr>
      <w:r>
        <w:t xml:space="preserve">  }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&lt;SafeAreaView style={styles.container} edges={['top', 'bottom']}&gt;</w:t>
      </w:r>
    </w:p>
    <w:p>
      <w:pPr>
        <w:pStyle w:val="CodeLine"/>
      </w:pPr>
      <w:r>
        <w:t xml:space="preserve">      &lt;Header companyName={management.companyName} onBack={() =&gt; router.back()} /&gt;</w:t>
      </w:r>
    </w:p>
    <w:p>
      <w:pPr>
        <w:pStyle w:val="CodeLine"/>
      </w:pPr>
      <w:r>
        <w:t xml:space="preserve">      &lt;TabBar tabs={management.tabs} active={activeTab} onChange={setActiveTab} /&gt;</w:t>
      </w:r>
    </w:p>
    <w:p>
      <w:pPr>
        <w:pStyle w:val="CodeLine"/>
      </w:pPr>
      <w:r>
        <w:t xml:space="preserve">      &lt;ScrollView contentContainerStyle={styles.body} showsVerticalScrollIndicator={false}&gt;</w:t>
      </w:r>
    </w:p>
    <w:p>
      <w:pPr>
        <w:pStyle w:val="CodeLine"/>
      </w:pPr>
      <w:r>
        <w:t xml:space="preserve">        {management.hasData ? (</w:t>
      </w:r>
    </w:p>
    <w:p>
      <w:pPr>
        <w:pStyle w:val="CodeLine"/>
      </w:pPr>
      <w:r>
        <w:t xml:space="preserve">          &lt;View&gt;</w:t>
      </w:r>
    </w:p>
    <w:p>
      <w:pPr>
        <w:pStyle w:val="CodeLine"/>
      </w:pPr>
      <w:r>
        <w:t xml:space="preserve">            &lt;StatsOverview stats={management.stats} /&gt;</w:t>
      </w:r>
    </w:p>
    <w:p>
      <w:pPr>
        <w:pStyle w:val="CodeLine"/>
      </w:pPr>
      <w:r>
        <w:t xml:space="preserve">            &lt;SearchFilterBar</w:t>
      </w:r>
    </w:p>
    <w:p>
      <w:pPr>
        <w:pStyle w:val="CodeLine"/>
      </w:pPr>
      <w:r>
        <w:t xml:space="preserve">              keyword={keyword}</w:t>
      </w:r>
    </w:p>
    <w:p>
      <w:pPr>
        <w:pStyle w:val="CodeLine"/>
      </w:pPr>
      <w:r>
        <w:t xml:space="preserve">              onChangeKeyword={setKeyword}</w:t>
      </w:r>
    </w:p>
    <w:p>
      <w:pPr>
        <w:pStyle w:val="CodeLine"/>
      </w:pPr>
      <w:r>
        <w:t xml:space="preserve">              sortLabel={sortLabel}</w:t>
      </w:r>
    </w:p>
    <w:p>
      <w:pPr>
        <w:pStyle w:val="CodeLine"/>
      </w:pPr>
      <w:r>
        <w:t xml:space="preserve">              onOpenSort={() =&gt; setSortVisible(true)}</w:t>
      </w:r>
    </w:p>
    <w:p>
      <w:pPr>
        <w:pStyle w:val="CodeLine"/>
      </w:pPr>
      <w:r>
        <w:t xml:space="preserve">              onOpenFilter={openFilter}</w:t>
      </w:r>
    </w:p>
    <w:p>
      <w:pPr>
        <w:pStyle w:val="CodeLine"/>
      </w:pPr>
      <w:r>
        <w:t xml:space="preserve">              activeFilterCount={activeFilterCount}</w:t>
      </w:r>
    </w:p>
    <w:p>
      <w:pPr>
        <w:pStyle w:val="CodeLine"/>
      </w:pPr>
      <w:r>
        <w:t xml:space="preserve">            /&gt;</w:t>
      </w:r>
    </w:p>
    <w:p>
      <w:pPr>
        <w:pStyle w:val="CodeLine"/>
      </w:pPr>
      <w:r>
        <w:t xml:space="preserve">            {jobs.length &gt; 0 ? (</w:t>
      </w:r>
    </w:p>
    <w:p>
      <w:pPr>
        <w:pStyle w:val="CodeLine"/>
      </w:pPr>
      <w:r>
        <w:t xml:space="preserve">              jobs.map((job) =&gt; (</w:t>
      </w:r>
    </w:p>
    <w:p>
      <w:pPr>
        <w:pStyle w:val="CodeLine"/>
      </w:pPr>
      <w:r>
        <w:t xml:space="preserve">                &lt;JobCard</w:t>
      </w:r>
    </w:p>
    <w:p>
      <w:pPr>
        <w:pStyle w:val="CodeLine"/>
      </w:pPr>
      <w:r>
        <w:t xml:space="preserve">                  key={job.id}</w:t>
      </w:r>
    </w:p>
    <w:p>
      <w:pPr>
        <w:pStyle w:val="CodeLine"/>
        <w:pageBreakBefore/>
      </w:pPr>
      <w:r>
        <w:t xml:space="preserve">                  job={job}</w:t>
      </w:r>
    </w:p>
    <w:p>
      <w:pPr>
        <w:pStyle w:val="CodeLine"/>
      </w:pPr>
      <w:r>
        <w:t xml:space="preserve">                  refreshing={mutatingId === job.id}</w:t>
      </w:r>
    </w:p>
    <w:p>
      <w:pPr>
        <w:pStyle w:val="CodeLine"/>
      </w:pPr>
      <w:r>
        <w:t xml:space="preserve">                  onRefresh={handleRefreshJob}</w:t>
      </w:r>
    </w:p>
    <w:p>
      <w:pPr>
        <w:pStyle w:val="CodeLine"/>
      </w:pPr>
      <w:r>
        <w:t xml:space="preserve">                  onToggleStatus={handleToggleStatus}</w:t>
      </w:r>
    </w:p>
    <w:p>
      <w:pPr>
        <w:pStyle w:val="CodeLine"/>
      </w:pPr>
      <w:r>
        <w:t xml:space="preserve">                /&gt;</w:t>
      </w:r>
    </w:p>
    <w:p>
      <w:pPr>
        <w:pStyle w:val="CodeLine"/>
      </w:pPr>
      <w:r>
        <w:t xml:space="preserve">              ))</w:t>
      </w:r>
    </w:p>
    <w:p>
      <w:pPr>
        <w:pStyle w:val="CodeLine"/>
      </w:pPr>
      <w:r>
        <w:t xml:space="preserve">            ) : (</w:t>
      </w:r>
    </w:p>
    <w:p>
      <w:pPr>
        <w:pStyle w:val="CodeLine"/>
      </w:pPr>
      <w:r>
        <w:t xml:space="preserve">              /* 列表为空有两种原因，说清楚是哪一种，并给出对应的下一步 */</w:t>
      </w:r>
    </w:p>
    <w:p>
      <w:pPr>
        <w:pStyle w:val="CodeLine"/>
      </w:pPr>
      <w:r>
        <w:t xml:space="preserve">              &lt;View style={styles.emptyResult}&gt;</w:t>
      </w:r>
    </w:p>
    <w:p>
      <w:pPr>
        <w:pStyle w:val="CodeLine"/>
      </w:pPr>
      <w:r>
        <w:t xml:space="preserve">                &lt;Ionicons name="search-outline" size={40} color={colors.textHint} /&gt;</w:t>
      </w:r>
    </w:p>
    <w:p>
      <w:pPr>
        <w:pStyle w:val="CodeLine"/>
      </w:pPr>
      <w:r>
        <w:t xml:space="preserve">                &lt;Text style={styles.emptyResultText}&gt;</w:t>
      </w:r>
    </w:p>
    <w:p>
      <w:pPr>
        <w:pStyle w:val="CodeLine"/>
      </w:pPr>
      <w:r>
        <w:t xml:space="preserve">                  {isFiltered ? '没有符合条件的岗位' : '这个分类下还没有岗位'}</w:t>
      </w:r>
    </w:p>
    <w:p>
      <w:pPr>
        <w:pStyle w:val="CodeLine"/>
      </w:pPr>
      <w:r>
        <w:t xml:space="preserve">                &lt;/Text&gt;</w:t>
      </w:r>
    </w:p>
    <w:p>
      <w:pPr>
        <w:pStyle w:val="CodeLine"/>
      </w:pPr>
      <w:r>
        <w:t xml:space="preserve">                {isFiltered &amp;&amp; (</w:t>
      </w:r>
    </w:p>
    <w:p>
      <w:pPr>
        <w:pStyle w:val="CodeLine"/>
      </w:pPr>
      <w:r>
        <w:t xml:space="preserve">                  &lt;Pressable</w:t>
      </w:r>
    </w:p>
    <w:p>
      <w:pPr>
        <w:pStyle w:val="CodeLine"/>
      </w:pPr>
      <w:r>
        <w:t xml:space="preserve">                    style={styles.emptyResultBtn}</w:t>
      </w:r>
    </w:p>
    <w:p>
      <w:pPr>
        <w:pStyle w:val="CodeLine"/>
      </w:pPr>
      <w:r>
        <w:t xml:space="preserve">                    onPress={() =&gt; {</w:t>
      </w:r>
    </w:p>
    <w:p>
      <w:pPr>
        <w:pStyle w:val="CodeLine"/>
      </w:pPr>
      <w:r>
        <w:t xml:space="preserve">                      setKeyword('');</w:t>
      </w:r>
    </w:p>
    <w:p>
      <w:pPr>
        <w:pStyle w:val="CodeLine"/>
      </w:pPr>
      <w:r>
        <w:t xml:space="preserve">                      resetFilters();</w:t>
      </w:r>
    </w:p>
    <w:p>
      <w:pPr>
        <w:pStyle w:val="CodeLine"/>
      </w:pPr>
      <w:r>
        <w:t xml:space="preserve">                    }}</w:t>
      </w:r>
    </w:p>
    <w:p>
      <w:pPr>
        <w:pStyle w:val="CodeLine"/>
      </w:pPr>
      <w:r>
        <w:t xml:space="preserve">                  &gt;</w:t>
      </w:r>
    </w:p>
    <w:p>
      <w:pPr>
        <w:pStyle w:val="CodeLine"/>
      </w:pPr>
      <w:r>
        <w:t xml:space="preserve">                    &lt;Text style={styles.emptyResultBtnText}&gt;清空筛选条件&lt;/Text&gt;</w:t>
      </w:r>
    </w:p>
    <w:p>
      <w:pPr>
        <w:pStyle w:val="CodeLine"/>
      </w:pPr>
      <w:r>
        <w:t xml:space="preserve">                  &lt;/Pressable&gt;</w:t>
      </w:r>
    </w:p>
    <w:p>
      <w:pPr>
        <w:pStyle w:val="CodeLine"/>
      </w:pPr>
      <w:r>
        <w:t xml:space="preserve">                )}</w:t>
      </w:r>
    </w:p>
    <w:p>
      <w:pPr>
        <w:pStyle w:val="CodeLine"/>
      </w:pPr>
      <w:r>
        <w:t xml:space="preserve">              &lt;/View&gt;</w:t>
      </w:r>
    </w:p>
    <w:p>
      <w:pPr>
        <w:pStyle w:val="CodeLine"/>
      </w:pPr>
      <w:r>
        <w:t xml:space="preserve">            )}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 : (</w:t>
      </w:r>
    </w:p>
    <w:p>
      <w:pPr>
        <w:pStyle w:val="CodeLine"/>
      </w:pPr>
      <w:r>
        <w:t xml:space="preserve">          &lt;EmptyState</w:t>
      </w:r>
    </w:p>
    <w:p>
      <w:pPr>
        <w:pStyle w:val="CodeLine"/>
      </w:pPr>
      <w:r>
        <w:t xml:space="preserve">            benefits={management.benefits}</w:t>
      </w:r>
    </w:p>
    <w:p>
      <w:pPr>
        <w:pStyle w:val="CodeLine"/>
      </w:pPr>
      <w:r>
        <w:t xml:space="preserve">            onPublish={() =&gt; router.push('/job-publish')}</w:t>
      </w:r>
    </w:p>
    <w:p>
      <w:pPr>
        <w:pStyle w:val="CodeLine"/>
      </w:pPr>
      <w:r>
        <w:t xml:space="preserve">          /&gt;</w:t>
      </w:r>
    </w:p>
    <w:p>
      <w:pPr>
        <w:pStyle w:val="CodeLine"/>
      </w:pPr>
      <w:r>
        <w:t xml:space="preserve">        )}</w:t>
      </w:r>
    </w:p>
    <w:p>
      <w:pPr>
        <w:pStyle w:val="CodeLine"/>
      </w:pPr>
      <w:r>
        <w:t xml:space="preserve">      &lt;/ScrollView&gt;</w:t>
      </w:r>
    </w:p>
    <w:p>
      <w:pPr>
        <w:pStyle w:val="CodeLine"/>
      </w:pPr>
      <w:r>
        <w:t xml:space="preserve">      {/* 排序弹层 */}</w:t>
      </w:r>
    </w:p>
    <w:p>
      <w:pPr>
        <w:pStyle w:val="CodeLine"/>
      </w:pPr>
      <w:r>
        <w:t xml:space="preserve">      &lt;Sheet</w:t>
      </w:r>
    </w:p>
    <w:p>
      <w:pPr>
        <w:pStyle w:val="CodeLine"/>
      </w:pPr>
      <w:r>
        <w:t xml:space="preserve">        visible={sortVisible}</w:t>
      </w:r>
    </w:p>
    <w:p>
      <w:pPr>
        <w:pStyle w:val="CodeLine"/>
      </w:pPr>
      <w:r>
        <w:t xml:space="preserve">        title="排序方式"</w:t>
      </w:r>
    </w:p>
    <w:p>
      <w:pPr>
        <w:pStyle w:val="CodeLine"/>
      </w:pPr>
      <w:r>
        <w:t xml:space="preserve">        onClose={() =&gt; setSortVisible(false)}</w:t>
      </w:r>
    </w:p>
    <w:p>
      <w:pPr>
        <w:pStyle w:val="CodeLine"/>
      </w:pPr>
      <w:r>
        <w:t xml:space="preserve">      &gt;</w:t>
      </w:r>
    </w:p>
    <w:p>
      <w:pPr>
        <w:pStyle w:val="CodeLine"/>
      </w:pPr>
      <w:r>
        <w:t xml:space="preserve">        {JOB_MANAGEMENT_SORTS.map((option) =&gt; (</w:t>
      </w:r>
    </w:p>
    <w:p>
      <w:pPr>
        <w:pStyle w:val="CodeLine"/>
      </w:pPr>
      <w:r>
        <w:t xml:space="preserve">          &lt;Pressable</w:t>
      </w:r>
    </w:p>
    <w:p>
      <w:pPr>
        <w:pStyle w:val="CodeLine"/>
      </w:pPr>
      <w:r>
        <w:t xml:space="preserve">            key={option.key}</w:t>
      </w:r>
    </w:p>
    <w:p>
      <w:pPr>
        <w:pStyle w:val="CodeLine"/>
      </w:pPr>
      <w:r>
        <w:t xml:space="preserve">            style={styles.sortOption}</w:t>
      </w:r>
    </w:p>
    <w:p>
      <w:pPr>
        <w:pStyle w:val="CodeLine"/>
      </w:pPr>
      <w:r>
        <w:t xml:space="preserve">            onPress={() =&gt; {</w:t>
      </w:r>
    </w:p>
    <w:p>
      <w:pPr>
        <w:pStyle w:val="CodeLine"/>
      </w:pPr>
      <w:r>
        <w:t xml:space="preserve">              setSortKey(option.key);</w:t>
      </w:r>
    </w:p>
    <w:p>
      <w:pPr>
        <w:pStyle w:val="CodeLine"/>
      </w:pPr>
      <w:r>
        <w:t xml:space="preserve">              setSortVisible(false);</w:t>
      </w:r>
    </w:p>
    <w:p>
      <w:pPr>
        <w:pStyle w:val="CodeLine"/>
      </w:pPr>
      <w:r>
        <w:t xml:space="preserve">            }}</w:t>
      </w:r>
    </w:p>
    <w:p>
      <w:pPr>
        <w:pStyle w:val="CodeLine"/>
      </w:pPr>
      <w:r>
        <w:t xml:space="preserve">          &gt;</w:t>
      </w:r>
    </w:p>
    <w:p>
      <w:pPr>
        <w:pStyle w:val="CodeLine"/>
      </w:pPr>
      <w:r>
        <w:t xml:space="preserve">            &lt;Text</w:t>
      </w:r>
    </w:p>
    <w:p>
      <w:pPr>
        <w:pStyle w:val="CodeLine"/>
      </w:pPr>
      <w:r>
        <w:t xml:space="preserve">              style={[styles.sortOptionText, sortKey === option.key &amp;&amp; styles.sortOptionTextActive]}</w:t>
      </w:r>
    </w:p>
    <w:p>
      <w:pPr>
        <w:pStyle w:val="CodeLine"/>
      </w:pPr>
      <w:r>
        <w:t xml:space="preserve">            &gt;</w:t>
      </w:r>
    </w:p>
    <w:p>
      <w:pPr>
        <w:pStyle w:val="CodeLine"/>
      </w:pPr>
      <w:r>
        <w:t xml:space="preserve">              {option.label}</w:t>
      </w:r>
    </w:p>
    <w:p>
      <w:pPr>
        <w:pStyle w:val="CodeLine"/>
      </w:pPr>
      <w:r>
        <w:t xml:space="preserve">            &lt;/Text&gt;</w:t>
      </w:r>
    </w:p>
    <w:p>
      <w:pPr>
        <w:pStyle w:val="CodeLine"/>
      </w:pPr>
      <w:r>
        <w:t xml:space="preserve">            {sortKey === option.key &amp;&amp; (</w:t>
      </w:r>
    </w:p>
    <w:p>
      <w:pPr>
        <w:pStyle w:val="CodeLine"/>
      </w:pPr>
      <w:r>
        <w:t xml:space="preserve">              &lt;Ionicons name="checkmark" size={18} color={colors.primary} /&gt;</w:t>
      </w:r>
    </w:p>
    <w:p>
      <w:pPr>
        <w:pStyle w:val="CodeLine"/>
      </w:pPr>
      <w:r>
        <w:t xml:space="preserve">            )}</w:t>
      </w:r>
    </w:p>
    <w:p>
      <w:pPr>
        <w:pStyle w:val="CodeLine"/>
      </w:pPr>
      <w:r>
        <w:t xml:space="preserve">          &lt;/Pressable&gt;</w:t>
      </w:r>
    </w:p>
    <w:p>
      <w:pPr>
        <w:pStyle w:val="CodeLine"/>
      </w:pPr>
      <w:r>
        <w:t xml:space="preserve">        ))}</w:t>
      </w:r>
    </w:p>
    <w:p>
      <w:pPr>
        <w:pStyle w:val="CodeLine"/>
      </w:pPr>
      <w:r>
        <w:t xml:space="preserve">      &lt;/Sheet&gt;</w:t>
      </w:r>
    </w:p>
    <w:p>
      <w:pPr>
        <w:pStyle w:val="CodeLine"/>
      </w:pPr>
      <w:r>
        <w:t xml:space="preserve">      {/* 筛选弹层。选项来自真实岗位数据，不写死 */}</w:t>
      </w:r>
    </w:p>
    <w:p>
      <w:pPr>
        <w:pStyle w:val="CodeLine"/>
      </w:pPr>
      <w:r>
        <w:t xml:space="preserve">      &lt;Sheet</w:t>
      </w:r>
    </w:p>
    <w:p>
      <w:pPr>
        <w:pStyle w:val="CodeLine"/>
      </w:pPr>
      <w:r>
        <w:t xml:space="preserve">        visible={filterVisible}</w:t>
      </w:r>
    </w:p>
    <w:p>
      <w:pPr>
        <w:pStyle w:val="CodeLine"/>
      </w:pPr>
      <w:r>
        <w:t xml:space="preserve">        title="筛选岗位"</w:t>
      </w:r>
    </w:p>
    <w:p>
      <w:pPr>
        <w:pStyle w:val="CodeLine"/>
      </w:pPr>
      <w:r>
        <w:t xml:space="preserve">        onClose={() =&gt; setFilterVisible(false)}</w:t>
      </w:r>
    </w:p>
    <w:p>
      <w:pPr>
        <w:pStyle w:val="CodeLine"/>
      </w:pPr>
      <w:r>
        <w:t xml:space="preserve">        footer={</w:t>
      </w:r>
    </w:p>
    <w:p>
      <w:pPr>
        <w:pStyle w:val="CodeLine"/>
      </w:pPr>
      <w:r>
        <w:t xml:space="preserve">          &lt;View style={styles.sheetActions}&gt;</w:t>
      </w:r>
    </w:p>
    <w:p>
      <w:pPr>
        <w:pStyle w:val="CodeLine"/>
      </w:pPr>
      <w:r>
        <w:t xml:space="preserve">            &lt;Pressable style={styles.resetBtn} onPress={() =&gt; setDraft({ cities: [], departments: [] })}&gt;</w:t>
      </w:r>
    </w:p>
    <w:p>
      <w:pPr>
        <w:pStyle w:val="CodeLine"/>
      </w:pPr>
      <w:r>
        <w:t xml:space="preserve">              &lt;Text style={styles.resetBtnText}&gt;重置&lt;/Text&gt;</w:t>
      </w:r>
    </w:p>
    <w:p>
      <w:pPr>
        <w:pStyle w:val="CodeLine"/>
      </w:pPr>
      <w:r>
        <w:t xml:space="preserve">            &lt;/Pressable&gt;</w:t>
      </w:r>
    </w:p>
    <w:p>
      <w:pPr>
        <w:pStyle w:val="CodeLine"/>
      </w:pPr>
      <w:r>
        <w:t xml:space="preserve">            &lt;Pressable</w:t>
      </w:r>
    </w:p>
    <w:p>
      <w:pPr>
        <w:pStyle w:val="CodeLine"/>
      </w:pPr>
      <w:r>
        <w:t xml:space="preserve">              style={styles.confirmBtn}</w:t>
      </w:r>
    </w:p>
    <w:p>
      <w:pPr>
        <w:pStyle w:val="CodeLine"/>
        <w:pageBreakBefore/>
      </w:pPr>
      <w:r>
        <w:t xml:space="preserve">              onPress={() =&gt; {</w:t>
      </w:r>
    </w:p>
    <w:p>
      <w:pPr>
        <w:pStyle w:val="CodeLine"/>
      </w:pPr>
      <w:r>
        <w:t xml:space="preserve">                applyFilters(draft);</w:t>
      </w:r>
    </w:p>
    <w:p>
      <w:pPr>
        <w:pStyle w:val="CodeLine"/>
      </w:pPr>
      <w:r>
        <w:t xml:space="preserve">                setFilterVisible(false);</w:t>
      </w:r>
    </w:p>
    <w:p>
      <w:pPr>
        <w:pStyle w:val="CodeLine"/>
      </w:pPr>
      <w:r>
        <w:t xml:space="preserve">              }}</w:t>
      </w:r>
    </w:p>
    <w:p>
      <w:pPr>
        <w:pStyle w:val="CodeLine"/>
      </w:pPr>
      <w:r>
        <w:t xml:space="preserve">            &gt;</w:t>
      </w:r>
    </w:p>
    <w:p>
      <w:pPr>
        <w:pStyle w:val="CodeLine"/>
      </w:pPr>
      <w:r>
        <w:t xml:space="preserve">              &lt;Text style={styles.confirmBtnText}&gt;确定&lt;/Text&gt;</w:t>
      </w:r>
    </w:p>
    <w:p>
      <w:pPr>
        <w:pStyle w:val="CodeLine"/>
      </w:pPr>
      <w:r>
        <w:t xml:space="preserve">            &lt;/Pressable&gt;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&gt;</w:t>
      </w:r>
    </w:p>
    <w:p>
      <w:pPr>
        <w:pStyle w:val="CodeLine"/>
      </w:pPr>
      <w:r>
        <w:t xml:space="preserve">        &lt;FilterGroup</w:t>
      </w:r>
    </w:p>
    <w:p>
      <w:pPr>
        <w:pStyle w:val="CodeLine"/>
      </w:pPr>
      <w:r>
        <w:t xml:space="preserve">          title="工作城市"</w:t>
      </w:r>
    </w:p>
    <w:p>
      <w:pPr>
        <w:pStyle w:val="CodeLine"/>
      </w:pPr>
      <w:r>
        <w:t xml:space="preserve">          options={filterOptions.cities}</w:t>
      </w:r>
    </w:p>
    <w:p>
      <w:pPr>
        <w:pStyle w:val="CodeLine"/>
      </w:pPr>
      <w:r>
        <w:t xml:space="preserve">          selected={draft.cities}</w:t>
      </w:r>
    </w:p>
    <w:p>
      <w:pPr>
        <w:pStyle w:val="CodeLine"/>
      </w:pPr>
      <w:r>
        <w:t xml:space="preserve">          onToggle={(value) =&gt; toggleDraft('cities', value)}</w:t>
      </w:r>
    </w:p>
    <w:p>
      <w:pPr>
        <w:pStyle w:val="CodeLine"/>
      </w:pPr>
      <w:r>
        <w:t xml:space="preserve">          onClear={() =&gt; setDraft((prev) =&gt; ({ ...prev, cities: [] }))}</w:t>
      </w:r>
    </w:p>
    <w:p>
      <w:pPr>
        <w:pStyle w:val="CodeLine"/>
      </w:pPr>
      <w:r>
        <w:t xml:space="preserve">        /&gt;</w:t>
      </w:r>
    </w:p>
    <w:p>
      <w:pPr>
        <w:pStyle w:val="CodeLine"/>
      </w:pPr>
      <w:r>
        <w:t xml:space="preserve">        &lt;FilterGroup</w:t>
      </w:r>
    </w:p>
    <w:p>
      <w:pPr>
        <w:pStyle w:val="CodeLine"/>
      </w:pPr>
      <w:r>
        <w:t xml:space="preserve">          title="所属部门"</w:t>
      </w:r>
    </w:p>
    <w:p>
      <w:pPr>
        <w:pStyle w:val="CodeLine"/>
      </w:pPr>
      <w:r>
        <w:t xml:space="preserve">          options={filterOptions.departments}</w:t>
      </w:r>
    </w:p>
    <w:p>
      <w:pPr>
        <w:pStyle w:val="CodeLine"/>
      </w:pPr>
      <w:r>
        <w:t xml:space="preserve">          selected={draft.departments}</w:t>
      </w:r>
    </w:p>
    <w:p>
      <w:pPr>
        <w:pStyle w:val="CodeLine"/>
      </w:pPr>
      <w:r>
        <w:t xml:space="preserve">          onToggle={(value) =&gt; toggleDraft('departments', value)}</w:t>
      </w:r>
    </w:p>
    <w:p>
      <w:pPr>
        <w:pStyle w:val="CodeLine"/>
      </w:pPr>
      <w:r>
        <w:t xml:space="preserve">          onClear={() =&gt; setDraft((prev) =&gt; ({ ...prev, departments: [] }))}</w:t>
      </w:r>
    </w:p>
    <w:p>
      <w:pPr>
        <w:pStyle w:val="CodeLine"/>
      </w:pPr>
      <w:r>
        <w:t xml:space="preserve">        /&gt;</w:t>
      </w:r>
    </w:p>
    <w:p>
      <w:pPr>
        <w:pStyle w:val="CodeLine"/>
      </w:pPr>
      <w:r>
        <w:t xml:space="preserve">      &lt;/Sheet&gt;</w:t>
      </w:r>
    </w:p>
    <w:p>
      <w:pPr>
        <w:pStyle w:val="CodeLine"/>
      </w:pPr>
      <w:r>
        <w:t xml:space="preserve">    &lt;/SafeAreaView&gt;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const styles = StyleSheet.create({</w:t>
      </w:r>
    </w:p>
    <w:p>
      <w:pPr>
        <w:pStyle w:val="CodeLine"/>
      </w:pPr>
      <w:r>
        <w:t xml:space="preserve">  container: { flex: 1, backgroundColor: colors.pageBg },</w:t>
      </w:r>
    </w:p>
    <w:p>
      <w:pPr>
        <w:pStyle w:val="CodeLine"/>
      </w:pPr>
      <w:r>
        <w:t xml:space="preserve">  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  paddingHorizontal: 12,</w:t>
      </w:r>
    </w:p>
    <w:p>
      <w:pPr>
        <w:pStyle w:val="CodeLine"/>
      </w:pPr>
      <w:r>
        <w:t xml:space="preserve">    paddingVertical: 12,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headerBtn: { width: 40, alignItems: 'center' },</w:t>
      </w:r>
    </w:p>
    <w:p>
      <w:pPr>
        <w:pStyle w:val="CodeLine"/>
      </w:pPr>
      <w:r>
        <w:t xml:space="preserve">  headerCenter: { alignItems: 'center' },</w:t>
      </w:r>
    </w:p>
    <w:p>
      <w:pPr>
        <w:pStyle w:val="CodeLine"/>
      </w:pPr>
      <w:r>
        <w:t xml:space="preserve">  headerCompany: { fontSize: 12, color: colors.textSecondary },</w:t>
      </w:r>
    </w:p>
    <w:p>
      <w:pPr>
        <w:pStyle w:val="CodeLine"/>
      </w:pPr>
      <w:r>
        <w:t xml:space="preserve">  headerTitle: { fontSize: 17, fontWeight: '700', color: colors.textPrimary, marginTop: 2 },</w:t>
      </w:r>
    </w:p>
    <w:p>
      <w:pPr>
        <w:pStyle w:val="CodeLine"/>
      </w:pPr>
      <w:r>
        <w:t xml:space="preserve">  publishBtn: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colors.primaryBtn,</w:t>
      </w:r>
    </w:p>
    <w:p>
      <w:pPr>
        <w:pStyle w:val="CodeLine"/>
      </w:pPr>
      <w:r>
        <w:t xml:space="preserve">    paddingHorizontal: 12,</w:t>
      </w:r>
    </w:p>
    <w:p>
      <w:pPr>
        <w:pStyle w:val="CodeLine"/>
      </w:pPr>
      <w:r>
        <w:t xml:space="preserve">    paddingVertical: 6,</w:t>
      </w:r>
    </w:p>
    <w:p>
      <w:pPr>
        <w:pStyle w:val="CodeLine"/>
      </w:pPr>
      <w:r>
        <w:t xml:space="preserve">    borderRadius: 16,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publishBtnText: {</w:t>
      </w:r>
    </w:p>
    <w:p>
      <w:pPr>
        <w:pStyle w:val="CodeLine"/>
      </w:pPr>
      <w:r>
        <w:t xml:space="preserve">    color: colors.white,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  marginLeft: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tabBar: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borderBottomWidth: 1,</w:t>
      </w:r>
    </w:p>
    <w:p>
      <w:pPr>
        <w:pStyle w:val="CodeLine"/>
      </w:pPr>
      <w:r>
        <w:t xml:space="preserve">    borderBottomColor: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tabItem: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paddingTop: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tabLabel: {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paddingBottom: 8,</w:t>
      </w:r>
    </w:p>
    <w:p>
      <w:pPr>
        <w:pStyle w:val="CodeLine"/>
      </w:pPr>
      <w:r>
        <w:t xml:space="preserve">  },</w:t>
      </w:r>
    </w:p>
    <w:p>
      <w:pPr>
        <w:pStyle w:val="CodeLine"/>
        <w:pageBreakBefore/>
      </w:pPr>
      <w:r>
        <w:t xml:space="preserve">  tabLabelActive: {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tabCount: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colors.textHint,</w:t>
      </w:r>
    </w:p>
    <w:p>
      <w:pPr>
        <w:pStyle w:val="CodeLine"/>
      </w:pPr>
      <w:r>
        <w:t xml:space="preserve">    marginLeft: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tabCountActive: {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tabIndicator: {</w:t>
      </w:r>
    </w:p>
    <w:p>
      <w:pPr>
        <w:pStyle w:val="CodeLine"/>
      </w:pPr>
      <w:r>
        <w:t xml:space="preserve">    height: 2,</w:t>
      </w:r>
    </w:p>
    <w:p>
      <w:pPr>
        <w:pStyle w:val="CodeLine"/>
      </w:pPr>
      <w:r>
        <w:t xml:space="preserve">    width: 24,</w:t>
      </w:r>
    </w:p>
    <w:p>
      <w:pPr>
        <w:pStyle w:val="CodeLine"/>
      </w:pPr>
      <w:r>
        <w:t xml:space="preserve">    borderRadius: 1,</w:t>
      </w:r>
    </w:p>
    <w:p>
      <w:pPr>
        <w:pStyle w:val="CodeLine"/>
      </w:pPr>
      <w:r>
        <w:t xml:space="preserve">    backgroundColor: 'transparent',</w:t>
      </w:r>
    </w:p>
    <w:p>
      <w:pPr>
        <w:pStyle w:val="CodeLine"/>
      </w:pPr>
      <w:r>
        <w:t xml:space="preserve">    marginBottom: -1,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tabIndicatorActive: {</w:t>
      </w:r>
    </w:p>
    <w:p>
      <w:pPr>
        <w:pStyle w:val="CodeLine"/>
      </w:pPr>
      <w:r>
        <w:t xml:space="preserve">    backgroundColor: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body: {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paddingBottom: 24,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center: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gap: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tip: { fontSize: 14, color: colors.textSecondary },</w:t>
      </w:r>
    </w:p>
    <w:p>
      <w:pPr>
        <w:pStyle w:val="CodeLine"/>
      </w:pPr>
      <w:r>
        <w:t xml:space="preserve">  retryBtn: {</w:t>
      </w:r>
    </w:p>
    <w:p>
      <w:pPr>
        <w:pStyle w:val="CodeLine"/>
      </w:pPr>
      <w:r>
        <w:t xml:space="preserve">    marginTop: 8,</w:t>
      </w:r>
    </w:p>
    <w:p>
      <w:pPr>
        <w:pStyle w:val="CodeLine"/>
      </w:pPr>
      <w:r>
        <w:t xml:space="preserve">    paddingHorizontal: 24,</w:t>
      </w:r>
    </w:p>
    <w:p>
      <w:pPr>
        <w:pStyle w:val="CodeLine"/>
      </w:pPr>
      <w:r>
        <w:t xml:space="preserve">    paddingVertical: 8,</w:t>
      </w:r>
    </w:p>
    <w:p>
      <w:pPr>
        <w:pStyle w:val="CodeLine"/>
      </w:pPr>
      <w:r>
        <w:t xml:space="preserve">    borderRadius: 18,</w:t>
      </w:r>
    </w:p>
    <w:p>
      <w:pPr>
        <w:pStyle w:val="CodeLine"/>
      </w:pPr>
      <w:r>
        <w:t xml:space="preserve">    backgroundColor: colors.primaryBtn,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retryText: { color: colors.white, fontSize: 13, fontWeight: '600' },</w:t>
      </w:r>
    </w:p>
    <w:p>
      <w:pPr>
        <w:pStyle w:val="CodeLine"/>
      </w:pPr>
      <w:r>
        <w:t xml:space="preserve">  statsGrid: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flexWrap: 'wrap',</w:t>
      </w:r>
    </w:p>
    <w:p>
      <w:pPr>
        <w:pStyle w:val="CodeLine"/>
      </w:pPr>
      <w:r>
        <w:t xml:space="preserve">    gap: 8,</w:t>
      </w:r>
    </w:p>
    <w:p>
      <w:pPr>
        <w:pStyle w:val="CodeLine"/>
      </w:pPr>
      <w:r>
        <w:t xml:space="preserve">    marginBottom: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statCard: {</w:t>
      </w:r>
    </w:p>
    <w:p>
      <w:pPr>
        <w:pStyle w:val="CodeLine"/>
      </w:pPr>
      <w:r>
        <w:t xml:space="preserve">    width: '48%',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statIconWrap: {</w:t>
      </w:r>
    </w:p>
    <w:p>
      <w:pPr>
        <w:pStyle w:val="CodeLine"/>
      </w:pPr>
      <w:r>
        <w:t xml:space="preserve">    width: 40,</w:t>
      </w:r>
    </w:p>
    <w:p>
      <w:pPr>
        <w:pStyle w:val="CodeLine"/>
      </w:pPr>
      <w:r>
        <w:t xml:space="preserve">    height: 40,</w:t>
      </w:r>
    </w:p>
    <w:p>
      <w:pPr>
        <w:pStyle w:val="CodeLine"/>
      </w:pPr>
      <w:r>
        <w:t xml:space="preserve">    borderRadius: 10,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marginRight: 10,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statBody: { flex: 1 },</w:t>
      </w:r>
    </w:p>
    <w:p>
      <w:pPr>
        <w:pStyle w:val="CodeLine"/>
      </w:pPr>
      <w:r>
        <w:t xml:space="preserve">  statValue: {</w:t>
      </w:r>
    </w:p>
    <w:p>
      <w:pPr>
        <w:pStyle w:val="CodeLine"/>
      </w:pPr>
      <w:r>
        <w:t xml:space="preserve">    fontSize: 18,</w:t>
      </w:r>
    </w:p>
    <w:p>
      <w:pPr>
        <w:pStyle w:val="CodeLine"/>
      </w:pPr>
      <w:r>
        <w:t xml:space="preserve">    fontWeight: '800',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statLabel: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  <w:pageBreakBefore/>
      </w:pPr>
      <w:r>
        <w:t xml:space="preserve">    marginTop: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statChangeWrap: {</w:t>
      </w:r>
    </w:p>
    <w:p>
      <w:pPr>
        <w:pStyle w:val="CodeLine"/>
      </w:pPr>
      <w:r>
        <w:t xml:space="preserve">    alignSelf: 'flex-start',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statChange: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searchBar: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marginBottom: 12,</w:t>
      </w:r>
    </w:p>
    <w:p>
      <w:pPr>
        <w:pStyle w:val="CodeLine"/>
      </w:pPr>
      <w:r>
        <w:t xml:space="preserve">    gap: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searchInputWrap: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paddingHorizontal: 10,</w:t>
      </w:r>
    </w:p>
    <w:p>
      <w:pPr>
        <w:pStyle w:val="CodeLine"/>
      </w:pPr>
      <w:r>
        <w:t xml:space="preserve">    paddingVertical: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searchInput: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marginLeft: 8,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filterBtn: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paddingHorizontal: 10,</w:t>
      </w:r>
    </w:p>
    <w:p>
      <w:pPr>
        <w:pStyle w:val="CodeLine"/>
      </w:pPr>
      <w:r>
        <w:t xml:space="preserve">    paddingVertical: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filterBtnText: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marginLeft: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sortBtn: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paddingHorizontal: 10,</w:t>
      </w:r>
    </w:p>
    <w:p>
      <w:pPr>
        <w:pStyle w:val="CodeLine"/>
      </w:pPr>
      <w:r>
        <w:t xml:space="preserve">    paddingVertical: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sortBtnText: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marginRight: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jobCard: {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jobTitleWrap: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jobTitle: {</w:t>
      </w:r>
    </w:p>
    <w:p>
      <w:pPr>
        <w:pStyle w:val="CodeLine"/>
        <w:pageBreakBefore/>
      </w:pPr>
      <w:r>
        <w:t xml:space="preserve">    fontSize: 16,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activeDot: {</w:t>
      </w:r>
    </w:p>
    <w:p>
      <w:pPr>
        <w:pStyle w:val="CodeLine"/>
      </w:pPr>
      <w:r>
        <w:t xml:space="preserve">    width: 8,</w:t>
      </w:r>
    </w:p>
    <w:p>
      <w:pPr>
        <w:pStyle w:val="CodeLine"/>
      </w:pPr>
      <w:r>
        <w:t xml:space="preserve">    height: 8,</w:t>
      </w:r>
    </w:p>
    <w:p>
      <w:pPr>
        <w:pStyle w:val="CodeLine"/>
      </w:pPr>
      <w:r>
        <w:t xml:space="preserve">    borderRadius: 4,</w:t>
      </w:r>
    </w:p>
    <w:p>
      <w:pPr>
        <w:pStyle w:val="CodeLine"/>
      </w:pPr>
      <w:r>
        <w:t xml:space="preserve">    backgroundColor: colors.success,</w:t>
      </w:r>
    </w:p>
    <w:p>
      <w:pPr>
        <w:pStyle w:val="CodeLine"/>
      </w:pPr>
      <w:r>
        <w:t xml:space="preserve">    marginLeft: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jobSalary: {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colors.action,</w:t>
      </w:r>
    </w:p>
    <w:p>
      <w:pPr>
        <w:pStyle w:val="CodeLine"/>
      </w:pPr>
      <w:r>
        <w:t xml:space="preserve">    marginTop: 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jobMeta: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marginTop: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jobScoreRow: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marginTop: 10,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jobScoreLabel: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jobScoreValue: {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fontWeight: '800',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  marginLeft: 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rankTag: {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paddingHorizontal: 8,</w:t>
      </w:r>
    </w:p>
    <w:p>
      <w:pPr>
        <w:pStyle w:val="CodeLine"/>
      </w:pPr>
      <w:r>
        <w:t xml:space="preserve">    paddingVertical: 2,</w:t>
      </w:r>
    </w:p>
    <w:p>
      <w:pPr>
        <w:pStyle w:val="CodeLine"/>
      </w:pPr>
      <w:r>
        <w:t xml:space="preserve">    marginLeft: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rankTagText: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color: colors.primaryText,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jobTags: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flexWrap: 'wrap',</w:t>
      </w:r>
    </w:p>
    <w:p>
      <w:pPr>
        <w:pStyle w:val="CodeLine"/>
      </w:pPr>
      <w:r>
        <w:t xml:space="preserve">    gap: 8,</w:t>
      </w:r>
    </w:p>
    <w:p>
      <w:pPr>
        <w:pStyle w:val="CodeLine"/>
      </w:pPr>
      <w:r>
        <w:t xml:space="preserve">    marginTop: 10,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jobTag: {</w:t>
      </w:r>
    </w:p>
    <w:p>
      <w:pPr>
        <w:pStyle w:val="CodeLine"/>
      </w:pPr>
      <w:r>
        <w:t xml:space="preserve">    backgroundColor: colors.pageBg,</w:t>
      </w:r>
    </w:p>
    <w:p>
      <w:pPr>
        <w:pStyle w:val="CodeLine"/>
      </w:pPr>
      <w:r>
        <w:t xml:space="preserve">    borderRadius: 6,</w:t>
      </w:r>
    </w:p>
    <w:p>
      <w:pPr>
        <w:pStyle w:val="CodeLine"/>
      </w:pPr>
      <w:r>
        <w:t xml:space="preserve">    paddingHorizontal: 8,</w:t>
      </w:r>
    </w:p>
    <w:p>
      <w:pPr>
        <w:pStyle w:val="CodeLine"/>
      </w:pPr>
      <w:r>
        <w:t xml:space="preserve">    paddingVertical: 3,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jobTagText: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jobStatsRow: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marginTop: 14,</w:t>
      </w:r>
    </w:p>
    <w:p>
      <w:pPr>
        <w:pStyle w:val="CodeLine"/>
      </w:pPr>
      <w:r>
        <w:t xml:space="preserve">    paddingTop: 14,</w:t>
      </w:r>
    </w:p>
    <w:p>
      <w:pPr>
        <w:pStyle w:val="CodeLine"/>
      </w:pPr>
      <w:r>
        <w:t xml:space="preserve">    borderTopWidth: 1,</w:t>
      </w:r>
    </w:p>
    <w:p>
      <w:pPr>
        <w:pStyle w:val="CodeLine"/>
      </w:pPr>
      <w:r>
        <w:t xml:space="preserve">    borderTopColor: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  <w:pageBreakBefore/>
      </w:pPr>
      <w:r>
        <w:t xml:space="preserve">  jobStat: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jobStatValue: {</w:t>
      </w:r>
    </w:p>
    <w:p>
      <w:pPr>
        <w:pStyle w:val="CodeLine"/>
      </w:pPr>
      <w:r>
        <w:t xml:space="preserve">    fontSize: 16,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jobStatLabel: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marginTop: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jobActions: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justifyContent: 'flex-end',</w:t>
      </w:r>
    </w:p>
    <w:p>
      <w:pPr>
        <w:pStyle w:val="CodeLine"/>
      </w:pPr>
      <w:r>
        <w:t xml:space="preserve">    marginTop: 12,</w:t>
      </w:r>
    </w:p>
    <w:p>
      <w:pPr>
        <w:pStyle w:val="CodeLine"/>
      </w:pPr>
      <w:r>
        <w:t xml:space="preserve">    gap: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jobActionBtn: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jobActionBtnDisabled: {</w:t>
      </w:r>
    </w:p>
    <w:p>
      <w:pPr>
        <w:pStyle w:val="CodeLine"/>
      </w:pPr>
      <w:r>
        <w:t xml:space="preserve">    opacity: 0.4,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jobActionText: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  marginLeft: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jobActionTextAction: {</w:t>
      </w:r>
    </w:p>
    <w:p>
      <w:pPr>
        <w:pStyle w:val="CodeLine"/>
      </w:pPr>
      <w:r>
        <w:t xml:space="preserve">    color: colors.action,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jobTimeHint: {</w:t>
      </w:r>
    </w:p>
    <w:p>
      <w:pPr>
        <w:pStyle w:val="CodeLine"/>
      </w:pPr>
      <w:r>
        <w:t xml:space="preserve">    marginTop: 10,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color: colors.textHint,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statusTag: {</w:t>
      </w:r>
    </w:p>
    <w:p>
      <w:pPr>
        <w:pStyle w:val="CodeLine"/>
      </w:pPr>
      <w:r>
        <w:t xml:space="preserve">    backgroundColor: colors.pageBg,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paddingHorizontal: 8,</w:t>
      </w:r>
    </w:p>
    <w:p>
      <w:pPr>
        <w:pStyle w:val="CodeLine"/>
      </w:pPr>
      <w:r>
        <w:t xml:space="preserve">    paddingVertical: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statusTagText: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/* ---- 筛选标记 ---- */</w:t>
      </w:r>
    </w:p>
    <w:p>
      <w:pPr>
        <w:pStyle w:val="CodeLine"/>
      </w:pPr>
      <w:r>
        <w:t xml:space="preserve">  filterBadge: {</w:t>
      </w:r>
    </w:p>
    <w:p>
      <w:pPr>
        <w:pStyle w:val="CodeLine"/>
      </w:pPr>
      <w:r>
        <w:t xml:space="preserve">    minWidth: 16,</w:t>
      </w:r>
    </w:p>
    <w:p>
      <w:pPr>
        <w:pStyle w:val="CodeLine"/>
      </w:pPr>
      <w:r>
        <w:t xml:space="preserve">    height: 16,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backgroundColor: colors.primaryBtn,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paddingHorizontal: 4,</w:t>
      </w:r>
    </w:p>
    <w:p>
      <w:pPr>
        <w:pStyle w:val="CodeLine"/>
      </w:pPr>
      <w:r>
        <w:t xml:space="preserve">    marginLeft: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filterBadgeText: {</w:t>
      </w:r>
    </w:p>
    <w:p>
      <w:pPr>
        <w:pStyle w:val="CodeLine"/>
      </w:pPr>
      <w:r>
        <w:t xml:space="preserve">    fontSize: 10,</w:t>
      </w:r>
    </w:p>
    <w:p>
      <w:pPr>
        <w:pStyle w:val="CodeLine"/>
      </w:pPr>
      <w:r>
        <w:t xml:space="preserve">    color: colors.white,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/* ---- 筛选结果为空 ---- */</w:t>
      </w:r>
    </w:p>
    <w:p>
      <w:pPr>
        <w:pStyle w:val="CodeLine"/>
      </w:pPr>
      <w:r>
        <w:t xml:space="preserve">  emptyResult: {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paddingVertical: 48,</w:t>
      </w:r>
    </w:p>
    <w:p>
      <w:pPr>
        <w:pStyle w:val="CodeLine"/>
      </w:pPr>
      <w:r>
        <w:t xml:space="preserve">    gap: 12,</w:t>
      </w:r>
    </w:p>
    <w:p>
      <w:pPr>
        <w:pStyle w:val="CodeLine"/>
        <w:pageBreakBefore/>
      </w:pPr>
      <w:r>
        <w:t xml:space="preserve">  },</w:t>
      </w:r>
    </w:p>
    <w:p>
      <w:pPr>
        <w:pStyle w:val="CodeLine"/>
      </w:pPr>
      <w:r>
        <w:t xml:space="preserve">  emptyResultText: {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emptyResultBtn: {</w:t>
      </w:r>
    </w:p>
    <w:p>
      <w:pPr>
        <w:pStyle w:val="CodeLine"/>
      </w:pPr>
      <w:r>
        <w:t xml:space="preserve">    marginTop: 4,</w:t>
      </w:r>
    </w:p>
    <w:p>
      <w:pPr>
        <w:pStyle w:val="CodeLine"/>
      </w:pPr>
      <w:r>
        <w:t xml:space="preserve">    paddingHorizontal: 20,</w:t>
      </w:r>
    </w:p>
    <w:p>
      <w:pPr>
        <w:pStyle w:val="CodeLine"/>
      </w:pPr>
      <w:r>
        <w:t xml:space="preserve">    paddingVertical: 8,</w:t>
      </w:r>
    </w:p>
    <w:p>
      <w:pPr>
        <w:pStyle w:val="CodeLine"/>
      </w:pPr>
      <w:r>
        <w:t xml:space="preserve">    borderRadius: 18,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emptyResultBtnText: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  color: colors.primaryText,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/* ---- 底部弹层 ---- */</w:t>
      </w:r>
    </w:p>
    <w:p>
      <w:pPr>
        <w:pStyle w:val="CodeLine"/>
      </w:pPr>
      <w:r>
        <w:t xml:space="preserve">  modalOverlay: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backgroundColor: colors.scrim,</w:t>
      </w:r>
    </w:p>
    <w:p>
      <w:pPr>
        <w:pStyle w:val="CodeLine"/>
      </w:pPr>
      <w:r>
        <w:t xml:space="preserve">    justifyContent: 'flex-end',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sheetPanel: {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borderTopLeftRadius: 16,</w:t>
      </w:r>
    </w:p>
    <w:p>
      <w:pPr>
        <w:pStyle w:val="CodeLine"/>
      </w:pPr>
      <w:r>
        <w:t xml:space="preserve">    borderTopRightRadius: 16,</w:t>
      </w:r>
    </w:p>
    <w:p>
      <w:pPr>
        <w:pStyle w:val="CodeLine"/>
      </w:pPr>
      <w:r>
        <w:t xml:space="preserve">    paddingBottom: 24,</w:t>
      </w:r>
    </w:p>
    <w:p>
      <w:pPr>
        <w:pStyle w:val="CodeLine"/>
      </w:pPr>
      <w:r>
        <w:t xml:space="preserve">    maxHeight: '80%',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sheetHeader: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  paddingHorizontal: 16,</w:t>
      </w:r>
    </w:p>
    <w:p>
      <w:pPr>
        <w:pStyle w:val="CodeLine"/>
      </w:pPr>
      <w:r>
        <w:t xml:space="preserve">    paddingVertical: 14,</w:t>
      </w:r>
    </w:p>
    <w:p>
      <w:pPr>
        <w:pStyle w:val="CodeLine"/>
      </w:pPr>
      <w:r>
        <w:t xml:space="preserve">    borderBottomWidth: 1,</w:t>
      </w:r>
    </w:p>
    <w:p>
      <w:pPr>
        <w:pStyle w:val="CodeLine"/>
      </w:pPr>
      <w:r>
        <w:t xml:space="preserve">    borderBottomColor: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sheetTitle: {</w:t>
      </w:r>
    </w:p>
    <w:p>
      <w:pPr>
        <w:pStyle w:val="CodeLine"/>
      </w:pPr>
      <w:r>
        <w:t xml:space="preserve">    fontSize: 16,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sheetBody: {</w:t>
      </w:r>
    </w:p>
    <w:p>
      <w:pPr>
        <w:pStyle w:val="CodeLine"/>
      </w:pPr>
      <w:r>
        <w:t xml:space="preserve">    paddingHorizontal: 16,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sheetFooter: {</w:t>
      </w:r>
    </w:p>
    <w:p>
      <w:pPr>
        <w:pStyle w:val="CodeLine"/>
      </w:pPr>
      <w:r>
        <w:t xml:space="preserve">    paddingHorizontal: 16,</w:t>
      </w:r>
    </w:p>
    <w:p>
      <w:pPr>
        <w:pStyle w:val="CodeLine"/>
      </w:pPr>
      <w:r>
        <w:t xml:space="preserve">    paddingTop: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sheetActions: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gap: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resetBtn: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paddingVertical: 12,</w:t>
      </w:r>
    </w:p>
    <w:p>
      <w:pPr>
        <w:pStyle w:val="CodeLine"/>
      </w:pPr>
      <w:r>
        <w:t xml:space="preserve">    borderRadius: 22,</w:t>
      </w:r>
    </w:p>
    <w:p>
      <w:pPr>
        <w:pStyle w:val="CodeLine"/>
      </w:pPr>
      <w:r>
        <w:t xml:space="preserve">    borderWidth: 1,</w:t>
      </w:r>
    </w:p>
    <w:p>
      <w:pPr>
        <w:pStyle w:val="CodeLine"/>
      </w:pPr>
      <w:r>
        <w:t xml:space="preserve">    borderColor: colors.border,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resetBtnText: {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confirmBtn: {</w:t>
      </w:r>
    </w:p>
    <w:p>
      <w:pPr>
        <w:pStyle w:val="CodeLine"/>
      </w:pPr>
      <w:r>
        <w:t xml:space="preserve">    flex: 2,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paddingVertical: 12,</w:t>
      </w:r>
    </w:p>
    <w:p>
      <w:pPr>
        <w:pStyle w:val="CodeLine"/>
        <w:pageBreakBefore/>
      </w:pPr>
      <w:r>
        <w:t xml:space="preserve">    borderRadius: 22,</w:t>
      </w:r>
    </w:p>
    <w:p>
      <w:pPr>
        <w:pStyle w:val="CodeLine"/>
      </w:pPr>
      <w:r>
        <w:t xml:space="preserve">    backgroundColor: colors.primaryBtn,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confirmBtnText: {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color: colors.white,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sortOption: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  paddingVertical: 14,</w:t>
      </w:r>
    </w:p>
    <w:p>
      <w:pPr>
        <w:pStyle w:val="CodeLine"/>
      </w:pPr>
      <w:r>
        <w:t xml:space="preserve">    borderBottomWidth: 1,</w:t>
      </w:r>
    </w:p>
    <w:p>
      <w:pPr>
        <w:pStyle w:val="CodeLine"/>
      </w:pPr>
      <w:r>
        <w:t xml:space="preserve">    borderBottomColor: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sortOptionText: {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sortOptionTextActive: {</w:t>
      </w:r>
    </w:p>
    <w:p>
      <w:pPr>
        <w:pStyle w:val="CodeLine"/>
      </w:pPr>
      <w:r>
        <w:t xml:space="preserve">    color: colors.primaryText,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/* ---- 筛选分组 ---- */</w:t>
      </w:r>
    </w:p>
    <w:p>
      <w:pPr>
        <w:pStyle w:val="CodeLine"/>
      </w:pPr>
      <w:r>
        <w:t xml:space="preserve">  filterGroup: {</w:t>
      </w:r>
    </w:p>
    <w:p>
      <w:pPr>
        <w:pStyle w:val="CodeLine"/>
      </w:pPr>
      <w:r>
        <w:t xml:space="preserve">    marginTop: 16,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filterGroupTitle: {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marginBottom: 10,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optionRow: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flexWrap: 'wrap',</w:t>
      </w:r>
    </w:p>
    <w:p>
      <w:pPr>
        <w:pStyle w:val="CodeLine"/>
      </w:pPr>
      <w:r>
        <w:t xml:space="preserve">    gap: 10,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optionChip: {</w:t>
      </w:r>
    </w:p>
    <w:p>
      <w:pPr>
        <w:pStyle w:val="CodeLine"/>
      </w:pPr>
      <w:r>
        <w:t xml:space="preserve">    paddingHorizontal: 14,</w:t>
      </w:r>
    </w:p>
    <w:p>
      <w:pPr>
        <w:pStyle w:val="CodeLine"/>
      </w:pPr>
      <w:r>
        <w:t xml:space="preserve">    paddingVertical: 7,</w:t>
      </w:r>
    </w:p>
    <w:p>
      <w:pPr>
        <w:pStyle w:val="CodeLine"/>
      </w:pPr>
      <w:r>
        <w:t xml:space="preserve">    borderRadius: 16,</w:t>
      </w:r>
    </w:p>
    <w:p>
      <w:pPr>
        <w:pStyle w:val="CodeLine"/>
      </w:pPr>
      <w:r>
        <w:t xml:space="preserve">    backgroundColor: colors.pageBg,</w:t>
      </w:r>
    </w:p>
    <w:p>
      <w:pPr>
        <w:pStyle w:val="CodeLine"/>
      </w:pPr>
      <w:r>
        <w:t xml:space="preserve">    borderWidth: 1,</w:t>
      </w:r>
    </w:p>
    <w:p>
      <w:pPr>
        <w:pStyle w:val="CodeLine"/>
      </w:pPr>
      <w:r>
        <w:t xml:space="preserve">    borderColor: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optionChipActive: {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borderColor: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optionText: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optionTextActive: {</w:t>
      </w:r>
    </w:p>
    <w:p>
      <w:pPr>
        <w:pStyle w:val="CodeLine"/>
      </w:pPr>
      <w:r>
        <w:t xml:space="preserve">    color: colors.primaryText,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emptyCard: {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emptyIconWrap: {</w:t>
      </w:r>
    </w:p>
    <w:p>
      <w:pPr>
        <w:pStyle w:val="CodeLine"/>
      </w:pPr>
      <w:r>
        <w:t xml:space="preserve">    width: 88,</w:t>
      </w:r>
    </w:p>
    <w:p>
      <w:pPr>
        <w:pStyle w:val="CodeLine"/>
      </w:pPr>
      <w:r>
        <w:t xml:space="preserve">    height: 88,</w:t>
      </w:r>
    </w:p>
    <w:p>
      <w:pPr>
        <w:pStyle w:val="CodeLine"/>
      </w:pPr>
      <w:r>
        <w:t xml:space="preserve">    borderRadius: 44,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  <w:pageBreakBefore/>
      </w:pPr>
      <w:r>
        <w:t xml:space="preserve">    marginBottom: 16,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emptyTitle: {</w:t>
      </w:r>
    </w:p>
    <w:p>
      <w:pPr>
        <w:pStyle w:val="CodeLine"/>
      </w:pPr>
      <w:r>
        <w:t xml:space="preserve">    fontSize: 18,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emptySubtitle: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textAlign: 'center',</w:t>
      </w:r>
    </w:p>
    <w:p>
      <w:pPr>
        <w:pStyle w:val="CodeLine"/>
      </w:pPr>
      <w:r>
        <w:t xml:space="preserve">    marginBottom: 20,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emptyBtn: {</w:t>
      </w:r>
    </w:p>
    <w:p>
      <w:pPr>
        <w:pStyle w:val="CodeLine"/>
      </w:pPr>
      <w:r>
        <w:t xml:space="preserve">    backgroundColor: colors.primaryBtn,</w:t>
      </w:r>
    </w:p>
    <w:p>
      <w:pPr>
        <w:pStyle w:val="CodeLine"/>
      </w:pPr>
      <w:r>
        <w:t xml:space="preserve">    paddingHorizontal: 32,</w:t>
      </w:r>
    </w:p>
    <w:p>
      <w:pPr>
        <w:pStyle w:val="CodeLine"/>
      </w:pPr>
      <w:r>
        <w:t xml:space="preserve">    paddingVertical: 12,</w:t>
      </w:r>
    </w:p>
    <w:p>
      <w:pPr>
        <w:pStyle w:val="CodeLine"/>
      </w:pPr>
      <w:r>
        <w:t xml:space="preserve">    borderRadius: 24,</w:t>
      </w:r>
    </w:p>
    <w:p>
      <w:pPr>
        <w:pStyle w:val="CodeLine"/>
      </w:pPr>
      <w:r>
        <w:t xml:space="preserve">    marginBottom: 24,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emptyBtnText: {</w:t>
      </w:r>
    </w:p>
    <w:p>
      <w:pPr>
        <w:pStyle w:val="CodeLine"/>
      </w:pPr>
      <w:r>
        <w:t xml:space="preserve">    color: colors.white,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benefitCard: {</w:t>
      </w:r>
    </w:p>
    <w:p>
      <w:pPr>
        <w:pStyle w:val="CodeLine"/>
      </w:pPr>
      <w:r>
        <w:t xml:space="preserve">    width: '100%',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alignItems: 'flex-start',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benefitTitle: {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colors.primaryText,</w:t>
      </w:r>
    </w:p>
    <w:p>
      <w:pPr>
        <w:pStyle w:val="CodeLine"/>
      </w:pPr>
      <w:r>
        <w:t xml:space="preserve">    marginBottom: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benefitRow: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marginBottom: 10,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benefitText: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marginLeft: 10,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>});</w:t>
      </w:r>
    </w:p>
    <w:p>
      <w:pPr>
        <w:pStyle w:val="CodeLine"/>
      </w:pPr>
      <w:r>
        <w:t>import { Ionicons } from '@expo/vector-icons';</w:t>
      </w:r>
    </w:p>
    <w:p>
      <w:pPr>
        <w:pStyle w:val="CodeLine"/>
      </w:pPr>
      <w:r>
        <w:t>import { useRouter } from 'expo-router';</w:t>
      </w:r>
    </w:p>
    <w:p>
      <w:pPr>
        <w:pStyle w:val="CodeLine"/>
      </w:pPr>
      <w:r>
        <w:t>import { useState } from 'react';</w:t>
      </w:r>
    </w:p>
    <w:p>
      <w:pPr>
        <w:pStyle w:val="CodeLine"/>
      </w:pPr>
      <w:r>
        <w:t>import {</w:t>
      </w:r>
    </w:p>
    <w:p>
      <w:pPr>
        <w:pStyle w:val="CodeLine"/>
      </w:pPr>
      <w:r>
        <w:t xml:space="preserve">  ActivityIndicator,</w:t>
      </w:r>
    </w:p>
    <w:p>
      <w:pPr>
        <w:pStyle w:val="CodeLine"/>
      </w:pPr>
      <w:r>
        <w:t xml:space="preserve">  Pressable,</w:t>
      </w:r>
    </w:p>
    <w:p>
      <w:pPr>
        <w:pStyle w:val="CodeLine"/>
      </w:pPr>
      <w:r>
        <w:t xml:space="preserve">  ScrollView,</w:t>
      </w:r>
    </w:p>
    <w:p>
      <w:pPr>
        <w:pStyle w:val="CodeLine"/>
      </w:pPr>
      <w:r>
        <w:t xml:space="preserve">  StyleSheet,</w:t>
      </w:r>
    </w:p>
    <w:p>
      <w:pPr>
        <w:pStyle w:val="CodeLine"/>
      </w:pPr>
      <w:r>
        <w:t xml:space="preserve">  Text,</w:t>
      </w:r>
    </w:p>
    <w:p>
      <w:pPr>
        <w:pStyle w:val="CodeLine"/>
      </w:pPr>
      <w:r>
        <w:t xml:space="preserve">  TextInput,</w:t>
      </w:r>
    </w:p>
    <w:p>
      <w:pPr>
        <w:pStyle w:val="CodeLine"/>
      </w:pPr>
      <w:r>
        <w:t xml:space="preserve">  View,</w:t>
      </w:r>
    </w:p>
    <w:p>
      <w:pPr>
        <w:pStyle w:val="CodeLine"/>
      </w:pPr>
      <w:r>
        <w:t>} from 'react-native';</w:t>
      </w:r>
    </w:p>
    <w:p>
      <w:pPr>
        <w:pStyle w:val="CodeLine"/>
      </w:pPr>
      <w:r>
        <w:t>import { SafeAreaView } from 'react-native-safe-area-context';</w:t>
      </w:r>
    </w:p>
    <w:p>
      <w:pPr>
        <w:pStyle w:val="CodeLine"/>
      </w:pPr>
      <w:r>
        <w:t>import { useTalentRecommendation } from '../../src/hooks';</w:t>
      </w:r>
    </w:p>
    <w:p>
      <w:pPr>
        <w:pStyle w:val="CodeLine"/>
      </w:pPr>
      <w:r>
        <w:t>import { ENTERPRISE_DISPLAY_NAME } from '../../src/constants';</w:t>
      </w:r>
    </w:p>
    <w:p>
      <w:pPr>
        <w:pStyle w:val="CodeLine"/>
      </w:pPr>
      <w:r>
        <w:t>import { colors } from '../../src/theme';</w:t>
      </w:r>
    </w:p>
    <w:p>
      <w:pPr>
        <w:pStyle w:val="CodeLine"/>
      </w:pPr>
      <w:r>
        <w:t>import type { TalentCandidate, TalentRecommendationTab } from '../../src/types';</w:t>
      </w:r>
    </w:p>
    <w:p>
      <w:pPr>
        <w:pStyle w:val="CodeLine"/>
      </w:pPr>
      <w:r>
        <w:t>/* ===================== 子组件：顶部导航 ===================== */</w:t>
      </w:r>
    </w:p>
    <w:p>
      <w:pPr>
        <w:pStyle w:val="CodeLine"/>
      </w:pPr>
      <w:r>
        <w:t>function Header({</w:t>
      </w:r>
    </w:p>
    <w:p>
      <w:pPr>
        <w:pStyle w:val="CodeLine"/>
      </w:pPr>
      <w:r>
        <w:t xml:space="preserve">  companyName,</w:t>
      </w:r>
    </w:p>
    <w:p>
      <w:pPr>
        <w:pStyle w:val="CodeLine"/>
      </w:pPr>
      <w:r>
        <w:t xml:space="preserve">  onBack,</w:t>
      </w:r>
    </w:p>
    <w:p>
      <w:pPr>
        <w:pStyle w:val="CodeLine"/>
      </w:pPr>
      <w:r>
        <w:t xml:space="preserve">  searching,</w:t>
      </w:r>
    </w:p>
    <w:p>
      <w:pPr>
        <w:pStyle w:val="CodeLine"/>
        <w:pageBreakBefore/>
      </w:pPr>
      <w:r>
        <w:t xml:space="preserve">  onToggleSearch,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companyName: string;</w:t>
      </w:r>
    </w:p>
    <w:p>
      <w:pPr>
        <w:pStyle w:val="CodeLine"/>
      </w:pPr>
      <w:r>
        <w:t xml:space="preserve">  onBack: () =&gt; void;</w:t>
      </w:r>
    </w:p>
    <w:p>
      <w:pPr>
        <w:pStyle w:val="CodeLine"/>
      </w:pPr>
      <w:r>
        <w:t xml:space="preserve">  /** 是否处于搜索态；加载中/加载失败时没有数据可搜，不传即不渲染搜索按钮 */</w:t>
      </w:r>
    </w:p>
    <w:p>
      <w:pPr>
        <w:pStyle w:val="CodeLine"/>
      </w:pPr>
      <w:r>
        <w:t xml:space="preserve">  searching?: boolean;</w:t>
      </w:r>
    </w:p>
    <w:p>
      <w:pPr>
        <w:pStyle w:val="CodeLine"/>
      </w:pPr>
      <w:r>
        <w:t xml:space="preserve">  onToggleSearch?: () =&gt; void;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style={styles.header}&gt;</w:t>
      </w:r>
    </w:p>
    <w:p>
      <w:pPr>
        <w:pStyle w:val="CodeLine"/>
      </w:pPr>
      <w:r>
        <w:t xml:space="preserve">      &lt;Pressable style={styles.headerBtn} onPress={onBack} hitSlop={8}&gt;</w:t>
      </w:r>
    </w:p>
    <w:p>
      <w:pPr>
        <w:pStyle w:val="CodeLine"/>
      </w:pPr>
      <w:r>
        <w:t xml:space="preserve">        &lt;Ionicons name="chevron-back" size={24} color={colors.textPrimary} /&gt;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  &lt;View style={styles.headerCenter}&gt;</w:t>
      </w:r>
    </w:p>
    <w:p>
      <w:pPr>
        <w:pStyle w:val="CodeLine"/>
      </w:pPr>
      <w:r>
        <w:t xml:space="preserve">        &lt;Text style={styles.headerCompany}&gt;{companyName}&lt;/Text&gt;</w:t>
      </w:r>
    </w:p>
    <w:p>
      <w:pPr>
        <w:pStyle w:val="CodeLine"/>
      </w:pPr>
      <w:r>
        <w:t xml:space="preserve">        &lt;Text style={styles.headerTitle}&gt;人才推荐&lt;/Text&gt;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style={styles.headerActions}&gt;</w:t>
      </w:r>
    </w:p>
    <w:p>
      <w:pPr>
        <w:pStyle w:val="CodeLine"/>
      </w:pPr>
      <w:r>
        <w:t xml:space="preserve">        {/* 原先这里是「搜索 + 漏斗」两个图标：漏斗没有对应页面，先摘掉；</w:t>
      </w:r>
    </w:p>
    <w:p>
      <w:pPr>
        <w:pStyle w:val="CodeLine"/>
      </w:pPr>
      <w:r>
        <w:t xml:space="preserve">            搜索改成真的关键词过滤（姓名 / 职位 / 技能 / 学校） */}</w:t>
      </w:r>
    </w:p>
    <w:p>
      <w:pPr>
        <w:pStyle w:val="CodeLine"/>
      </w:pPr>
      <w:r>
        <w:t xml:space="preserve">        {onToggleSearch &amp;&amp; (</w:t>
      </w:r>
    </w:p>
    <w:p>
      <w:pPr>
        <w:pStyle w:val="CodeLine"/>
      </w:pPr>
      <w:r>
        <w:t xml:space="preserve">          &lt;Pressable style={styles.headerActionBtn} onPress={onToggleSearch} hitSlop={6}&gt;</w:t>
      </w:r>
    </w:p>
    <w:p>
      <w:pPr>
        <w:pStyle w:val="CodeLine"/>
      </w:pPr>
      <w:r>
        <w:t xml:space="preserve">            &lt;Ionicons</w:t>
      </w:r>
    </w:p>
    <w:p>
      <w:pPr>
        <w:pStyle w:val="CodeLine"/>
      </w:pPr>
      <w:r>
        <w:t xml:space="preserve">              name={searching ? 'close' : 'search-outline'}</w:t>
      </w:r>
    </w:p>
    <w:p>
      <w:pPr>
        <w:pStyle w:val="CodeLine"/>
      </w:pPr>
      <w:r>
        <w:t xml:space="preserve">              size={22}</w:t>
      </w:r>
    </w:p>
    <w:p>
      <w:pPr>
        <w:pStyle w:val="CodeLine"/>
      </w:pPr>
      <w:r>
        <w:t xml:space="preserve">              color={colors.textPrimary}</w:t>
      </w:r>
    </w:p>
    <w:p>
      <w:pPr>
        <w:pStyle w:val="CodeLine"/>
      </w:pPr>
      <w:r>
        <w:t xml:space="preserve">            /&gt;</w:t>
      </w:r>
    </w:p>
    <w:p>
      <w:pPr>
        <w:pStyle w:val="CodeLine"/>
      </w:pPr>
      <w:r>
        <w:t xml:space="preserve">          &lt;/Pressable&gt;</w:t>
      </w:r>
    </w:p>
    <w:p>
      <w:pPr>
        <w:pStyle w:val="CodeLine"/>
      </w:pPr>
      <w:r>
        <w:t xml:space="preserve">        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子组件：搜索栏 ===================== */</w:t>
      </w:r>
    </w:p>
    <w:p>
      <w:pPr>
        <w:pStyle w:val="CodeLine"/>
      </w:pPr>
      <w:r>
        <w:t>function SearchBar({</w:t>
      </w:r>
    </w:p>
    <w:p>
      <w:pPr>
        <w:pStyle w:val="CodeLine"/>
      </w:pPr>
      <w:r>
        <w:t xml:space="preserve">  value,</w:t>
      </w:r>
    </w:p>
    <w:p>
      <w:pPr>
        <w:pStyle w:val="CodeLine"/>
      </w:pPr>
      <w:r>
        <w:t xml:space="preserve">  onChange,</w:t>
      </w:r>
    </w:p>
    <w:p>
      <w:pPr>
        <w:pStyle w:val="CodeLine"/>
      </w:pPr>
      <w:r>
        <w:t xml:space="preserve">  onClear,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value: string;</w:t>
      </w:r>
    </w:p>
    <w:p>
      <w:pPr>
        <w:pStyle w:val="CodeLine"/>
      </w:pPr>
      <w:r>
        <w:t xml:space="preserve">  onChange: (text: string) =&gt; void;</w:t>
      </w:r>
    </w:p>
    <w:p>
      <w:pPr>
        <w:pStyle w:val="CodeLine"/>
      </w:pPr>
      <w:r>
        <w:t xml:space="preserve">  onClear: () =&gt; void;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style={styles.searchBar}&gt;</w:t>
      </w:r>
    </w:p>
    <w:p>
      <w:pPr>
        <w:pStyle w:val="CodeLine"/>
      </w:pPr>
      <w:r>
        <w:t xml:space="preserve">      &lt;Ionicons name="search-outline" size={18} color={colors.textHint} /&gt;</w:t>
      </w:r>
    </w:p>
    <w:p>
      <w:pPr>
        <w:pStyle w:val="CodeLine"/>
      </w:pPr>
      <w:r>
        <w:t xml:space="preserve">      &lt;TextInput</w:t>
      </w:r>
    </w:p>
    <w:p>
      <w:pPr>
        <w:pStyle w:val="CodeLine"/>
      </w:pPr>
      <w:r>
        <w:t xml:space="preserve">        style={styles.searchInput}</w:t>
      </w:r>
    </w:p>
    <w:p>
      <w:pPr>
        <w:pStyle w:val="CodeLine"/>
      </w:pPr>
      <w:r>
        <w:t xml:space="preserve">        value={value}</w:t>
      </w:r>
    </w:p>
    <w:p>
      <w:pPr>
        <w:pStyle w:val="CodeLine"/>
      </w:pPr>
      <w:r>
        <w:t xml:space="preserve">        onChangeText={onChange}</w:t>
      </w:r>
    </w:p>
    <w:p>
      <w:pPr>
        <w:pStyle w:val="CodeLine"/>
      </w:pPr>
      <w:r>
        <w:t xml:space="preserve">        placeholder="搜索姓名 / 职位 / 技能"</w:t>
      </w:r>
    </w:p>
    <w:p>
      <w:pPr>
        <w:pStyle w:val="CodeLine"/>
      </w:pPr>
      <w:r>
        <w:t xml:space="preserve">        placeholderTextColor={colors.textHint}</w:t>
      </w:r>
    </w:p>
    <w:p>
      <w:pPr>
        <w:pStyle w:val="CodeLine"/>
      </w:pPr>
      <w:r>
        <w:t xml:space="preserve">        autoFocus</w:t>
      </w:r>
    </w:p>
    <w:p>
      <w:pPr>
        <w:pStyle w:val="CodeLine"/>
      </w:pPr>
      <w:r>
        <w:t xml:space="preserve">        returnKeyType="search"</w:t>
      </w:r>
    </w:p>
    <w:p>
      <w:pPr>
        <w:pStyle w:val="CodeLine"/>
      </w:pPr>
      <w:r>
        <w:t xml:space="preserve">      /&gt;</w:t>
      </w:r>
    </w:p>
    <w:p>
      <w:pPr>
        <w:pStyle w:val="CodeLine"/>
      </w:pPr>
      <w:r>
        <w:t xml:space="preserve">      {value !== '' &amp;&amp; (</w:t>
      </w:r>
    </w:p>
    <w:p>
      <w:pPr>
        <w:pStyle w:val="CodeLine"/>
      </w:pPr>
      <w:r>
        <w:t xml:space="preserve">        &lt;Pressable onPress={onClear} hitSlop={8}&gt;</w:t>
      </w:r>
    </w:p>
    <w:p>
      <w:pPr>
        <w:pStyle w:val="CodeLine"/>
      </w:pPr>
      <w:r>
        <w:t xml:space="preserve">          &lt;Ionicons name="close-circle" size={16} color={colors.textHint} /&gt;</w:t>
      </w:r>
    </w:p>
    <w:p>
      <w:pPr>
        <w:pStyle w:val="CodeLine"/>
      </w:pPr>
      <w:r>
        <w:t xml:space="preserve">        &lt;/Pressable&gt;</w:t>
      </w:r>
    </w:p>
    <w:p>
      <w:pPr>
        <w:pStyle w:val="CodeLine"/>
      </w:pPr>
      <w:r>
        <w:t xml:space="preserve">      )}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子组件：Tab 栏 ===================== */</w:t>
      </w:r>
    </w:p>
    <w:p>
      <w:pPr>
        <w:pStyle w:val="CodeLine"/>
      </w:pPr>
      <w:r>
        <w:t>function TabBar({</w:t>
      </w:r>
    </w:p>
    <w:p>
      <w:pPr>
        <w:pStyle w:val="CodeLine"/>
      </w:pPr>
      <w:r>
        <w:t xml:space="preserve">  tabs,</w:t>
      </w:r>
    </w:p>
    <w:p>
      <w:pPr>
        <w:pStyle w:val="CodeLine"/>
      </w:pPr>
      <w:r>
        <w:t xml:space="preserve">  active,</w:t>
      </w:r>
    </w:p>
    <w:p>
      <w:pPr>
        <w:pStyle w:val="CodeLine"/>
      </w:pPr>
      <w:r>
        <w:t xml:space="preserve">  onChange,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tabs: TalentRecommendationTab[];</w:t>
      </w:r>
    </w:p>
    <w:p>
      <w:pPr>
        <w:pStyle w:val="CodeLine"/>
      </w:pPr>
      <w:r>
        <w:t xml:space="preserve">  active: string;</w:t>
      </w:r>
    </w:p>
    <w:p>
      <w:pPr>
        <w:pStyle w:val="CodeLine"/>
      </w:pPr>
      <w:r>
        <w:t xml:space="preserve">  onChange: (key: string) =&gt; void;</w:t>
      </w:r>
    </w:p>
    <w:p>
      <w:pPr>
        <w:pStyle w:val="CodeLine"/>
        <w:pageBreakBefore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style={styles.tabBar}&gt;</w:t>
      </w:r>
    </w:p>
    <w:p>
      <w:pPr>
        <w:pStyle w:val="CodeLine"/>
      </w:pPr>
      <w:r>
        <w:t xml:space="preserve">      {tabs.map((tab) =&gt; {</w:t>
      </w:r>
    </w:p>
    <w:p>
      <w:pPr>
        <w:pStyle w:val="CodeLine"/>
      </w:pPr>
      <w:r>
        <w:t xml:space="preserve">        const isActive = tab.key === active;</w:t>
      </w:r>
    </w:p>
    <w:p>
      <w:pPr>
        <w:pStyle w:val="CodeLine"/>
      </w:pPr>
      <w:r>
        <w:t xml:space="preserve">        return (</w:t>
      </w:r>
    </w:p>
    <w:p>
      <w:pPr>
        <w:pStyle w:val="CodeLine"/>
      </w:pPr>
      <w:r>
        <w:t xml:space="preserve">          &lt;Pressable key={tab.key} style={styles.tabItem} onPress={() =&gt; onChange(tab.key)}&gt;</w:t>
      </w:r>
    </w:p>
    <w:p>
      <w:pPr>
        <w:pStyle w:val="CodeLine"/>
      </w:pPr>
      <w:r>
        <w:t xml:space="preserve">            &lt;Text style={[styles.tabLabel, isActive &amp;&amp; styles.tabLabelActive]}&gt;</w:t>
      </w:r>
    </w:p>
    <w:p>
      <w:pPr>
        <w:pStyle w:val="CodeLine"/>
      </w:pPr>
      <w:r>
        <w:t xml:space="preserve">              {tab.label}</w:t>
      </w:r>
    </w:p>
    <w:p>
      <w:pPr>
        <w:pStyle w:val="CodeLine"/>
      </w:pPr>
      <w:r>
        <w:t xml:space="preserve">              &lt;Text style={[styles.tabCount, isActive &amp;&amp; styles.tabCountActive]}&gt;({tab.count})&lt;/Text&gt;</w:t>
      </w:r>
    </w:p>
    <w:p>
      <w:pPr>
        <w:pStyle w:val="CodeLine"/>
      </w:pPr>
      <w:r>
        <w:t xml:space="preserve">            &lt;/Text&gt;</w:t>
      </w:r>
    </w:p>
    <w:p>
      <w:pPr>
        <w:pStyle w:val="CodeLine"/>
      </w:pPr>
      <w:r>
        <w:t xml:space="preserve">            &lt;View style={[styles.tabIndicator, isActive &amp;&amp; styles.tabIndicatorActive]} /&gt;</w:t>
      </w:r>
    </w:p>
    <w:p>
      <w:pPr>
        <w:pStyle w:val="CodeLine"/>
      </w:pPr>
      <w:r>
        <w:t xml:space="preserve">          &lt;/Pressable&gt;</w:t>
      </w:r>
    </w:p>
    <w:p>
      <w:pPr>
        <w:pStyle w:val="CodeLine"/>
      </w:pPr>
      <w:r>
        <w:t xml:space="preserve">        );</w:t>
      </w:r>
    </w:p>
    <w:p>
      <w:pPr>
        <w:pStyle w:val="CodeLine"/>
      </w:pPr>
      <w:r>
        <w:t xml:space="preserve">      })}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子组件：今日推荐头部 ===================== */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今日推荐头部。</w:t>
      </w:r>
    </w:p>
    <w:p>
      <w:pPr>
        <w:pStyle w:val="CodeLine"/>
      </w:pPr>
      <w:r>
        <w:t xml:space="preserve"> * 原先右上角有「查看人才市场报告」入口，但项目没有该页面 —— 按「不留假交互」的口径摘掉。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function TodayHeader({ count }: { count: number 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style={styles.todayHeader}&gt;</w:t>
      </w:r>
    </w:p>
    <w:p>
      <w:pPr>
        <w:pStyle w:val="CodeLine"/>
      </w:pPr>
      <w:r>
        <w:t xml:space="preserve">      &lt;View&gt;</w:t>
      </w:r>
    </w:p>
    <w:p>
      <w:pPr>
        <w:pStyle w:val="CodeLine"/>
      </w:pPr>
      <w:r>
        <w:t xml:space="preserve">        &lt;Text style={styles.todayTitle}&gt;今日为你推荐&lt;/Text&gt;</w:t>
      </w:r>
    </w:p>
    <w:p>
      <w:pPr>
        <w:pStyle w:val="CodeLine"/>
      </w:pPr>
      <w:r>
        <w:t xml:space="preserve">        &lt;View style={styles.todayCountRow}&gt;</w:t>
      </w:r>
    </w:p>
    <w:p>
      <w:pPr>
        <w:pStyle w:val="CodeLine"/>
      </w:pPr>
      <w:r>
        <w:t xml:space="preserve">          &lt;Text style={styles.todayCount}&gt;{count}&lt;/Text&gt;</w:t>
      </w:r>
    </w:p>
    <w:p>
      <w:pPr>
        <w:pStyle w:val="CodeLine"/>
      </w:pPr>
      <w:r>
        <w:t xml:space="preserve">          &lt;Text style={styles.todayUnit}&gt;位优质候选人&lt;/Text&gt;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子组件：候选人卡片 ===================== */</w:t>
      </w:r>
    </w:p>
    <w:p>
      <w:pPr>
        <w:pStyle w:val="CodeLine"/>
      </w:pPr>
      <w:r>
        <w:t>function CandidateCard({ candidate }: { candidate: TalentCandidate })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style={styles.candidateCard}&gt;</w:t>
      </w:r>
    </w:p>
    <w:p>
      <w:pPr>
        <w:pStyle w:val="CodeLine"/>
      </w:pPr>
      <w:r>
        <w:t xml:space="preserve">      &lt;View style={styles.candidateHeader}&gt;</w:t>
      </w:r>
    </w:p>
    <w:p>
      <w:pPr>
        <w:pStyle w:val="CodeLine"/>
      </w:pPr>
      <w:r>
        <w:t xml:space="preserve">        &lt;View style={styles.avatar}&gt;</w:t>
      </w:r>
    </w:p>
    <w:p>
      <w:pPr>
        <w:pStyle w:val="CodeLine"/>
      </w:pPr>
      <w:r>
        <w:t xml:space="preserve">          &lt;Text style={styles.avatarText}&gt;{candidate.avatar}&lt;/Text&gt;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  &lt;View style={styles.candidateInfo}&gt;</w:t>
      </w:r>
    </w:p>
    <w:p>
      <w:pPr>
        <w:pStyle w:val="CodeLine"/>
      </w:pPr>
      <w:r>
        <w:t xml:space="preserve">          &lt;View style={styles.nameRow}&gt;</w:t>
      </w:r>
    </w:p>
    <w:p>
      <w:pPr>
        <w:pStyle w:val="CodeLine"/>
      </w:pPr>
      <w:r>
        <w:t xml:space="preserve">            &lt;Text style={styles.candidateName}&gt;{candidate.name}&lt;/Text&gt;</w:t>
      </w:r>
    </w:p>
    <w:p>
      <w:pPr>
        <w:pStyle w:val="CodeLine"/>
      </w:pPr>
      <w:r>
        <w:t xml:space="preserve">            &lt;View style={styles.matchTag}&gt;</w:t>
      </w:r>
    </w:p>
    <w:p>
      <w:pPr>
        <w:pStyle w:val="CodeLine"/>
      </w:pPr>
      <w:r>
        <w:t xml:space="preserve">              &lt;Text style={styles.matchTagText}&gt;{candidate.matchPercent}%&lt;/Text&gt;</w:t>
      </w:r>
    </w:p>
    <w:p>
      <w:pPr>
        <w:pStyle w:val="CodeLine"/>
      </w:pPr>
      <w:r>
        <w:t xml:space="preserve">            &lt;/View&gt;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  &lt;Text style={styles.candidateTitle}&gt;{candidate.title}&lt;/Text&gt;</w:t>
      </w:r>
    </w:p>
    <w:p>
      <w:pPr>
        <w:pStyle w:val="CodeLine"/>
      </w:pPr>
      <w:r>
        <w:t xml:space="preserve">          &lt;Text style={styles.candidateMeta}&gt;</w:t>
      </w:r>
    </w:p>
    <w:p>
      <w:pPr>
        <w:pStyle w:val="CodeLine"/>
      </w:pPr>
      <w:r>
        <w:t xml:space="preserve">            {candidate.age}岁 · {candidate.school}</w:t>
      </w:r>
    </w:p>
    <w:p>
      <w:pPr>
        <w:pStyle w:val="CodeLine"/>
      </w:pPr>
      <w:r>
        <w:t xml:space="preserve">          &lt;/Text&gt;</w:t>
      </w:r>
    </w:p>
    <w:p>
      <w:pPr>
        <w:pStyle w:val="CodeLine"/>
      </w:pPr>
      <w:r>
        <w:t xml:space="preserve">          &lt;Text style={styles.candidateSalary}&gt;{candidate.expectedSalary}&lt;/Text&gt;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style={styles.scoreRow}&gt;</w:t>
      </w:r>
    </w:p>
    <w:p>
      <w:pPr>
        <w:pStyle w:val="CodeLine"/>
      </w:pPr>
      <w:r>
        <w:t xml:space="preserve">        &lt;Text style={styles.scoreLabel}&gt;综合评分&lt;/Text&gt;</w:t>
      </w:r>
    </w:p>
    <w:p>
      <w:pPr>
        <w:pStyle w:val="CodeLine"/>
      </w:pPr>
      <w:r>
        <w:t xml:space="preserve">        &lt;Text style={styles.scoreValue}&gt;{candidate.overallScore}&lt;/Text&gt;</w:t>
      </w:r>
    </w:p>
    <w:p>
      <w:pPr>
        <w:pStyle w:val="CodeLine"/>
      </w:pPr>
      <w:r>
        <w:t xml:space="preserve">        &lt;Text style={styles.percentileText}&gt;超越 {candidate.percentile}% 候选人&lt;/Text&gt;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style={styles.tagRow}&gt;</w:t>
      </w:r>
    </w:p>
    <w:p>
      <w:pPr>
        <w:pStyle w:val="CodeLine"/>
      </w:pPr>
      <w:r>
        <w:t xml:space="preserve">        {candidate.tags.map((tag) =&gt; (</w:t>
      </w:r>
    </w:p>
    <w:p>
      <w:pPr>
        <w:pStyle w:val="CodeLine"/>
      </w:pPr>
      <w:r>
        <w:t xml:space="preserve">          &lt;View key={tag} style={styles.tag}&gt;</w:t>
      </w:r>
    </w:p>
    <w:p>
      <w:pPr>
        <w:pStyle w:val="CodeLine"/>
      </w:pPr>
      <w:r>
        <w:t xml:space="preserve">            &lt;Text style={styles.tagText}&gt;{tag}&lt;/Text&gt;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style={styles.candidateActions}&gt;</w:t>
      </w:r>
    </w:p>
    <w:p>
      <w:pPr>
        <w:pStyle w:val="CodeLine"/>
        <w:pageBreakBefore/>
      </w:pPr>
      <w:r>
        <w:t xml:space="preserve">        &lt;Pressable style={styles.chatBtn} onPress={() =&gt; router.navigate('/enterprise-chat')}&gt;</w:t>
      </w:r>
    </w:p>
    <w:p>
      <w:pPr>
        <w:pStyle w:val="CodeLine"/>
      </w:pPr>
      <w:r>
        <w:t xml:space="preserve">          &lt;Text style={styles.chatBtnText}&gt;发起沟通&lt;/Text&gt;</w:t>
      </w:r>
    </w:p>
    <w:p>
      <w:pPr>
        <w:pStyle w:val="CodeLine"/>
      </w:pPr>
      <w:r>
        <w:t xml:space="preserve">        &lt;/Pressable&gt;</w:t>
      </w:r>
    </w:p>
    <w:p>
      <w:pPr>
        <w:pStyle w:val="CodeLine"/>
      </w:pPr>
      <w:r>
        <w:t xml:space="preserve">        &lt;Pressable style={styles.detailBtn} onPress={() =&gt; router.push('/candidate-detail?id=' +</w:t>
      </w:r>
    </w:p>
    <w:p>
      <w:pPr>
        <w:pStyle w:val="CodeLine"/>
      </w:pPr>
      <w:r>
        <w:t>candidate.id)}&gt;</w:t>
      </w:r>
    </w:p>
    <w:p>
      <w:pPr>
        <w:pStyle w:val="CodeLine"/>
      </w:pPr>
      <w:r>
        <w:t xml:space="preserve">          &lt;Text style={styles.detailBtnText}&gt;查看详情&lt;/Text&gt;</w:t>
      </w:r>
    </w:p>
    <w:p>
      <w:pPr>
        <w:pStyle w:val="CodeLine"/>
      </w:pPr>
      <w:r>
        <w:t xml:space="preserve">        &lt;/Pressable&gt;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子组件：人才池数据 ===================== */</w:t>
      </w:r>
    </w:p>
    <w:p>
      <w:pPr>
        <w:pStyle w:val="CodeLine"/>
      </w:pPr>
      <w:r>
        <w:t>function TalentPool({ stats, actions, onPressAction }: { stats: { id: string; value: string; label: string</w:t>
      </w:r>
    </w:p>
    <w:p>
      <w:pPr>
        <w:pStyle w:val="CodeLine"/>
      </w:pPr>
      <w:r>
        <w:t>}[]; actions: PoolActionItem[]; onPressAction: (action: PoolActionItem) =&gt; void })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style={styles.poolCard}&gt;</w:t>
      </w:r>
    </w:p>
    <w:p>
      <w:pPr>
        <w:pStyle w:val="CodeLine"/>
      </w:pPr>
      <w:r>
        <w:t xml:space="preserve">      &lt;Text style={styles.poolTitle}&gt;人才池数据&lt;/Text&gt;</w:t>
      </w:r>
    </w:p>
    <w:p>
      <w:pPr>
        <w:pStyle w:val="CodeLine"/>
      </w:pPr>
      <w:r>
        <w:t xml:space="preserve">      &lt;View style={styles.poolStatsRow}&gt;</w:t>
      </w:r>
    </w:p>
    <w:p>
      <w:pPr>
        <w:pStyle w:val="CodeLine"/>
      </w:pPr>
      <w:r>
        <w:t xml:space="preserve">        {stats.map((stat) =&gt; (</w:t>
      </w:r>
    </w:p>
    <w:p>
      <w:pPr>
        <w:pStyle w:val="CodeLine"/>
      </w:pPr>
      <w:r>
        <w:t xml:space="preserve">          &lt;View key={stat.id} style={styles.poolStat}&gt;</w:t>
      </w:r>
    </w:p>
    <w:p>
      <w:pPr>
        <w:pStyle w:val="CodeLine"/>
      </w:pPr>
      <w:r>
        <w:t xml:space="preserve">            &lt;Text style={styles.poolStatValue}&gt;{stat.value}&lt;/Text&gt;</w:t>
      </w:r>
    </w:p>
    <w:p>
      <w:pPr>
        <w:pStyle w:val="CodeLine"/>
      </w:pPr>
      <w:r>
        <w:t xml:space="preserve">            &lt;Text style={styles.poolStatLabel}&gt;{stat.label}&lt;/Text&gt;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style={styles.poolActions}&gt;</w:t>
      </w:r>
    </w:p>
    <w:p>
      <w:pPr>
        <w:pStyle w:val="CodeLine"/>
      </w:pPr>
      <w:r>
        <w:t xml:space="preserve">        {actions.map((action) =&gt; (</w:t>
      </w:r>
    </w:p>
    <w:p>
      <w:pPr>
        <w:pStyle w:val="CodeLine"/>
      </w:pPr>
      <w:r>
        <w:t xml:space="preserve">          &lt;Pressable key={action.label} style={styles.poolAction} onPress={() =&gt; onPressAction(action)}&gt;</w:t>
      </w:r>
    </w:p>
    <w:p>
      <w:pPr>
        <w:pStyle w:val="CodeLine"/>
      </w:pPr>
      <w:r>
        <w:t xml:space="preserve">            &lt;Ionicons name={action.icon as keyof typeof Ionicons.glyphMap} size={20}</w:t>
      </w:r>
    </w:p>
    <w:p>
      <w:pPr>
        <w:pStyle w:val="CodeLine"/>
      </w:pPr>
      <w:r>
        <w:t>color={colors.textSecondary}</w:t>
      </w:r>
    </w:p>
    <w:p>
      <w:pPr>
        <w:pStyle w:val="CodeLine"/>
      </w:pPr>
      <w:r>
        <w:t>/&gt;</w:t>
      </w:r>
    </w:p>
    <w:p>
      <w:pPr>
        <w:pStyle w:val="CodeLine"/>
      </w:pPr>
      <w:r>
        <w:t xml:space="preserve">            &lt;Text style={styles.poolActionText}&gt;{action.label}&lt;/Text&gt;</w:t>
      </w:r>
    </w:p>
    <w:p>
      <w:pPr>
        <w:pStyle w:val="CodeLine"/>
      </w:pPr>
      <w:r>
        <w:t xml:space="preserve">          &lt;/Pressable&gt;</w:t>
      </w:r>
    </w:p>
    <w:p>
      <w:pPr>
        <w:pStyle w:val="CodeLine"/>
      </w:pPr>
      <w:r>
        <w:t xml:space="preserve">        ))}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子组件：空状态 ===================== */</w:t>
      </w:r>
    </w:p>
    <w:p>
      <w:pPr>
        <w:pStyle w:val="CodeLine"/>
      </w:pPr>
      <w:r>
        <w:t>function EmptyState({</w:t>
      </w:r>
    </w:p>
    <w:p>
      <w:pPr>
        <w:pStyle w:val="CodeLine"/>
      </w:pPr>
      <w:r>
        <w:t xml:space="preserve">  actions,</w:t>
      </w:r>
    </w:p>
    <w:p>
      <w:pPr>
        <w:pStyle w:val="CodeLine"/>
      </w:pPr>
      <w:r>
        <w:t xml:space="preserve">  dataReference,</w:t>
      </w:r>
    </w:p>
    <w:p>
      <w:pPr>
        <w:pStyle w:val="CodeLine"/>
      </w:pPr>
      <w:r>
        <w:t xml:space="preserve">  onFilter,</w:t>
      </w:r>
    </w:p>
    <w:p>
      <w:pPr>
        <w:pStyle w:val="CodeLine"/>
      </w:pPr>
      <w:r>
        <w:t>}: {</w:t>
      </w:r>
    </w:p>
    <w:p>
      <w:pPr>
        <w:pStyle w:val="CodeLine"/>
      </w:pPr>
      <w:r>
        <w:t xml:space="preserve">  actions: string[];</w:t>
      </w:r>
    </w:p>
    <w:p>
      <w:pPr>
        <w:pStyle w:val="CodeLine"/>
      </w:pPr>
      <w:r>
        <w:t xml:space="preserve">  dataReference: { label: string; value: string }[];</w:t>
      </w:r>
    </w:p>
    <w:p>
      <w:pPr>
        <w:pStyle w:val="CodeLine"/>
      </w:pPr>
      <w:r>
        <w:t xml:space="preserve">  onFilter: () =&gt; void;</w:t>
      </w:r>
    </w:p>
    <w:p>
      <w:pPr>
        <w:pStyle w:val="CodeLine"/>
      </w:pPr>
      <w:r>
        <w:t>}) {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&lt;View style={styles.emptyCard}&gt;</w:t>
      </w:r>
    </w:p>
    <w:p>
      <w:pPr>
        <w:pStyle w:val="CodeLine"/>
      </w:pPr>
      <w:r>
        <w:t xml:space="preserve">      &lt;View style={styles.emptyIconWrap}&gt;</w:t>
      </w:r>
    </w:p>
    <w:p>
      <w:pPr>
        <w:pStyle w:val="CodeLine"/>
      </w:pPr>
      <w:r>
        <w:t xml:space="preserve">        &lt;Ionicons name="people-outline" size={48} color={colors.primary} /&gt;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&lt;Text style={styles.emptyTitle}&gt;暂无匹配候选人&lt;/Text&gt;</w:t>
      </w:r>
    </w:p>
    <w:p>
      <w:pPr>
        <w:pStyle w:val="CodeLine"/>
      </w:pPr>
      <w:r>
        <w:t xml:space="preserve">      &lt;Text style={styles.emptySubtitle}&gt;当前筛选条件下没有较适合的候选人，试试调整筛选条件&lt;/Text&gt;</w:t>
      </w:r>
    </w:p>
    <w:p>
      <w:pPr>
        <w:pStyle w:val="CodeLine"/>
      </w:pPr>
      <w:r>
        <w:t xml:space="preserve">      &lt;Pressable style={styles.emptyBtn} onPress={onFilter} hitSlop={6}&gt;</w:t>
      </w:r>
    </w:p>
    <w:p>
      <w:pPr>
        <w:pStyle w:val="CodeLine"/>
      </w:pPr>
      <w:r>
        <w:t xml:space="preserve">        &lt;Text style={styles.emptyBtnText}&gt;调整筛选条件&lt;/Text&gt;</w:t>
      </w:r>
    </w:p>
    <w:p>
      <w:pPr>
        <w:pStyle w:val="CodeLine"/>
      </w:pPr>
      <w:r>
        <w:t xml:space="preserve">      &lt;/Pressable&gt;</w:t>
      </w:r>
    </w:p>
    <w:p>
      <w:pPr>
        <w:pStyle w:val="CodeLine"/>
      </w:pPr>
      <w:r>
        <w:t xml:space="preserve">      &lt;View style={styles.actionCard}&gt;</w:t>
      </w:r>
    </w:p>
    <w:p>
      <w:pPr>
        <w:pStyle w:val="CodeLine"/>
      </w:pPr>
      <w:r>
        <w:t xml:space="preserve">        &lt;View style={styles.actionHeader}&gt;</w:t>
      </w:r>
    </w:p>
    <w:p>
      <w:pPr>
        <w:pStyle w:val="CodeLine"/>
      </w:pPr>
      <w:r>
        <w:t xml:space="preserve">          &lt;Ionicons name="bulb-outline" size={18} color={colors.compareOrange} /&gt;</w:t>
      </w:r>
    </w:p>
    <w:p>
      <w:pPr>
        <w:pStyle w:val="CodeLine"/>
      </w:pPr>
      <w:r>
        <w:t xml:space="preserve">          &lt;Text style={styles.actionTitle}&gt;推荐操作&lt;/Text&gt;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  {actions.map((action, index) =&gt; (</w:t>
      </w:r>
    </w:p>
    <w:p>
      <w:pPr>
        <w:pStyle w:val="CodeLine"/>
      </w:pPr>
      <w:r>
        <w:t xml:space="preserve">          &lt;View key={index} style={styles.actionRow}&gt;</w:t>
      </w:r>
    </w:p>
    <w:p>
      <w:pPr>
        <w:pStyle w:val="CodeLine"/>
      </w:pPr>
      <w:r>
        <w:t xml:space="preserve">            &lt;View style={styles.actionDot} /&gt;</w:t>
      </w:r>
    </w:p>
    <w:p>
      <w:pPr>
        <w:pStyle w:val="CodeLine"/>
      </w:pPr>
      <w:r>
        <w:t xml:space="preserve">            &lt;Text style={styles.actionText}&gt;{action}&lt;/Text&gt;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  &lt;View style={styles.dataCard}&gt;</w:t>
      </w:r>
    </w:p>
    <w:p>
      <w:pPr>
        <w:pStyle w:val="CodeLine"/>
        <w:pageBreakBefore/>
      </w:pPr>
      <w:r>
        <w:t xml:space="preserve">        &lt;Text style={styles.dataTitle}&gt;数据参考&lt;/Text&gt;</w:t>
      </w:r>
    </w:p>
    <w:p>
      <w:pPr>
        <w:pStyle w:val="CodeLine"/>
      </w:pPr>
      <w:r>
        <w:t xml:space="preserve">        {dataReference.map((item, index) =&gt; (</w:t>
      </w:r>
    </w:p>
    <w:p>
      <w:pPr>
        <w:pStyle w:val="CodeLine"/>
      </w:pPr>
      <w:r>
        <w:t xml:space="preserve">          &lt;View key={index} style={styles.dataRow}&gt;</w:t>
      </w:r>
    </w:p>
    <w:p>
      <w:pPr>
        <w:pStyle w:val="CodeLine"/>
      </w:pPr>
      <w:r>
        <w:t xml:space="preserve">            &lt;Ionicons name="trending-up-outline" size={16} color={colors.success} /&gt;</w:t>
      </w:r>
    </w:p>
    <w:p>
      <w:pPr>
        <w:pStyle w:val="CodeLine"/>
      </w:pPr>
      <w:r>
        <w:t xml:space="preserve">            &lt;Text style={styles.dataText}&gt;</w:t>
      </w:r>
    </w:p>
    <w:p>
      <w:pPr>
        <w:pStyle w:val="CodeLine"/>
      </w:pPr>
      <w:r>
        <w:t xml:space="preserve">              {item.label}</w:t>
      </w:r>
    </w:p>
    <w:p>
      <w:pPr>
        <w:pStyle w:val="CodeLine"/>
      </w:pPr>
      <w:r>
        <w:t xml:space="preserve">              &lt;Text style={styles.dataValue}&gt; {item.value}&lt;/Text&gt;</w:t>
      </w:r>
    </w:p>
    <w:p>
      <w:pPr>
        <w:pStyle w:val="CodeLine"/>
      </w:pPr>
      <w:r>
        <w:t xml:space="preserve">            &lt;/Text&gt;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))}</w:t>
      </w:r>
    </w:p>
    <w:p>
      <w:pPr>
        <w:pStyle w:val="CodeLine"/>
      </w:pPr>
      <w:r>
        <w:t xml:space="preserve">      &lt;/View&gt;</w:t>
      </w:r>
    </w:p>
    <w:p>
      <w:pPr>
        <w:pStyle w:val="CodeLine"/>
      </w:pPr>
      <w:r>
        <w:t xml:space="preserve">    &lt;/View&gt;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/* ===================== 页面 ===================== */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人才池快捷操作项。`route` 必填 —— 每个入口都必须有落点，</w:t>
      </w:r>
    </w:p>
    <w:p>
      <w:pPr>
        <w:pStyle w:val="CodeLine"/>
      </w:pPr>
      <w:r>
        <w:t xml:space="preserve"> * 批量发邀请 / 批量发Offer / 群发通知三项因项目内没有对应页面，已摘掉。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type PoolActionItem = { icon: string; label: string; route: string };</w:t>
      </w:r>
    </w:p>
    <w:p>
      <w:pPr>
        <w:pStyle w:val="CodeLine"/>
      </w:pPr>
      <w:r>
        <w:t>const POOL_ACTIONS: PoolActionItem[] = [</w:t>
      </w:r>
    </w:p>
    <w:p>
      <w:pPr>
        <w:pStyle w:val="CodeLine"/>
      </w:pPr>
      <w:r>
        <w:t xml:space="preserve">  { icon: 'calendar-outline', label: '面试评分', route: '/interview-score' },</w:t>
      </w:r>
    </w:p>
    <w:p>
      <w:pPr>
        <w:pStyle w:val="CodeLine"/>
      </w:pPr>
      <w:r>
        <w:t>];</w:t>
      </w:r>
    </w:p>
    <w:p>
      <w:pPr>
        <w:pStyle w:val="CodeLine"/>
      </w:pPr>
      <w:r>
        <w:t>export default function TalentRecommendationScreen() {</w:t>
      </w:r>
    </w:p>
    <w:p>
      <w:pPr>
        <w:pStyle w:val="CodeLine"/>
      </w:pPr>
      <w:r>
        <w:t xml:space="preserve">  const router = useRouter();</w:t>
      </w:r>
    </w:p>
    <w:p>
      <w:pPr>
        <w:pStyle w:val="CodeLine"/>
      </w:pPr>
      <w:r>
        <w:t xml:space="preserve">  const {</w:t>
      </w:r>
    </w:p>
    <w:p>
      <w:pPr>
        <w:pStyle w:val="CodeLine"/>
      </w:pPr>
      <w:r>
        <w:t xml:space="preserve">    recommendation,</w:t>
      </w:r>
    </w:p>
    <w:p>
      <w:pPr>
        <w:pStyle w:val="CodeLine"/>
      </w:pPr>
      <w:r>
        <w:t xml:space="preserve">    activeTab,</w:t>
      </w:r>
    </w:p>
    <w:p>
      <w:pPr>
        <w:pStyle w:val="CodeLine"/>
      </w:pPr>
      <w:r>
        <w:t xml:space="preserve">    setActiveTab,</w:t>
      </w:r>
    </w:p>
    <w:p>
      <w:pPr>
        <w:pStyle w:val="CodeLine"/>
      </w:pPr>
      <w:r>
        <w:t xml:space="preserve">    keyword,</w:t>
      </w:r>
    </w:p>
    <w:p>
      <w:pPr>
        <w:pStyle w:val="CodeLine"/>
      </w:pPr>
      <w:r>
        <w:t xml:space="preserve">    setKeyword,</w:t>
      </w:r>
    </w:p>
    <w:p>
      <w:pPr>
        <w:pStyle w:val="CodeLine"/>
      </w:pPr>
      <w:r>
        <w:t xml:space="preserve">    candidates,</w:t>
      </w:r>
    </w:p>
    <w:p>
      <w:pPr>
        <w:pStyle w:val="CodeLine"/>
      </w:pPr>
      <w:r>
        <w:t xml:space="preserve">    isEmptySearch,</w:t>
      </w:r>
    </w:p>
    <w:p>
      <w:pPr>
        <w:pStyle w:val="CodeLine"/>
      </w:pPr>
      <w:r>
        <w:t xml:space="preserve">    loading,</w:t>
      </w:r>
    </w:p>
    <w:p>
      <w:pPr>
        <w:pStyle w:val="CodeLine"/>
      </w:pPr>
      <w:r>
        <w:t xml:space="preserve">    error,</w:t>
      </w:r>
    </w:p>
    <w:p>
      <w:pPr>
        <w:pStyle w:val="CodeLine"/>
      </w:pPr>
      <w:r>
        <w:t xml:space="preserve">    refresh,</w:t>
      </w:r>
    </w:p>
    <w:p>
      <w:pPr>
        <w:pStyle w:val="CodeLine"/>
      </w:pPr>
      <w:r>
        <w:t xml:space="preserve">  } = useTalentRecommendation();</w:t>
      </w:r>
    </w:p>
    <w:p>
      <w:pPr>
        <w:pStyle w:val="CodeLine"/>
      </w:pPr>
      <w:r>
        <w:t xml:space="preserve">  const [searching, setSearching] = useState(false);</w:t>
      </w:r>
    </w:p>
    <w:p>
      <w:pPr>
        <w:pStyle w:val="CodeLine"/>
      </w:pPr>
      <w:r>
        <w:t xml:space="preserve">  const toggleSearch = () =&gt; {</w:t>
      </w:r>
    </w:p>
    <w:p>
      <w:pPr>
        <w:pStyle w:val="CodeLine"/>
      </w:pPr>
      <w:r>
        <w:t xml:space="preserve">    if (searching) setKeyword('');</w:t>
      </w:r>
    </w:p>
    <w:p>
      <w:pPr>
        <w:pStyle w:val="CodeLine"/>
      </w:pPr>
      <w:r>
        <w:t xml:space="preserve">    setSearching((prev) =&gt; !prev);</w:t>
      </w:r>
    </w:p>
    <w:p>
      <w:pPr>
        <w:pStyle w:val="CodeLine"/>
      </w:pPr>
      <w:r>
        <w:t xml:space="preserve">  };</w:t>
      </w:r>
    </w:p>
    <w:p>
      <w:pPr>
        <w:pStyle w:val="CodeLine"/>
      </w:pPr>
      <w:r>
        <w:t xml:space="preserve">  /** 人才池快捷操作：每个入口都由数据保证有落点，页面不再需要「没页面就弹提示」的分支 */</w:t>
      </w:r>
    </w:p>
    <w:p>
      <w:pPr>
        <w:pStyle w:val="CodeLine"/>
      </w:pPr>
      <w:r>
        <w:t xml:space="preserve">  const handlePoolAction = (action: PoolActionItem) =&gt; {</w:t>
      </w:r>
    </w:p>
    <w:p>
      <w:pPr>
        <w:pStyle w:val="CodeLine"/>
      </w:pPr>
      <w:r>
        <w:t xml:space="preserve">    router.push(action.route);</w:t>
      </w:r>
    </w:p>
    <w:p>
      <w:pPr>
        <w:pStyle w:val="CodeLine"/>
      </w:pPr>
      <w:r>
        <w:t xml:space="preserve">  };</w:t>
      </w:r>
    </w:p>
    <w:p>
      <w:pPr>
        <w:pStyle w:val="CodeLine"/>
      </w:pPr>
      <w:r>
        <w:t xml:space="preserve">  /** 空状态里的「调整筛选条件」：把筛选真正复位（切回全部 + 清关键词） */</w:t>
      </w:r>
    </w:p>
    <w:p>
      <w:pPr>
        <w:pStyle w:val="CodeLine"/>
      </w:pPr>
      <w:r>
        <w:t xml:space="preserve">  const handleFilter = () =&gt; {</w:t>
      </w:r>
    </w:p>
    <w:p>
      <w:pPr>
        <w:pStyle w:val="CodeLine"/>
      </w:pPr>
      <w:r>
        <w:t xml:space="preserve">    setActiveTab('all');</w:t>
      </w:r>
    </w:p>
    <w:p>
      <w:pPr>
        <w:pStyle w:val="CodeLine"/>
      </w:pPr>
      <w:r>
        <w:t xml:space="preserve">    setKeyword('');</w:t>
      </w:r>
    </w:p>
    <w:p>
      <w:pPr>
        <w:pStyle w:val="CodeLine"/>
      </w:pPr>
      <w:r>
        <w:t xml:space="preserve">  };</w:t>
      </w:r>
    </w:p>
    <w:p>
      <w:pPr>
        <w:pStyle w:val="CodeLine"/>
      </w:pPr>
      <w:r>
        <w:t xml:space="preserve">  if (loading) {</w:t>
      </w:r>
    </w:p>
    <w:p>
      <w:pPr>
        <w:pStyle w:val="CodeLine"/>
      </w:pPr>
      <w:r>
        <w:t xml:space="preserve">    return (</w:t>
      </w:r>
    </w:p>
    <w:p>
      <w:pPr>
        <w:pStyle w:val="CodeLine"/>
      </w:pPr>
      <w:r>
        <w:t xml:space="preserve">      &lt;SafeAreaView style={styles.container} edges={['top']}&gt;</w:t>
      </w:r>
    </w:p>
    <w:p>
      <w:pPr>
        <w:pStyle w:val="CodeLine"/>
      </w:pPr>
      <w:r>
        <w:t xml:space="preserve">        &lt;Header companyName={ENTERPRISE_DISPLAY_NAME} onBack={() =&gt; router.back()} /&gt;</w:t>
      </w:r>
    </w:p>
    <w:p>
      <w:pPr>
        <w:pStyle w:val="CodeLine"/>
      </w:pPr>
      <w:r>
        <w:t xml:space="preserve">        &lt;View style={styles.center}&gt;</w:t>
      </w:r>
    </w:p>
    <w:p>
      <w:pPr>
        <w:pStyle w:val="CodeLine"/>
      </w:pPr>
      <w:r>
        <w:t xml:space="preserve">          &lt;ActivityIndicator size="large" color={colors.primary} /&gt;</w:t>
      </w:r>
    </w:p>
    <w:p>
      <w:pPr>
        <w:pStyle w:val="CodeLine"/>
      </w:pPr>
      <w:r>
        <w:t xml:space="preserve">        &lt;/View&gt;</w:t>
      </w:r>
    </w:p>
    <w:p>
      <w:pPr>
        <w:pStyle w:val="CodeLine"/>
      </w:pPr>
      <w:r>
        <w:t xml:space="preserve">      &lt;/SafeAreaView&gt;</w:t>
      </w:r>
    </w:p>
    <w:p>
      <w:pPr>
        <w:pStyle w:val="CodeLine"/>
      </w:pPr>
      <w:r>
        <w:t xml:space="preserve">    );</w:t>
      </w:r>
    </w:p>
    <w:p>
      <w:pPr>
        <w:pStyle w:val="CodeLine"/>
      </w:pPr>
      <w:r>
        <w:t xml:space="preserve">  }</w:t>
      </w:r>
    </w:p>
    <w:p>
      <w:pPr>
        <w:pStyle w:val="CodeLine"/>
      </w:pPr>
      <w:r>
        <w:t xml:space="preserve">  if (error || !recommendation) {</w:t>
      </w:r>
    </w:p>
    <w:p>
      <w:pPr>
        <w:pStyle w:val="CodeLine"/>
      </w:pPr>
      <w:r>
        <w:t xml:space="preserve">    return (</w:t>
      </w:r>
    </w:p>
    <w:p>
      <w:pPr>
        <w:pStyle w:val="CodeLine"/>
      </w:pPr>
      <w:r>
        <w:t xml:space="preserve">      &lt;SafeAreaView style={styles.container} edges={['top']}&gt;</w:t>
      </w:r>
    </w:p>
    <w:p>
      <w:pPr>
        <w:pStyle w:val="CodeLine"/>
      </w:pPr>
      <w:r>
        <w:t xml:space="preserve">        &lt;Header companyName={ENTERPRISE_DISPLAY_NAME} onBack={() =&gt; router.back()} /&gt;</w:t>
      </w:r>
    </w:p>
    <w:p>
      <w:pPr>
        <w:pStyle w:val="CodeLine"/>
      </w:pPr>
      <w:r>
        <w:t xml:space="preserve">        &lt;View style={styles.center}&gt;</w:t>
      </w:r>
    </w:p>
    <w:p>
      <w:pPr>
        <w:pStyle w:val="CodeLine"/>
      </w:pPr>
      <w:r>
        <w:t xml:space="preserve">          &lt;Ionicons name="alert-circle-outline" size={40} color={colors.danger} /&gt;</w:t>
      </w:r>
    </w:p>
    <w:p>
      <w:pPr>
        <w:pStyle w:val="CodeLine"/>
      </w:pPr>
      <w:r>
        <w:t xml:space="preserve">          &lt;Text style={styles.tip}&gt;加载失败&lt;/Text&gt;</w:t>
      </w:r>
    </w:p>
    <w:p>
      <w:pPr>
        <w:pStyle w:val="CodeLine"/>
      </w:pPr>
      <w:r>
        <w:t xml:space="preserve">          &lt;Pressable style={styles.retryBtn} onPress={refresh}&gt;</w:t>
      </w:r>
    </w:p>
    <w:p>
      <w:pPr>
        <w:pStyle w:val="CodeLine"/>
      </w:pPr>
      <w:r>
        <w:t xml:space="preserve">            &lt;Text style={styles.retryText}&gt;重试&lt;/Text&gt;</w:t>
      </w:r>
    </w:p>
    <w:p>
      <w:pPr>
        <w:pStyle w:val="CodeLine"/>
      </w:pPr>
      <w:r>
        <w:t xml:space="preserve">          &lt;/Pressable&gt;</w:t>
      </w:r>
    </w:p>
    <w:p>
      <w:pPr>
        <w:pStyle w:val="CodeLine"/>
      </w:pPr>
      <w:r>
        <w:t xml:space="preserve">        &lt;/View&gt;</w:t>
      </w:r>
    </w:p>
    <w:p>
      <w:pPr>
        <w:pStyle w:val="CodeLine"/>
        <w:pageBreakBefore/>
      </w:pPr>
      <w:r>
        <w:t xml:space="preserve">      &lt;/SafeAreaView&gt;</w:t>
      </w:r>
    </w:p>
    <w:p>
      <w:pPr>
        <w:pStyle w:val="CodeLine"/>
      </w:pPr>
      <w:r>
        <w:t xml:space="preserve">    );</w:t>
      </w:r>
    </w:p>
    <w:p>
      <w:pPr>
        <w:pStyle w:val="CodeLine"/>
      </w:pPr>
      <w:r>
        <w:t xml:space="preserve">  }</w:t>
      </w:r>
    </w:p>
    <w:p>
      <w:pPr>
        <w:pStyle w:val="CodeLine"/>
      </w:pPr>
      <w:r>
        <w:t xml:space="preserve">  return (</w:t>
      </w:r>
    </w:p>
    <w:p>
      <w:pPr>
        <w:pStyle w:val="CodeLine"/>
      </w:pPr>
      <w:r>
        <w:t xml:space="preserve">    &lt;SafeAreaView style={styles.container} edges={['top', 'bottom']}&gt;</w:t>
      </w:r>
    </w:p>
    <w:p>
      <w:pPr>
        <w:pStyle w:val="CodeLine"/>
      </w:pPr>
      <w:r>
        <w:t xml:space="preserve">      &lt;Header</w:t>
      </w:r>
    </w:p>
    <w:p>
      <w:pPr>
        <w:pStyle w:val="CodeLine"/>
      </w:pPr>
      <w:r>
        <w:t xml:space="preserve">        companyName={recommendation.companyName}</w:t>
      </w:r>
    </w:p>
    <w:p>
      <w:pPr>
        <w:pStyle w:val="CodeLine"/>
      </w:pPr>
      <w:r>
        <w:t xml:space="preserve">        onBack={() =&gt; router.back()}</w:t>
      </w:r>
    </w:p>
    <w:p>
      <w:pPr>
        <w:pStyle w:val="CodeLine"/>
      </w:pPr>
      <w:r>
        <w:t xml:space="preserve">        searching={searching}</w:t>
      </w:r>
    </w:p>
    <w:p>
      <w:pPr>
        <w:pStyle w:val="CodeLine"/>
      </w:pPr>
      <w:r>
        <w:t xml:space="preserve">        onToggleSearch={toggleSearch}</w:t>
      </w:r>
    </w:p>
    <w:p>
      <w:pPr>
        <w:pStyle w:val="CodeLine"/>
      </w:pPr>
      <w:r>
        <w:t xml:space="preserve">      /&gt;</w:t>
      </w:r>
    </w:p>
    <w:p>
      <w:pPr>
        <w:pStyle w:val="CodeLine"/>
      </w:pPr>
      <w:r>
        <w:t xml:space="preserve">      &lt;TabBar tabs={recommendation.tabs} active={activeTab} onChange={setActiveTab} /&gt;</w:t>
      </w:r>
    </w:p>
    <w:p>
      <w:pPr>
        <w:pStyle w:val="CodeLine"/>
      </w:pPr>
      <w:r>
        <w:t xml:space="preserve">      {searching &amp;&amp; (</w:t>
      </w:r>
    </w:p>
    <w:p>
      <w:pPr>
        <w:pStyle w:val="CodeLine"/>
      </w:pPr>
      <w:r>
        <w:t xml:space="preserve">        &lt;SearchBar value={keyword} onChange={setKeyword} onClear={() =&gt; setKeyword('')} /&gt;</w:t>
      </w:r>
    </w:p>
    <w:p>
      <w:pPr>
        <w:pStyle w:val="CodeLine"/>
      </w:pPr>
      <w:r>
        <w:t xml:space="preserve">      )}</w:t>
      </w:r>
    </w:p>
    <w:p>
      <w:pPr>
        <w:pStyle w:val="CodeLine"/>
      </w:pPr>
      <w:r>
        <w:t xml:space="preserve">      &lt;ScrollView contentContainerStyle={styles.body} showsVerticalScrollIndicator={false}&gt;</w:t>
      </w:r>
    </w:p>
    <w:p>
      <w:pPr>
        <w:pStyle w:val="CodeLine"/>
      </w:pPr>
      <w:r>
        <w:t xml:space="preserve">        {recommendation.hasData ? (</w:t>
      </w:r>
    </w:p>
    <w:p>
      <w:pPr>
        <w:pStyle w:val="CodeLine"/>
      </w:pPr>
      <w:r>
        <w:t xml:space="preserve">          &lt;View&gt;</w:t>
      </w:r>
    </w:p>
    <w:p>
      <w:pPr>
        <w:pStyle w:val="CodeLine"/>
      </w:pPr>
      <w:r>
        <w:t xml:space="preserve">            &lt;TodayHeader count={recommendation.todayCount} /&gt;</w:t>
      </w:r>
    </w:p>
    <w:p>
      <w:pPr>
        <w:pStyle w:val="CodeLine"/>
      </w:pPr>
      <w:r>
        <w:t xml:space="preserve">            {candidates.length === 0 ? (</w:t>
      </w:r>
    </w:p>
    <w:p>
      <w:pPr>
        <w:pStyle w:val="CodeLine"/>
      </w:pPr>
      <w:r>
        <w:t xml:space="preserve">              &lt;View style={styles.emptyList}&gt;</w:t>
      </w:r>
    </w:p>
    <w:p>
      <w:pPr>
        <w:pStyle w:val="CodeLine"/>
      </w:pPr>
      <w:r>
        <w:t xml:space="preserve">                &lt;Ionicons name="search-outline" size={32} color={colors.textHint} /&gt;</w:t>
      </w:r>
    </w:p>
    <w:p>
      <w:pPr>
        <w:pStyle w:val="CodeLine"/>
      </w:pPr>
      <w:r>
        <w:t xml:space="preserve">                &lt;Text style={styles.emptyListText}&gt;</w:t>
      </w:r>
    </w:p>
    <w:p>
      <w:pPr>
        <w:pStyle w:val="CodeLine"/>
      </w:pPr>
      <w:r>
        <w:t xml:space="preserve">                  {isEmptySearch</w:t>
      </w:r>
    </w:p>
    <w:p>
      <w:pPr>
        <w:pStyle w:val="CodeLine"/>
      </w:pPr>
      <w:r>
        <w:t xml:space="preserve">                    ? `没有匹配「${keyword.trim()}」的候选人`</w:t>
      </w:r>
    </w:p>
    <w:p>
      <w:pPr>
        <w:pStyle w:val="CodeLine"/>
      </w:pPr>
      <w:r>
        <w:t xml:space="preserve">                    : '这个筛选条件下暂时没有候选人'}</w:t>
      </w:r>
    </w:p>
    <w:p>
      <w:pPr>
        <w:pStyle w:val="CodeLine"/>
      </w:pPr>
      <w:r>
        <w:t xml:space="preserve">                &lt;/Text&gt;</w:t>
      </w:r>
    </w:p>
    <w:p>
      <w:pPr>
        <w:pStyle w:val="CodeLine"/>
      </w:pPr>
      <w:r>
        <w:t xml:space="preserve">                &lt;Pressable style={styles.emptyListBtn} onPress={handleFilter} hitSlop={6}&gt;</w:t>
      </w:r>
    </w:p>
    <w:p>
      <w:pPr>
        <w:pStyle w:val="CodeLine"/>
      </w:pPr>
      <w:r>
        <w:t xml:space="preserve">                  &lt;Text style={styles.emptyListBtnText}&gt;重置筛选&lt;/Text&gt;</w:t>
      </w:r>
    </w:p>
    <w:p>
      <w:pPr>
        <w:pStyle w:val="CodeLine"/>
      </w:pPr>
      <w:r>
        <w:t xml:space="preserve">                &lt;/Pressable&gt;</w:t>
      </w:r>
    </w:p>
    <w:p>
      <w:pPr>
        <w:pStyle w:val="CodeLine"/>
      </w:pPr>
      <w:r>
        <w:t xml:space="preserve">              &lt;/View&gt;</w:t>
      </w:r>
    </w:p>
    <w:p>
      <w:pPr>
        <w:pStyle w:val="CodeLine"/>
      </w:pPr>
      <w:r>
        <w:t xml:space="preserve">            ) : (</w:t>
      </w:r>
    </w:p>
    <w:p>
      <w:pPr>
        <w:pStyle w:val="CodeLine"/>
      </w:pPr>
      <w:r>
        <w:t xml:space="preserve">              candidates.map((candidate) =&gt; (</w:t>
      </w:r>
    </w:p>
    <w:p>
      <w:pPr>
        <w:pStyle w:val="CodeLine"/>
      </w:pPr>
      <w:r>
        <w:t xml:space="preserve">                &lt;CandidateCard key={candidate.id} candidate={candidate} /&gt;</w:t>
      </w:r>
    </w:p>
    <w:p>
      <w:pPr>
        <w:pStyle w:val="CodeLine"/>
      </w:pPr>
      <w:r>
        <w:t xml:space="preserve">              ))</w:t>
      </w:r>
    </w:p>
    <w:p>
      <w:pPr>
        <w:pStyle w:val="CodeLine"/>
      </w:pPr>
      <w:r>
        <w:t xml:space="preserve">            )}</w:t>
      </w:r>
    </w:p>
    <w:p>
      <w:pPr>
        <w:pStyle w:val="CodeLine"/>
      </w:pPr>
      <w:r>
        <w:t xml:space="preserve">            &lt;TalentPool</w:t>
      </w:r>
    </w:p>
    <w:p>
      <w:pPr>
        <w:pStyle w:val="CodeLine"/>
      </w:pPr>
      <w:r>
        <w:t xml:space="preserve">              stats={recommendation.poolStats}</w:t>
      </w:r>
    </w:p>
    <w:p>
      <w:pPr>
        <w:pStyle w:val="CodeLine"/>
      </w:pPr>
      <w:r>
        <w:t xml:space="preserve">              actions={POOL_ACTIONS}</w:t>
      </w:r>
    </w:p>
    <w:p>
      <w:pPr>
        <w:pStyle w:val="CodeLine"/>
      </w:pPr>
      <w:r>
        <w:t xml:space="preserve">              onPressAction={handlePoolAction}</w:t>
      </w:r>
    </w:p>
    <w:p>
      <w:pPr>
        <w:pStyle w:val="CodeLine"/>
      </w:pPr>
      <w:r>
        <w:t xml:space="preserve">            /&gt;</w:t>
      </w:r>
    </w:p>
    <w:p>
      <w:pPr>
        <w:pStyle w:val="CodeLine"/>
      </w:pPr>
      <w:r>
        <w:t xml:space="preserve">          &lt;/View&gt;</w:t>
      </w:r>
    </w:p>
    <w:p>
      <w:pPr>
        <w:pStyle w:val="CodeLine"/>
      </w:pPr>
      <w:r>
        <w:t xml:space="preserve">        ) : (</w:t>
      </w:r>
    </w:p>
    <w:p>
      <w:pPr>
        <w:pStyle w:val="CodeLine"/>
      </w:pPr>
      <w:r>
        <w:t xml:space="preserve">          &lt;EmptyState</w:t>
      </w:r>
    </w:p>
    <w:p>
      <w:pPr>
        <w:pStyle w:val="CodeLine"/>
      </w:pPr>
      <w:r>
        <w:t xml:space="preserve">            actions={recommendation.recommendedActions}</w:t>
      </w:r>
    </w:p>
    <w:p>
      <w:pPr>
        <w:pStyle w:val="CodeLine"/>
      </w:pPr>
      <w:r>
        <w:t xml:space="preserve">            dataReference={recommendation.dataReference}</w:t>
      </w:r>
    </w:p>
    <w:p>
      <w:pPr>
        <w:pStyle w:val="CodeLine"/>
      </w:pPr>
      <w:r>
        <w:t xml:space="preserve">            onFilter={handleFilter}</w:t>
      </w:r>
    </w:p>
    <w:p>
      <w:pPr>
        <w:pStyle w:val="CodeLine"/>
      </w:pPr>
      <w:r>
        <w:t xml:space="preserve">          /&gt;</w:t>
      </w:r>
    </w:p>
    <w:p>
      <w:pPr>
        <w:pStyle w:val="CodeLine"/>
      </w:pPr>
      <w:r>
        <w:t xml:space="preserve">        )}</w:t>
      </w:r>
    </w:p>
    <w:p>
      <w:pPr>
        <w:pStyle w:val="CodeLine"/>
      </w:pPr>
      <w:r>
        <w:t xml:space="preserve">      &lt;/ScrollView&gt;</w:t>
      </w:r>
    </w:p>
    <w:p>
      <w:pPr>
        <w:pStyle w:val="CodeLine"/>
      </w:pPr>
      <w:r>
        <w:t xml:space="preserve">    &lt;/SafeAreaView&gt;</w:t>
      </w:r>
    </w:p>
    <w:p>
      <w:pPr>
        <w:pStyle w:val="CodeLine"/>
      </w:pPr>
      <w:r>
        <w:t xml:space="preserve">  );</w:t>
      </w:r>
    </w:p>
    <w:p>
      <w:pPr>
        <w:pStyle w:val="CodeLine"/>
      </w:pPr>
      <w:r>
        <w:t>}</w:t>
      </w:r>
    </w:p>
    <w:p>
      <w:pPr>
        <w:pStyle w:val="CodeLine"/>
      </w:pPr>
      <w:r>
        <w:t>const styles = StyleSheet.create({</w:t>
      </w:r>
    </w:p>
    <w:p>
      <w:pPr>
        <w:pStyle w:val="CodeLine"/>
      </w:pPr>
      <w:r>
        <w:t xml:space="preserve">  container: { flex: 1, backgroundColor: colors.pageBg },</w:t>
      </w:r>
    </w:p>
    <w:p>
      <w:pPr>
        <w:pStyle w:val="CodeLine"/>
      </w:pPr>
      <w:r>
        <w:t xml:space="preserve">  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  paddingHorizontal: 12,</w:t>
      </w:r>
    </w:p>
    <w:p>
      <w:pPr>
        <w:pStyle w:val="CodeLine"/>
      </w:pPr>
      <w:r>
        <w:t xml:space="preserve">    paddingVertical: 12,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headerBtn: { width: 40, alignItems: 'center' },</w:t>
      </w:r>
    </w:p>
    <w:p>
      <w:pPr>
        <w:pStyle w:val="CodeLine"/>
      </w:pPr>
      <w:r>
        <w:t xml:space="preserve">  headerCenter: { alignItems: 'center' },</w:t>
      </w:r>
    </w:p>
    <w:p>
      <w:pPr>
        <w:pStyle w:val="CodeLine"/>
      </w:pPr>
      <w:r>
        <w:t xml:space="preserve">  headerCompany: { fontSize: 12, color: colors.textSecondary },</w:t>
      </w:r>
    </w:p>
    <w:p>
      <w:pPr>
        <w:pStyle w:val="CodeLine"/>
      </w:pPr>
      <w:r>
        <w:t xml:space="preserve">  headerTitle: { fontSize: 17, fontWeight: '700', color: colors.textPrimary, marginTop: 2 },</w:t>
      </w:r>
    </w:p>
    <w:p>
      <w:pPr>
        <w:pStyle w:val="CodeLine"/>
      </w:pPr>
      <w:r>
        <w:t xml:space="preserve">  headerActions: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headerActionBtn: {</w:t>
      </w:r>
    </w:p>
    <w:p>
      <w:pPr>
        <w:pStyle w:val="CodeLine"/>
        <w:pageBreakBefore/>
      </w:pPr>
      <w:r>
        <w:t xml:space="preserve">    width: 36,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searchBar: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gap: 8,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paddingHorizontal: 16,</w:t>
      </w:r>
    </w:p>
    <w:p>
      <w:pPr>
        <w:pStyle w:val="CodeLine"/>
      </w:pPr>
      <w:r>
        <w:t xml:space="preserve">    paddingBottom: 10,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searchInput: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backgroundColor: colors.pageBg,</w:t>
      </w:r>
    </w:p>
    <w:p>
      <w:pPr>
        <w:pStyle w:val="CodeLine"/>
      </w:pPr>
      <w:r>
        <w:t xml:space="preserve">    borderRadius: 10,</w:t>
      </w:r>
    </w:p>
    <w:p>
      <w:pPr>
        <w:pStyle w:val="CodeLine"/>
      </w:pPr>
      <w:r>
        <w:t xml:space="preserve">    paddingHorizontal: 12,</w:t>
      </w:r>
    </w:p>
    <w:p>
      <w:pPr>
        <w:pStyle w:val="CodeLine"/>
      </w:pPr>
      <w:r>
        <w:t xml:space="preserve">    paddingVertical: 8,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emptyList: {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gap: 10,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emptyListText: { fontSize: 13, color: colors.textSecondary },</w:t>
      </w:r>
    </w:p>
    <w:p>
      <w:pPr>
        <w:pStyle w:val="CodeLine"/>
      </w:pPr>
      <w:r>
        <w:t xml:space="preserve">  emptyListBtn: {</w:t>
      </w:r>
    </w:p>
    <w:p>
      <w:pPr>
        <w:pStyle w:val="CodeLine"/>
      </w:pPr>
      <w:r>
        <w:t xml:space="preserve">    paddingHorizontal: 18,</w:t>
      </w:r>
    </w:p>
    <w:p>
      <w:pPr>
        <w:pStyle w:val="CodeLine"/>
      </w:pPr>
      <w:r>
        <w:t xml:space="preserve">    paddingVertical: 8,</w:t>
      </w:r>
    </w:p>
    <w:p>
      <w:pPr>
        <w:pStyle w:val="CodeLine"/>
      </w:pPr>
      <w:r>
        <w:t xml:space="preserve">    borderRadius: 16,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emptyListBtnText: { fontSize: 13, fontWeight: '600', color: colors.primaryText },</w:t>
      </w:r>
    </w:p>
    <w:p>
      <w:pPr>
        <w:pStyle w:val="CodeLine"/>
      </w:pPr>
      <w:r>
        <w:t xml:space="preserve">  tabBar: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borderBottomWidth: 1,</w:t>
      </w:r>
    </w:p>
    <w:p>
      <w:pPr>
        <w:pStyle w:val="CodeLine"/>
      </w:pPr>
      <w:r>
        <w:t xml:space="preserve">    borderBottomColor: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tabItem: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paddingTop: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tabLabel: {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paddingBottom: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tabLabelActive: {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tabCount: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colors.textHint,</w:t>
      </w:r>
    </w:p>
    <w:p>
      <w:pPr>
        <w:pStyle w:val="CodeLine"/>
      </w:pPr>
      <w:r>
        <w:t xml:space="preserve">    marginLeft: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tabCountActive: {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tabIndicator: {</w:t>
      </w:r>
    </w:p>
    <w:p>
      <w:pPr>
        <w:pStyle w:val="CodeLine"/>
      </w:pPr>
      <w:r>
        <w:t xml:space="preserve">    height: 2,</w:t>
      </w:r>
    </w:p>
    <w:p>
      <w:pPr>
        <w:pStyle w:val="CodeLine"/>
      </w:pPr>
      <w:r>
        <w:t xml:space="preserve">    width: 24,</w:t>
      </w:r>
    </w:p>
    <w:p>
      <w:pPr>
        <w:pStyle w:val="CodeLine"/>
      </w:pPr>
      <w:r>
        <w:t xml:space="preserve">    borderRadius: 1,</w:t>
      </w:r>
    </w:p>
    <w:p>
      <w:pPr>
        <w:pStyle w:val="CodeLine"/>
      </w:pPr>
      <w:r>
        <w:t xml:space="preserve">    backgroundColor: 'transparent',</w:t>
      </w:r>
    </w:p>
    <w:p>
      <w:pPr>
        <w:pStyle w:val="CodeLine"/>
      </w:pPr>
      <w:r>
        <w:t xml:space="preserve">    marginBottom: -1,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tabIndicatorActive: {</w:t>
      </w:r>
    </w:p>
    <w:p>
      <w:pPr>
        <w:pStyle w:val="CodeLine"/>
      </w:pPr>
      <w:r>
        <w:t xml:space="preserve">    backgroundColor: colors.primary,</w:t>
      </w:r>
    </w:p>
    <w:p>
      <w:pPr>
        <w:pStyle w:val="CodeLine"/>
        <w:pageBreakBefore/>
      </w:pPr>
      <w:r>
        <w:t xml:space="preserve">  },</w:t>
      </w:r>
    </w:p>
    <w:p>
      <w:pPr>
        <w:pStyle w:val="CodeLine"/>
      </w:pPr>
      <w:r>
        <w:t xml:space="preserve">  body: {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paddingBottom: 24,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center: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gap: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tip: { fontSize: 14, color: colors.textSecondary },</w:t>
      </w:r>
    </w:p>
    <w:p>
      <w:pPr>
        <w:pStyle w:val="CodeLine"/>
      </w:pPr>
      <w:r>
        <w:t xml:space="preserve">  retryBtn: {</w:t>
      </w:r>
    </w:p>
    <w:p>
      <w:pPr>
        <w:pStyle w:val="CodeLine"/>
      </w:pPr>
      <w:r>
        <w:t xml:space="preserve">    marginTop: 8,</w:t>
      </w:r>
    </w:p>
    <w:p>
      <w:pPr>
        <w:pStyle w:val="CodeLine"/>
      </w:pPr>
      <w:r>
        <w:t xml:space="preserve">    paddingHorizontal: 24,</w:t>
      </w:r>
    </w:p>
    <w:p>
      <w:pPr>
        <w:pStyle w:val="CodeLine"/>
      </w:pPr>
      <w:r>
        <w:t xml:space="preserve">    paddingVertical: 8,</w:t>
      </w:r>
    </w:p>
    <w:p>
      <w:pPr>
        <w:pStyle w:val="CodeLine"/>
      </w:pPr>
      <w:r>
        <w:t xml:space="preserve">    borderRadius: 18,</w:t>
      </w:r>
    </w:p>
    <w:p>
      <w:pPr>
        <w:pStyle w:val="CodeLine"/>
      </w:pPr>
      <w:r>
        <w:t xml:space="preserve">    backgroundColor: colors.primaryBtn,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retryText: { color: colors.white, fontSize: 13, fontWeight: '600' },</w:t>
      </w:r>
    </w:p>
    <w:p>
      <w:pPr>
        <w:pStyle w:val="CodeLine"/>
      </w:pPr>
      <w:r>
        <w:t xml:space="preserve">  todayHeader: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  marginBottom: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todayTitle: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todayCountRow: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'baseline',</w:t>
      </w:r>
    </w:p>
    <w:p>
      <w:pPr>
        <w:pStyle w:val="CodeLine"/>
      </w:pPr>
      <w:r>
        <w:t xml:space="preserve">    marginTop: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todayCount: {</w:t>
      </w:r>
    </w:p>
    <w:p>
      <w:pPr>
        <w:pStyle w:val="CodeLine"/>
      </w:pPr>
      <w:r>
        <w:t xml:space="preserve">    fontSize: 28,</w:t>
      </w:r>
    </w:p>
    <w:p>
      <w:pPr>
        <w:pStyle w:val="CodeLine"/>
      </w:pPr>
      <w:r>
        <w:t xml:space="preserve">    fontWeight: '800',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todayUnit: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marginLeft: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reportBtn: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borderRadius: 14,</w:t>
      </w:r>
    </w:p>
    <w:p>
      <w:pPr>
        <w:pStyle w:val="CodeLine"/>
      </w:pPr>
      <w:r>
        <w:t xml:space="preserve">    paddingHorizontal: 10,</w:t>
      </w:r>
    </w:p>
    <w:p>
      <w:pPr>
        <w:pStyle w:val="CodeLine"/>
      </w:pPr>
      <w:r>
        <w:t xml:space="preserve">    paddingVertical: 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reportBtnText: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  marginRight: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candidateCard: {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avatar: {</w:t>
      </w:r>
    </w:p>
    <w:p>
      <w:pPr>
        <w:pStyle w:val="CodeLine"/>
      </w:pPr>
      <w:r>
        <w:t xml:space="preserve">    width: 52,</w:t>
      </w:r>
    </w:p>
    <w:p>
      <w:pPr>
        <w:pStyle w:val="CodeLine"/>
      </w:pPr>
      <w:r>
        <w:t xml:space="preserve">    height: 52,</w:t>
      </w:r>
    </w:p>
    <w:p>
      <w:pPr>
        <w:pStyle w:val="CodeLine"/>
      </w:pPr>
      <w:r>
        <w:t xml:space="preserve">    borderRadius: 26,</w:t>
      </w:r>
    </w:p>
    <w:p>
      <w:pPr>
        <w:pStyle w:val="CodeLine"/>
        <w:pageBreakBefore/>
      </w:pPr>
      <w:r>
        <w:t xml:space="preserve">    backgroundColor: colors.primaryLight,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marginRight: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avatarText: {</w:t>
      </w:r>
    </w:p>
    <w:p>
      <w:pPr>
        <w:pStyle w:val="CodeLine"/>
      </w:pPr>
      <w:r>
        <w:t xml:space="preserve">    fontSize: 20,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candidateInfo: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nameRow: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candidateName: {</w:t>
      </w:r>
    </w:p>
    <w:p>
      <w:pPr>
        <w:pStyle w:val="CodeLine"/>
      </w:pPr>
      <w:r>
        <w:t xml:space="preserve">    fontSize: 16,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matchTag: {</w:t>
      </w:r>
    </w:p>
    <w:p>
      <w:pPr>
        <w:pStyle w:val="CodeLine"/>
      </w:pPr>
      <w:r>
        <w:t xml:space="preserve">    backgroundColor: colors.successLight,</w:t>
      </w:r>
    </w:p>
    <w:p>
      <w:pPr>
        <w:pStyle w:val="CodeLine"/>
      </w:pPr>
      <w:r>
        <w:t xml:space="preserve">    borderRadius: 10,</w:t>
      </w:r>
    </w:p>
    <w:p>
      <w:pPr>
        <w:pStyle w:val="CodeLine"/>
      </w:pPr>
      <w:r>
        <w:t xml:space="preserve">    paddingHorizontal: 8,</w:t>
      </w:r>
    </w:p>
    <w:p>
      <w:pPr>
        <w:pStyle w:val="CodeLine"/>
      </w:pPr>
      <w:r>
        <w:t xml:space="preserve">    paddingVertical: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matchTagText: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fontWeight: '800',</w:t>
      </w:r>
    </w:p>
    <w:p>
      <w:pPr>
        <w:pStyle w:val="CodeLine"/>
      </w:pPr>
      <w:r>
        <w:t xml:space="preserve">    color: colors.successText,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candidateTitle: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marginTop: 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candidateMeta: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colors.textHint,</w:t>
      </w:r>
    </w:p>
    <w:p>
      <w:pPr>
        <w:pStyle w:val="CodeLine"/>
      </w:pPr>
      <w:r>
        <w:t xml:space="preserve">    marginTop: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candidateSalary: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colors.action,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  marginTop: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scoreRow: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marginTop: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scoreLabel: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scoreValue: {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fontWeight: '800',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  marginLeft: 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percentileText: {</w:t>
      </w:r>
    </w:p>
    <w:p>
      <w:pPr>
        <w:pStyle w:val="CodeLine"/>
      </w:pPr>
      <w:r>
        <w:t xml:space="preserve">    fontSize: 12,</w:t>
      </w:r>
    </w:p>
    <w:p>
      <w:pPr>
        <w:pStyle w:val="CodeLine"/>
      </w:pPr>
      <w:r>
        <w:t xml:space="preserve">    color: colors.textHint,</w:t>
      </w:r>
    </w:p>
    <w:p>
      <w:pPr>
        <w:pStyle w:val="CodeLine"/>
      </w:pPr>
      <w:r>
        <w:t xml:space="preserve">    marginLeft: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tagRow: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  <w:pageBreakBefore/>
      </w:pPr>
      <w:r>
        <w:t xml:space="preserve">    flexWrap: 'wrap',</w:t>
      </w:r>
    </w:p>
    <w:p>
      <w:pPr>
        <w:pStyle w:val="CodeLine"/>
      </w:pPr>
      <w:r>
        <w:t xml:space="preserve">    gap: 8,</w:t>
      </w:r>
    </w:p>
    <w:p>
      <w:pPr>
        <w:pStyle w:val="CodeLine"/>
      </w:pPr>
      <w:r>
        <w:t xml:space="preserve">    marginTop: 10,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tag: {</w:t>
      </w:r>
    </w:p>
    <w:p>
      <w:pPr>
        <w:pStyle w:val="CodeLine"/>
      </w:pPr>
      <w:r>
        <w:t xml:space="preserve">    backgroundColor: colors.pageBg,</w:t>
      </w:r>
    </w:p>
    <w:p>
      <w:pPr>
        <w:pStyle w:val="CodeLine"/>
      </w:pPr>
      <w:r>
        <w:t xml:space="preserve">    borderRadius: 6,</w:t>
      </w:r>
    </w:p>
    <w:p>
      <w:pPr>
        <w:pStyle w:val="CodeLine"/>
      </w:pPr>
      <w:r>
        <w:t xml:space="preserve">    paddingHorizontal: 8,</w:t>
      </w:r>
    </w:p>
    <w:p>
      <w:pPr>
        <w:pStyle w:val="CodeLine"/>
      </w:pPr>
      <w:r>
        <w:t xml:space="preserve">    paddingVertical: 3,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tagText: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candidateActions: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marginTop: 14,</w:t>
      </w:r>
    </w:p>
    <w:p>
      <w:pPr>
        <w:pStyle w:val="CodeLine"/>
      </w:pPr>
      <w:r>
        <w:t xml:space="preserve">    gap: 10,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chatBtn: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backgroundColor: colors.primaryBtn,</w:t>
      </w:r>
    </w:p>
    <w:p>
      <w:pPr>
        <w:pStyle w:val="CodeLine"/>
      </w:pPr>
      <w:r>
        <w:t xml:space="preserve">    borderRadius: 18,</w:t>
      </w:r>
    </w:p>
    <w:p>
      <w:pPr>
        <w:pStyle w:val="CodeLine"/>
      </w:pPr>
      <w:r>
        <w:t xml:space="preserve">    paddingVertical: 10,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chatBtnText: {</w:t>
      </w:r>
    </w:p>
    <w:p>
      <w:pPr>
        <w:pStyle w:val="CodeLine"/>
      </w:pPr>
      <w:r>
        <w:t xml:space="preserve">    color: colors.white,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detailBtn: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borderRadius: 18,</w:t>
      </w:r>
    </w:p>
    <w:p>
      <w:pPr>
        <w:pStyle w:val="CodeLine"/>
      </w:pPr>
      <w:r>
        <w:t xml:space="preserve">    paddingVertical: 10,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detailBtnText: {</w:t>
      </w:r>
    </w:p>
    <w:p>
      <w:pPr>
        <w:pStyle w:val="CodeLine"/>
      </w:pPr>
      <w:r>
        <w:t xml:space="preserve">    color: colors.primary,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poolCard: {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marginTop: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poolTitle: {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marginBottom: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poolStatsRow: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justifyContent: 'space-between',</w:t>
      </w:r>
    </w:p>
    <w:p>
      <w:pPr>
        <w:pStyle w:val="CodeLine"/>
      </w:pPr>
      <w:r>
        <w:t xml:space="preserve">    marginBottom: 16,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poolStat: {</w:t>
      </w:r>
    </w:p>
    <w:p>
      <w:pPr>
        <w:pStyle w:val="CodeLine"/>
      </w:pPr>
      <w:r>
        <w:t xml:space="preserve">    flex: 1,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poolStatValue: {</w:t>
      </w:r>
    </w:p>
    <w:p>
      <w:pPr>
        <w:pStyle w:val="CodeLine"/>
      </w:pPr>
      <w:r>
        <w:t xml:space="preserve">    fontSize: 18,</w:t>
      </w:r>
    </w:p>
    <w:p>
      <w:pPr>
        <w:pStyle w:val="CodeLine"/>
      </w:pPr>
      <w:r>
        <w:t xml:space="preserve">    fontWeight: '800',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poolStatLabel: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  <w:pageBreakBefore/>
      </w:pPr>
      <w:r>
        <w:t xml:space="preserve">    marginTop: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poolActions: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justifyContent: 'space-around',</w:t>
      </w:r>
    </w:p>
    <w:p>
      <w:pPr>
        <w:pStyle w:val="CodeLine"/>
      </w:pPr>
      <w:r>
        <w:t xml:space="preserve">    paddingTop: 14,</w:t>
      </w:r>
    </w:p>
    <w:p>
      <w:pPr>
        <w:pStyle w:val="CodeLine"/>
      </w:pPr>
      <w:r>
        <w:t xml:space="preserve">    borderTopWidth: 1,</w:t>
      </w:r>
    </w:p>
    <w:p>
      <w:pPr>
        <w:pStyle w:val="CodeLine"/>
      </w:pPr>
      <w:r>
        <w:t xml:space="preserve">    borderTopColor: colors.borderLight,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poolAction: {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poolActionText: {</w:t>
      </w:r>
    </w:p>
    <w:p>
      <w:pPr>
        <w:pStyle w:val="CodeLine"/>
      </w:pPr>
      <w:r>
        <w:t xml:space="preserve">    fontSize: 11,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marginTop: 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emptyCard: {</w:t>
      </w:r>
    </w:p>
    <w:p>
      <w:pPr>
        <w:pStyle w:val="CodeLine"/>
      </w:pPr>
      <w:r>
        <w:t xml:space="preserve">    backgroundColor: colors.white,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emptyIconWrap: {</w:t>
      </w:r>
    </w:p>
    <w:p>
      <w:pPr>
        <w:pStyle w:val="CodeLine"/>
      </w:pPr>
      <w:r>
        <w:t xml:space="preserve">    width: 88,</w:t>
      </w:r>
    </w:p>
    <w:p>
      <w:pPr>
        <w:pStyle w:val="CodeLine"/>
      </w:pPr>
      <w:r>
        <w:t xml:space="preserve">    height: 88,</w:t>
      </w:r>
    </w:p>
    <w:p>
      <w:pPr>
        <w:pStyle w:val="CodeLine"/>
      </w:pPr>
      <w:r>
        <w:t xml:space="preserve">    borderRadius: 44,</w:t>
      </w:r>
    </w:p>
    <w:p>
      <w:pPr>
        <w:pStyle w:val="CodeLine"/>
      </w:pPr>
      <w:r>
        <w:t xml:space="preserve">    backgroundColor: colors.primaryLight,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justifyContent: 'center',</w:t>
      </w:r>
    </w:p>
    <w:p>
      <w:pPr>
        <w:pStyle w:val="CodeLine"/>
      </w:pPr>
      <w:r>
        <w:t xml:space="preserve">    marginBottom: 16,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emptyTitle: {</w:t>
      </w:r>
    </w:p>
    <w:p>
      <w:pPr>
        <w:pStyle w:val="CodeLine"/>
      </w:pPr>
      <w:r>
        <w:t xml:space="preserve">    fontSize: 18,</w:t>
      </w:r>
    </w:p>
    <w:p>
      <w:pPr>
        <w:pStyle w:val="CodeLine"/>
      </w:pPr>
      <w:r>
        <w:t xml:space="preserve">    fontWeight: '700',</w:t>
      </w:r>
    </w:p>
    <w:p>
      <w:pPr>
        <w:pStyle w:val="CodeLine"/>
      </w:pPr>
      <w:r>
        <w:t xml:space="preserve">    color: colors.textPrimary,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emptySubtitle: {</w:t>
      </w:r>
    </w:p>
    <w:p>
      <w:pPr>
        <w:pStyle w:val="CodeLine"/>
      </w:pPr>
      <w:r>
        <w:t xml:space="preserve">    fontSize: 13,</w:t>
      </w:r>
    </w:p>
    <w:p>
      <w:pPr>
        <w:pStyle w:val="CodeLine"/>
      </w:pPr>
      <w:r>
        <w:t xml:space="preserve">    color: colors.textSecondary,</w:t>
      </w:r>
    </w:p>
    <w:p>
      <w:pPr>
        <w:pStyle w:val="CodeLine"/>
      </w:pPr>
      <w:r>
        <w:t xml:space="preserve">    textAlign: 'center',</w:t>
      </w:r>
    </w:p>
    <w:p>
      <w:pPr>
        <w:pStyle w:val="CodeLine"/>
      </w:pPr>
      <w:r>
        <w:t xml:space="preserve">    marginBottom: 20,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emptyBtn: {</w:t>
      </w:r>
    </w:p>
    <w:p>
      <w:pPr>
        <w:pStyle w:val="CodeLine"/>
      </w:pPr>
      <w:r>
        <w:t xml:space="preserve">    backgroundColor: colors.primaryBtn,</w:t>
      </w:r>
    </w:p>
    <w:p>
      <w:pPr>
        <w:pStyle w:val="CodeLine"/>
      </w:pPr>
      <w:r>
        <w:t xml:space="preserve">    paddingHorizontal: 32,</w:t>
      </w:r>
    </w:p>
    <w:p>
      <w:pPr>
        <w:pStyle w:val="CodeLine"/>
      </w:pPr>
      <w:r>
        <w:t xml:space="preserve">    paddingVertical: 12,</w:t>
      </w:r>
    </w:p>
    <w:p>
      <w:pPr>
        <w:pStyle w:val="CodeLine"/>
      </w:pPr>
      <w:r>
        <w:t xml:space="preserve">    borderRadius: 24,</w:t>
      </w:r>
    </w:p>
    <w:p>
      <w:pPr>
        <w:pStyle w:val="CodeLine"/>
      </w:pPr>
      <w:r>
        <w:t xml:space="preserve">    marginBottom: 24,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emptyBtnText: {</w:t>
      </w:r>
    </w:p>
    <w:p>
      <w:pPr>
        <w:pStyle w:val="CodeLine"/>
      </w:pPr>
      <w:r>
        <w:t xml:space="preserve">    color: colors.white,</w:t>
      </w:r>
    </w:p>
    <w:p>
      <w:pPr>
        <w:pStyle w:val="CodeLine"/>
      </w:pPr>
      <w:r>
        <w:t xml:space="preserve">    fontSize: 15,</w:t>
      </w:r>
    </w:p>
    <w:p>
      <w:pPr>
        <w:pStyle w:val="CodeLine"/>
      </w:pPr>
      <w:r>
        <w:t xml:space="preserve">    fontWeight: '600',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actionCard: {</w:t>
      </w:r>
    </w:p>
    <w:p>
      <w:pPr>
        <w:pStyle w:val="CodeLine"/>
      </w:pPr>
      <w:r>
        <w:t xml:space="preserve">    width: '100%',</w:t>
      </w:r>
    </w:p>
    <w:p>
      <w:pPr>
        <w:pStyle w:val="CodeLine"/>
      </w:pPr>
      <w:r>
        <w:t xml:space="preserve">    backgroundColor: colors.actionLight,</w:t>
      </w:r>
    </w:p>
    <w:p>
      <w:pPr>
        <w:pStyle w:val="CodeLine"/>
      </w:pPr>
      <w:r>
        <w:t xml:space="preserve">    borderRadius: 8,</w:t>
      </w:r>
    </w:p>
    <w:p>
      <w:pPr>
        <w:pStyle w:val="CodeLine"/>
      </w:pPr>
      <w:r>
        <w:t xml:space="preserve">    padding: 8,</w:t>
      </w:r>
    </w:p>
    <w:p>
      <w:pPr>
        <w:pStyle w:val="CodeLine"/>
      </w:pPr>
      <w:r>
        <w:t xml:space="preserve">    marginBottom: 8,</w:t>
      </w:r>
    </w:p>
    <w:p>
      <w:pPr>
        <w:pStyle w:val="CodeLine"/>
      </w:pPr>
      <w:r>
        <w:t xml:space="preserve">    alignItems: 'flex-start',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actionHeader: {</w:t>
      </w:r>
    </w:p>
    <w:p>
      <w:pPr>
        <w:pStyle w:val="CodeLine"/>
      </w:pPr>
      <w:r>
        <w:t xml:space="preserve">    flexDirection: 'row',</w:t>
      </w:r>
    </w:p>
    <w:p>
      <w:pPr>
        <w:pStyle w:val="CodeLine"/>
      </w:pPr>
      <w:r>
        <w:t xml:space="preserve">    alignItems: 'center',</w:t>
      </w:r>
    </w:p>
    <w:p>
      <w:pPr>
        <w:pStyle w:val="CodeLine"/>
      </w:pPr>
      <w:r>
        <w:t xml:space="preserve">    marginBottom: 12,</w:t>
      </w:r>
    </w:p>
    <w:p>
      <w:pPr>
        <w:pStyle w:val="CodeLine"/>
      </w:pPr>
      <w:r>
        <w:t xml:space="preserve">  },</w:t>
      </w:r>
    </w:p>
    <w:p>
      <w:pPr>
        <w:pStyle w:val="CodeLine"/>
      </w:pPr>
      <w:r>
        <w:t xml:space="preserve">  actionTitle: {</w:t>
      </w:r>
    </w:p>
    <w:p>
      <w:pPr>
        <w:pStyle w:val="CodeLine"/>
      </w:pPr>
      <w:r>
        <w:t xml:space="preserve">    fontSize: 14,</w:t>
      </w:r>
    </w:p>
    <w:p>
      <w:pPr>
        <w:pStyle w:val="CodeLine"/>
      </w:pPr>
      <w:r>
        <w:t xml:space="preserve">    fontWeight: '700',</w:t>
      </w:r>
    </w:p>
    <w:p>
      <w:pPr>
        <w:pStyle w:val="CodeLine"/>
        <w:pageBreakBefore/>
      </w:pPr>
      <w:r>
        <w:t xml:space="preserve">                + " (SELECT COUNT(DISTINCT CASE WHEN duplicate_history=1 THEN candidate_user_id END) FROM</w:t>
      </w:r>
    </w:p>
    <w:p>
      <w:pPr>
        <w:pStyle w:val="CodeLine"/>
      </w:pPr>
      <w:r>
        <w:t>candidate_flags) AS duplicate_history_candidates,"</w:t>
      </w:r>
    </w:p>
    <w:p>
      <w:pPr>
        <w:pStyle w:val="CodeLine"/>
      </w:pPr>
      <w:r>
        <w:t xml:space="preserve">                + " (SELECT COUNT(DISTINCT CASE WHEN invalid_score=1 THEN candidate_user_id END) FROM</w:t>
      </w:r>
    </w:p>
    <w:p>
      <w:pPr>
        <w:pStyle w:val="CodeLine"/>
      </w:pPr>
      <w:r>
        <w:t>candidate_flags) AS invalid_score_candidates,"</w:t>
      </w:r>
    </w:p>
    <w:p>
      <w:pPr>
        <w:pStyle w:val="CodeLine"/>
      </w:pPr>
      <w:r>
        <w:t xml:space="preserve">                + " (SELECT COUNT(DISTINCT CASE WHEN version_changed=1 THEN candidate_user_id END) FROM</w:t>
      </w:r>
    </w:p>
    <w:p>
      <w:pPr>
        <w:pStyle w:val="CodeLine"/>
      </w:pPr>
      <w:r>
        <w:t>candidate_flags) AS version_changed_candidates,"</w:t>
      </w:r>
    </w:p>
    <w:p>
      <w:pPr>
        <w:pStyle w:val="CodeLine"/>
      </w:pPr>
      <w:r>
        <w:t xml:space="preserve">                + " (SELECT COUNT(DISTINCT CASE WHEN changed=1 THEN candidate_user_id END) FROM</w:t>
      </w:r>
    </w:p>
    <w:p>
      <w:pPr>
        <w:pStyle w:val="CodeLine"/>
      </w:pPr>
      <w:r>
        <w:t>candidate_flags) AS changed_candidates,"</w:t>
      </w:r>
    </w:p>
    <w:p>
      <w:pPr>
        <w:pStyle w:val="CodeLine"/>
      </w:pPr>
      <w:r>
        <w:t xml:space="preserve">                + " (SELECT COUNT(DISTINCT CASE WHEN unchanged=1 THEN candidate_user_id END) FROM</w:t>
      </w:r>
    </w:p>
    <w:p>
      <w:pPr>
        <w:pStyle w:val="CodeLine"/>
      </w:pPr>
      <w:r>
        <w:t>candidate_flags) AS unchanged_candidates,"</w:t>
      </w:r>
    </w:p>
    <w:p>
      <w:pPr>
        <w:pStyle w:val="CodeLine"/>
      </w:pPr>
      <w:r>
        <w:t xml:space="preserve">                + " (SELECT COUNT(DISTINCT CASE WHEN changed=1 AND unchanged=1 THEN candidate_user_id END)</w:t>
      </w:r>
    </w:p>
    <w:p>
      <w:pPr>
        <w:pStyle w:val="CodeLine"/>
      </w:pPr>
      <w:r>
        <w:t>FROM candidate_flags) AS changed_unchanged_intersection,"</w:t>
      </w:r>
    </w:p>
    <w:p>
      <w:pPr>
        <w:pStyle w:val="CodeLine"/>
      </w:pPr>
      <w:r>
        <w:t xml:space="preserve">                + " ra.comparable_rows, ra.comparable_candidates, ra.changed_rows, ra.changed_candidates,</w:t>
      </w:r>
    </w:p>
    <w:p>
      <w:pPr>
        <w:pStyle w:val="CodeLine"/>
      </w:pPr>
      <w:r>
        <w:t>ra.delta_sum, ra.abs_delta_sum"</w:t>
      </w:r>
    </w:p>
    <w:p>
      <w:pPr>
        <w:pStyle w:val="CodeLine"/>
      </w:pPr>
      <w:r>
        <w:t xml:space="preserve">                + " FROM rollback_aggregate ra";</w:t>
      </w:r>
    </w:p>
    <w:p>
      <w:pPr>
        <w:pStyle w:val="CodeLine"/>
      </w:pPr>
      <w:r>
        <w:t xml:space="preserve">        List&lt;AppealAggregateSummary&gt; result = queryWithTimeout(sql, (rs, rowNum) -&gt; new</w:t>
      </w:r>
    </w:p>
    <w:p>
      <w:pPr>
        <w:pStyle w:val="CodeLine"/>
      </w:pPr>
      <w:r>
        <w:t>AppealAggregateSummary(</w:t>
      </w:r>
    </w:p>
    <w:p>
      <w:pPr>
        <w:pStyle w:val="CodeLine"/>
      </w:pPr>
      <w:r>
        <w:t xml:space="preserve">                rs.getInt("appeal_count"), rs.getInt("sample_size"),</w:t>
      </w:r>
    </w:p>
    <w:p>
      <w:pPr>
        <w:pStyle w:val="CodeLine"/>
      </w:pPr>
      <w:r>
        <w:t xml:space="preserve">                statusMap(rs.getInt("pending_events"), rs.getInt("approved_events"),</w:t>
      </w:r>
    </w:p>
    <w:p>
      <w:pPr>
        <w:pStyle w:val="CodeLine"/>
      </w:pPr>
      <w:r>
        <w:t>rs.getInt("rejected_events"),</w:t>
      </w:r>
    </w:p>
    <w:p>
      <w:pPr>
        <w:pStyle w:val="CodeLine"/>
      </w:pPr>
      <w:r>
        <w:t xml:space="preserve">                        rs.getInt("cancelled_events"), rs.getInt("rolled_back_events"),</w:t>
      </w:r>
    </w:p>
    <w:p>
      <w:pPr>
        <w:pStyle w:val="CodeLine"/>
      </w:pPr>
      <w:r>
        <w:t>rs.getInt("unknown_events")),</w:t>
      </w:r>
    </w:p>
    <w:p>
      <w:pPr>
        <w:pStyle w:val="CodeLine"/>
      </w:pPr>
      <w:r>
        <w:t xml:space="preserve">                statusMap(rs.getInt("pending_candidates"), rs.getInt("approved_candidates"),</w:t>
      </w:r>
    </w:p>
    <w:p>
      <w:pPr>
        <w:pStyle w:val="CodeLine"/>
      </w:pPr>
      <w:r>
        <w:t>rs.getInt("rejected_candidates"),</w:t>
      </w:r>
    </w:p>
    <w:p>
      <w:pPr>
        <w:pStyle w:val="CodeLine"/>
      </w:pPr>
      <w:r>
        <w:t xml:space="preserve">                        rs.getInt("cancelled_candidates"), rs.getInt("rolled_back_candidates"),</w:t>
      </w:r>
    </w:p>
    <w:p>
      <w:pPr>
        <w:pStyle w:val="CodeLine"/>
      </w:pPr>
      <w:r>
        <w:t>rs.getInt("unknown_candidates")),</w:t>
      </w:r>
    </w:p>
    <w:p>
      <w:pPr>
        <w:pStyle w:val="CodeLine"/>
      </w:pPr>
      <w:r>
        <w:t xml:space="preserve">                rs.getInt("approved_ever_candidates"), rs.getInt("approval_denominator"),</w:t>
      </w:r>
    </w:p>
    <w:p>
      <w:pPr>
        <w:pStyle w:val="CodeLine"/>
      </w:pPr>
      <w:r>
        <w:t xml:space="preserve">                rs.getInt("rolled_back_candidates"), rs.getInt("duplicate_appeal_candidates"),</w:t>
      </w:r>
    </w:p>
    <w:p>
      <w:pPr>
        <w:pStyle w:val="CodeLine"/>
      </w:pPr>
      <w:r>
        <w:t xml:space="preserve">                rs.getInt("comparable_rows"), rs.getInt("comparable_candidates"), rs.getInt("changed_rows"),</w:t>
      </w:r>
    </w:p>
    <w:p>
      <w:pPr>
        <w:pStyle w:val="CodeLine"/>
      </w:pPr>
      <w:r>
        <w:t xml:space="preserve">                rs.getInt("changed_candidates"), rs.getInt("unchanged_candidates"),</w:t>
      </w:r>
    </w:p>
    <w:p>
      <w:pPr>
        <w:pStyle w:val="CodeLine"/>
      </w:pPr>
      <w:r>
        <w:t xml:space="preserve">                rs.getInt("changed_unchanged_intersection"), rs.getBigDecimal("delta_sum"),</w:t>
      </w:r>
    </w:p>
    <w:p>
      <w:pPr>
        <w:pStyle w:val="CodeLine"/>
      </w:pPr>
      <w:r>
        <w:t>rs.getBigDecimal("abs_delta_sum"),</w:t>
      </w:r>
    </w:p>
    <w:p>
      <w:pPr>
        <w:pStyle w:val="CodeLine"/>
      </w:pPr>
      <w:r>
        <w:t xml:space="preserve">                rs.getInt("duplicate_history_candidates"), rs.getInt("invalid_score_candidates"),</w:t>
      </w:r>
    </w:p>
    <w:p>
      <w:pPr>
        <w:pStyle w:val="CodeLine"/>
      </w:pPr>
      <w:r>
        <w:t>rs.getInt("version_changed_candidates")), from,</w:t>
      </w:r>
    </w:p>
    <w:p>
      <w:pPr>
        <w:pStyle w:val="CodeLine"/>
      </w:pPr>
      <w:r>
        <w:t>to);</w:t>
      </w:r>
    </w:p>
    <w:p>
      <w:pPr>
        <w:pStyle w:val="CodeLine"/>
      </w:pPr>
      <w:r>
        <w:t xml:space="preserve">        return result.isEmpty() ? AppealAggregateSummary.empty() : result.get(0);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static Map&lt;String, Integer&gt; statusMap(int pending, int approved, int rejected, int cancelled,</w:t>
      </w:r>
    </w:p>
    <w:p>
      <w:pPr>
        <w:pStyle w:val="CodeLine"/>
      </w:pPr>
      <w:r>
        <w:t>int rolledBack, int unknown)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Map&lt;String, Integer&gt; map = new LinkedHashMap&lt;&gt;();</w:t>
      </w:r>
    </w:p>
    <w:p>
      <w:pPr>
        <w:pStyle w:val="CodeLine"/>
      </w:pPr>
      <w:r>
        <w:t xml:space="preserve">        map.put("PENDING", pending); map.put("APPROVED", approved); map.put("REJECTED", rejected);</w:t>
      </w:r>
    </w:p>
    <w:p>
      <w:pPr>
        <w:pStyle w:val="CodeLine"/>
      </w:pPr>
      <w:r>
        <w:t xml:space="preserve">        map.put("CANCELLED", cancelled); map.put("ROLLED_BACK", rolledBack); map.put("UNKNOWN", unknown);</w:t>
      </w:r>
    </w:p>
    <w:p>
      <w:pPr>
        <w:pStyle w:val="CodeLine"/>
      </w:pPr>
      <w:r>
        <w:t xml:space="preserve">        return map;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/** 维度/状态/规则/分数的数据库频数聚合；candidate_count 为 distinct candidate。 */</w:t>
      </w:r>
    </w:p>
    <w:p>
      <w:pPr>
        <w:pStyle w:val="CodeLine"/>
      </w:pPr>
      <w:r>
        <w:t xml:space="preserve">    public List&lt;SnapshotAggregateRow&gt; findSnapshotAggregates(String period) {</w:t>
      </w:r>
    </w:p>
    <w:p>
      <w:pPr>
        <w:pStyle w:val="CodeLine"/>
      </w:pPr>
      <w:r>
        <w:t xml:space="preserve">        return queryWithTimeout("SELECT dimension, status, rules_version, score, " +</w:t>
      </w:r>
    </w:p>
    <w:p>
      <w:pPr>
        <w:pStyle w:val="CodeLine"/>
      </w:pPr>
      <w:r>
        <w:t xml:space="preserve">                        "COUNT(DISTINCT student_user_id) AS candidate_count " +</w:t>
      </w:r>
    </w:p>
    <w:p>
      <w:pPr>
        <w:pStyle w:val="CodeLine"/>
      </w:pPr>
      <w:r>
        <w:t xml:space="preserve">                        "FROM candidate_dimension_scores WHERE period = ? " +</w:t>
      </w:r>
    </w:p>
    <w:p>
      <w:pPr>
        <w:pStyle w:val="CodeLine"/>
      </w:pPr>
      <w:r>
        <w:t xml:space="preserve">                        "GROUP BY dimension, status, rules_version, score",</w:t>
      </w:r>
    </w:p>
    <w:p>
      <w:pPr>
        <w:pStyle w:val="CodeLine"/>
      </w:pPr>
      <w:r>
        <w:t xml:space="preserve">                (rs, rowNum) -&gt; new SnapshotAggregateRow(rs.getString("dimension"), rs.getString("status"),</w:t>
      </w:r>
    </w:p>
    <w:p>
      <w:pPr>
        <w:pStyle w:val="CodeLine"/>
      </w:pPr>
      <w:r>
        <w:t xml:space="preserve">                        rs.getString("rules_version"), rs.getBigDecimal("score"),</w:t>
      </w:r>
    </w:p>
    <w:p>
      <w:pPr>
        <w:pStyle w:val="CodeLine"/>
      </w:pPr>
      <w:r>
        <w:t>rs.getInt("candidate_count")),</w:t>
      </w:r>
    </w:p>
    <w:p>
      <w:pPr>
        <w:pStyle w:val="CodeLine"/>
      </w:pPr>
      <w:r>
        <w:t>period);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int findSnapshotPopulation(String period) {</w:t>
      </w:r>
    </w:p>
    <w:p>
      <w:pPr>
        <w:pStyle w:val="CodeLine"/>
      </w:pPr>
      <w:r>
        <w:t xml:space="preserve">        List&lt;Integer&gt; result = queryWithTimeout(</w:t>
      </w:r>
    </w:p>
    <w:p>
      <w:pPr>
        <w:pStyle w:val="CodeLine"/>
      </w:pPr>
      <w:r>
        <w:t xml:space="preserve">                "SELECT COUNT(DISTINCT student_user_id) AS candidate_count " +</w:t>
      </w:r>
    </w:p>
    <w:p>
      <w:pPr>
        <w:pStyle w:val="CodeLine"/>
      </w:pPr>
      <w:r>
        <w:t xml:space="preserve">                        "FROM candidate_dimension_scores WHERE period = ?",</w:t>
      </w:r>
    </w:p>
    <w:p>
      <w:pPr>
        <w:pStyle w:val="CodeLine"/>
      </w:pPr>
      <w:r>
        <w:t xml:space="preserve">                (rs, rowNum) -&gt; rs.getInt("candidate_count"), period);</w:t>
      </w:r>
    </w:p>
    <w:p>
      <w:pPr>
        <w:pStyle w:val="CodeLine"/>
      </w:pPr>
      <w:r>
        <w:t xml:space="preserve">        return result.isEmpty() ? 0 : result.get(0);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&lt;T&gt; List&lt;T&gt; queryWithTimeout(String sql, RowMapper&lt;T&gt; mapper, Object... args) {</w:t>
      </w:r>
    </w:p>
    <w:p>
      <w:pPr>
        <w:pStyle w:val="CodeLine"/>
      </w:pPr>
      <w:r>
        <w:t xml:space="preserve">        return jdbcTemplate.query(connection -&gt; {</w:t>
      </w:r>
    </w:p>
    <w:p>
      <w:pPr>
        <w:pStyle w:val="CodeLine"/>
      </w:pPr>
      <w:r>
        <w:t xml:space="preserve">            PreparedStatement statement = connection.prepareStatement(sql);</w:t>
      </w:r>
    </w:p>
    <w:p>
      <w:pPr>
        <w:pStyle w:val="CodeLine"/>
      </w:pPr>
      <w:r>
        <w:t xml:space="preserve">            statement.setQueryTimeout(5);</w:t>
      </w:r>
    </w:p>
    <w:p>
      <w:pPr>
        <w:pStyle w:val="CodeLine"/>
      </w:pPr>
      <w:r>
        <w:t xml:space="preserve">            for (int i = 0; i &lt; args.length; i++) statement.setObject(i + 1, args[i]);</w:t>
      </w:r>
    </w:p>
    <w:p>
      <w:pPr>
        <w:pStyle w:val="CodeLine"/>
      </w:pPr>
      <w:r>
        <w:t xml:space="preserve">            return statement;</w:t>
      </w:r>
    </w:p>
    <w:p>
      <w:pPr>
        <w:pStyle w:val="CodeLine"/>
      </w:pPr>
      <w:r>
        <w:t xml:space="preserve">        }, mapper);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static BigDecimal scaleScore(BigDecimal score) {</w:t>
      </w:r>
    </w:p>
    <w:p>
      <w:pPr>
        <w:pStyle w:val="CodeLine"/>
        <w:pageBreakBefore/>
      </w:pPr>
      <w:r>
        <w:t xml:space="preserve">        return score == null ? null : score.setScale(2, RoundingMode.HALF_UP);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record SnapshotAggregateRow(String dimension, String status, String rulesVersion, BigDecimal score, int</w:t>
      </w:r>
    </w:p>
    <w:p>
      <w:pPr>
        <w:pStyle w:val="CodeLine"/>
      </w:pPr>
      <w:r>
        <w:t>candidateCount)</w:t>
      </w:r>
    </w:p>
    <w:p>
      <w:pPr>
        <w:pStyle w:val="CodeLine"/>
      </w:pPr>
      <w:r>
        <w:t>{}</w:t>
      </w:r>
    </w:p>
    <w:p>
      <w:pPr>
        <w:pStyle w:val="CodeLine"/>
      </w:pPr>
      <w:r>
        <w:t xml:space="preserve">    record OverviewAggregateData(int populationSize, int computableCount, Map&lt;String, Integer&gt; versionCounts,</w:t>
      </w:r>
    </w:p>
    <w:p>
      <w:pPr>
        <w:pStyle w:val="CodeLine"/>
      </w:pPr>
      <w:r>
        <w:t xml:space="preserve">                                 Map&lt;String, List&lt;FairnessStatisticsCalculator.ScoreFrequency&gt;&gt;</w:t>
      </w:r>
    </w:p>
    <w:p>
      <w:pPr>
        <w:pStyle w:val="CodeLine"/>
      </w:pPr>
      <w:r>
        <w:t>frequenciesByVersion)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static OverviewAggregateData empty() {</w:t>
      </w:r>
    </w:p>
    <w:p>
      <w:pPr>
        <w:pStyle w:val="CodeLine"/>
      </w:pPr>
      <w:r>
        <w:t xml:space="preserve">            Map&lt;String, Integer&gt; versions = new LinkedHashMap&lt;&gt;();</w:t>
      </w:r>
    </w:p>
    <w:p>
      <w:pPr>
        <w:pStyle w:val="CodeLine"/>
      </w:pPr>
      <w:r>
        <w:t xml:space="preserve">            versions.put("candidate-scoring-v0.1", 0); versions.put("candidate-scoring-v0.2", 0);</w:t>
      </w:r>
    </w:p>
    <w:p>
      <w:pPr>
        <w:pStyle w:val="CodeLine"/>
      </w:pPr>
      <w:r>
        <w:t xml:space="preserve">            versions.put("UNKNOWN", 0); versions.put("MIXED", 0);</w:t>
      </w:r>
    </w:p>
    <w:p>
      <w:pPr>
        <w:pStyle w:val="CodeLine"/>
      </w:pPr>
      <w:r>
        <w:t xml:space="preserve">            Map&lt;String, List&lt;FairnessStatisticsCalculator.ScoreFrequency&gt;&gt; frequencies = new</w:t>
      </w:r>
    </w:p>
    <w:p>
      <w:pPr>
        <w:pStyle w:val="CodeLine"/>
      </w:pPr>
      <w:r>
        <w:t>LinkedHashMap&lt;&gt;();</w:t>
      </w:r>
    </w:p>
    <w:p>
      <w:pPr>
        <w:pStyle w:val="CodeLine"/>
      </w:pPr>
      <w:r>
        <w:t xml:space="preserve">            frequencies.put("candidate-scoring-v0.1", List.of()); frequencies.put("candidate-scoring-v0.2",</w:t>
      </w:r>
    </w:p>
    <w:p>
      <w:pPr>
        <w:pStyle w:val="CodeLine"/>
      </w:pPr>
      <w:r>
        <w:t>List.of());</w:t>
      </w:r>
    </w:p>
    <w:p>
      <w:pPr>
        <w:pStyle w:val="CodeLine"/>
      </w:pPr>
      <w:r>
        <w:t xml:space="preserve">            return new OverviewAggregateData(0, 0, versions, frequencies);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record AppealAggregateSummary(int appealCount, int sampleSize, Map&lt;String, Integer&gt; statusEventCounts,</w:t>
      </w:r>
    </w:p>
    <w:p>
      <w:pPr>
        <w:pStyle w:val="CodeLine"/>
      </w:pPr>
      <w:r>
        <w:t xml:space="preserve">                                  Map&lt;String, Integer&gt; statusCandidateCounts, int approvedEverCount,</w:t>
      </w:r>
    </w:p>
    <w:p>
      <w:pPr>
        <w:pStyle w:val="CodeLine"/>
      </w:pPr>
      <w:r>
        <w:t xml:space="preserve">                                  int approvalDenominatorCount, int rolledBackCandidateCount,</w:t>
      </w:r>
    </w:p>
    <w:p>
      <w:pPr>
        <w:pStyle w:val="CodeLine"/>
      </w:pPr>
      <w:r>
        <w:t xml:space="preserve">                                  int duplicateAppealCandidateCount, int comparableRollbackCount,</w:t>
      </w:r>
    </w:p>
    <w:p>
      <w:pPr>
        <w:pStyle w:val="CodeLine"/>
      </w:pPr>
      <w:r>
        <w:t xml:space="preserve">                                  int comparableRollbackCandidateCount, int changedCount, int</w:t>
      </w:r>
    </w:p>
    <w:p>
      <w:pPr>
        <w:pStyle w:val="CodeLine"/>
      </w:pPr>
      <w:r>
        <w:t>changedCandidateCount,</w:t>
      </w:r>
    </w:p>
    <w:p>
      <w:pPr>
        <w:pStyle w:val="CodeLine"/>
      </w:pPr>
      <w:r>
        <w:t xml:space="preserve">                                  int unchangedCandidateCount, int changedUnchangedIntersectionCount,</w:t>
      </w:r>
    </w:p>
    <w:p>
      <w:pPr>
        <w:pStyle w:val="CodeLine"/>
      </w:pPr>
      <w:r>
        <w:t xml:space="preserve">                                  BigDecimal deltaSum, BigDecimal absDeltaSum,</w:t>
      </w:r>
    </w:p>
    <w:p>
      <w:pPr>
        <w:pStyle w:val="CodeLine"/>
      </w:pPr>
      <w:r>
        <w:t xml:space="preserve">                                  int duplicateRollbackHistoryCount, int invalidScoreRollbackCount,</w:t>
      </w:r>
    </w:p>
    <w:p>
      <w:pPr>
        <w:pStyle w:val="CodeLine"/>
      </w:pPr>
      <w:r>
        <w:t xml:space="preserve">                                  int ruleVersionChangedRollbackCount) {</w:t>
      </w:r>
    </w:p>
    <w:p>
      <w:pPr>
        <w:pStyle w:val="CodeLine"/>
      </w:pPr>
      <w:r>
        <w:t xml:space="preserve">        static AppealAggregateSummary empty() {</w:t>
      </w:r>
    </w:p>
    <w:p>
      <w:pPr>
        <w:pStyle w:val="CodeLine"/>
      </w:pPr>
      <w:r>
        <w:t xml:space="preserve">            return new AppealAggregateSummary(0, 0, statusMap(0, 0, 0, 0, 0, 0), statusMap(0, 0, 0, 0, 0, 0),</w:t>
      </w:r>
    </w:p>
    <w:p>
      <w:pPr>
        <w:pStyle w:val="CodeLine"/>
      </w:pPr>
      <w:r>
        <w:t xml:space="preserve">                    0, 0, 0, 0, 0, 0, 0, 0, 0, 0, BigDecimal.ZERO, BigDecimal.ZERO, 0, 0, 0);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record OverviewSummaryRow(int populationSize, int computableCount, int mixedCount, int</w:t>
      </w:r>
    </w:p>
    <w:p>
      <w:pPr>
        <w:pStyle w:val="CodeLine"/>
      </w:pPr>
      <w:r>
        <w:t>unknownCount,</w:t>
      </w:r>
    </w:p>
    <w:p>
      <w:pPr>
        <w:pStyle w:val="CodeLine"/>
      </w:pPr>
      <w:r>
        <w:t xml:space="preserve">                                      int v01Count, int v02Count) {}</w:t>
      </w:r>
    </w:p>
    <w:p>
      <w:pPr>
        <w:pStyle w:val="CodeLine"/>
      </w:pPr>
      <w:r>
        <w:t xml:space="preserve">    private record OverviewFrequencyRow(String version, BigDecimal score, int candidateCount) {}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com.mydreamjob.scoringmonitoring;</w:t>
      </w:r>
    </w:p>
    <w:p>
      <w:pPr>
        <w:pStyle w:val="CodeLine"/>
      </w:pPr>
      <w:r>
        <w:t>import com.mydreamjob.auth.User;</w:t>
      </w:r>
    </w:p>
    <w:p>
      <w:pPr>
        <w:pStyle w:val="CodeLine"/>
      </w:pPr>
      <w:r>
        <w:t>import com.mydreamjob.auth.UserRepository;</w:t>
      </w:r>
    </w:p>
    <w:p>
      <w:pPr>
        <w:pStyle w:val="CodeLine"/>
      </w:pPr>
      <w:r>
        <w:t>import com.mydreamjob.common.exception.BusinessException;</w:t>
      </w:r>
    </w:p>
    <w:p>
      <w:pPr>
        <w:pStyle w:val="CodeLine"/>
      </w:pPr>
      <w:r>
        <w:t>import com.mydreamjob.common.exception.ErrorCode;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org.springframework.stereotype.Service;</w:t>
      </w:r>
    </w:p>
    <w:p>
      <w:pPr>
        <w:pStyle w:val="CodeLine"/>
      </w:pPr>
      <w:r>
        <w:t>import org.springframework.transaction.annotation.Transactional;</w:t>
      </w:r>
    </w:p>
    <w:p>
      <w:pPr>
        <w:pStyle w:val="CodeLine"/>
      </w:pPr>
      <w:r>
        <w:t>import java.math.BigDecimal;</w:t>
      </w:r>
    </w:p>
    <w:p>
      <w:pPr>
        <w:pStyle w:val="CodeLine"/>
      </w:pPr>
      <w:r>
        <w:t>import java.math.RoundingMode;</w:t>
      </w:r>
    </w:p>
    <w:p>
      <w:pPr>
        <w:pStyle w:val="CodeLine"/>
      </w:pPr>
      <w:r>
        <w:t>import java.time.Instant;</w:t>
      </w:r>
    </w:p>
    <w:p>
      <w:pPr>
        <w:pStyle w:val="CodeLine"/>
      </w:pPr>
      <w:r>
        <w:t>import java.time.LocalDate;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import java.time.ZoneId;</w:t>
      </w:r>
    </w:p>
    <w:p>
      <w:pPr>
        <w:pStyle w:val="CodeLine"/>
      </w:pPr>
      <w:r>
        <w:t>import java.time.format.DateTimeFormatter;</w:t>
      </w:r>
    </w:p>
    <w:p>
      <w:pPr>
        <w:pStyle w:val="CodeLine"/>
      </w:pPr>
      <w:r>
        <w:t>import java.time.format.DateTimeParseException;</w:t>
      </w:r>
    </w:p>
    <w:p>
      <w:pPr>
        <w:pStyle w:val="CodeLine"/>
      </w:pPr>
      <w:r>
        <w:t>import java.time.temporal.ChronoUnit;</w:t>
      </w:r>
    </w:p>
    <w:p>
      <w:pPr>
        <w:pStyle w:val="CodeLine"/>
      </w:pPr>
      <w:r>
        <w:t>import java.util.ArrayList;</w:t>
      </w:r>
    </w:p>
    <w:p>
      <w:pPr>
        <w:pStyle w:val="CodeLine"/>
      </w:pPr>
      <w:r>
        <w:t>import java.util.LinkedHashMap;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import java.util.Map;</w:t>
      </w:r>
    </w:p>
    <w:p>
      <w:pPr>
        <w:pStyle w:val="CodeLine"/>
      </w:pPr>
      <w:r>
        <w:t>import java.util.Set;</w:t>
      </w:r>
    </w:p>
    <w:p>
      <w:pPr>
        <w:pStyle w:val="CodeLine"/>
      </w:pPr>
      <w:r>
        <w:t>@Service</w:t>
      </w:r>
    </w:p>
    <w:p>
      <w:pPr>
        <w:pStyle w:val="CodeLine"/>
      </w:pPr>
      <w:r>
        <w:t>@RequiredArgsConstructor</w:t>
      </w:r>
    </w:p>
    <w:p>
      <w:pPr>
        <w:pStyle w:val="CodeLine"/>
      </w:pPr>
      <w:r>
        <w:t>public class FairnessMonitoringService {</w:t>
      </w:r>
    </w:p>
    <w:p>
      <w:pPr>
        <w:pStyle w:val="CodeLine"/>
      </w:pPr>
      <w:r>
        <w:t xml:space="preserve">    private static final ZoneId ZONE = ZoneId.of("Asia/Shanghai");</w:t>
      </w:r>
    </w:p>
    <w:p>
      <w:pPr>
        <w:pStyle w:val="CodeLine"/>
      </w:pPr>
      <w:r>
        <w:t xml:space="preserve">    private static final DateTimeFormatter PERIOD = DateTimeFormatter.ofPattern("yyyy-MM");</w:t>
      </w:r>
    </w:p>
    <w:p>
      <w:pPr>
        <w:pStyle w:val="CodeLine"/>
      </w:pPr>
      <w:r>
        <w:t xml:space="preserve">    private static final Set&lt;String&gt; DIMENSIONS = Set.of("EDUCATION", "INTERNSHIP", "ABILITY", "COMPLIANCE",</w:t>
      </w:r>
    </w:p>
    <w:p>
      <w:pPr>
        <w:pStyle w:val="CodeLine"/>
      </w:pPr>
      <w:r>
        <w:t xml:space="preserve">            "STABILITY", "GROWTH", "INTEGRITY", "ACTIVITY");</w:t>
      </w:r>
    </w:p>
    <w:p>
      <w:pPr>
        <w:pStyle w:val="CodeLine"/>
      </w:pPr>
      <w:r>
        <w:t xml:space="preserve">    private static final Set&lt;String&gt; KNOWN_RULES = Set.of("candidate-scoring-v0.1",</w:t>
      </w:r>
    </w:p>
    <w:p>
      <w:pPr>
        <w:pStyle w:val="CodeLine"/>
      </w:pPr>
      <w:r>
        <w:t>"candidate-scoring-v0.2");</w:t>
      </w:r>
    </w:p>
    <w:p>
      <w:pPr>
        <w:pStyle w:val="CodeLine"/>
      </w:pPr>
      <w:r>
        <w:t xml:space="preserve">    private static final Set&lt;String&gt; KNOWN_STATUSES = Set.of("OK", "ESTIMATED", "PENDING",</w:t>
      </w:r>
    </w:p>
    <w:p>
      <w:pPr>
        <w:pStyle w:val="CodeLine"/>
        <w:pageBreakBefore/>
      </w:pPr>
      <w:r>
        <w:t>"INSUFFICIENT_DATA");</w:t>
      </w:r>
    </w:p>
    <w:p>
      <w:pPr>
        <w:pStyle w:val="CodeLine"/>
      </w:pPr>
      <w:r>
        <w:t xml:space="preserve">    private final FairnessMonitoringRepository repository;</w:t>
      </w:r>
    </w:p>
    <w:p>
      <w:pPr>
        <w:pStyle w:val="CodeLine"/>
      </w:pPr>
      <w:r>
        <w:t xml:space="preserve">    private final UserRepository userRepository;</w:t>
      </w:r>
    </w:p>
    <w:p>
      <w:pPr>
        <w:pStyle w:val="CodeLine"/>
      </w:pPr>
      <w:r>
        <w:t xml:space="preserve">    public void assertAdmin(Long userId) {</w:t>
      </w:r>
    </w:p>
    <w:p>
      <w:pPr>
        <w:pStyle w:val="CodeLine"/>
      </w:pPr>
      <w:r>
        <w:t xml:space="preserve">        User user = userRepository.findById(userId).orElseThrow(() -&gt; new</w:t>
      </w:r>
    </w:p>
    <w:p>
      <w:pPr>
        <w:pStyle w:val="CodeLine"/>
      </w:pPr>
      <w:r>
        <w:t>BusinessException(ErrorCode.USER_NOT_FOUND));</w:t>
      </w:r>
    </w:p>
    <w:p>
      <w:pPr>
        <w:pStyle w:val="CodeLine"/>
      </w:pPr>
      <w:r>
        <w:t xml:space="preserve">        if (user.getRoles() == null || user.getRoles().stream().noneMatch(r -&gt; r == User.Role.ADMIN)) {</w:t>
      </w:r>
    </w:p>
    <w:p>
      <w:pPr>
        <w:pStyle w:val="CodeLine"/>
      </w:pPr>
      <w:r>
        <w:t xml:space="preserve">            throw new BusinessException(ErrorCode.FORBIDDEN);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@Transactional(readOnly = true)</w:t>
      </w:r>
    </w:p>
    <w:p>
      <w:pPr>
        <w:pStyle w:val="CodeLine"/>
      </w:pPr>
      <w:r>
        <w:t xml:space="preserve">    public FairnessResponse.Overview overview(Long adminUserId, String period) {</w:t>
      </w:r>
    </w:p>
    <w:p>
      <w:pPr>
        <w:pStyle w:val="CodeLine"/>
      </w:pPr>
      <w:r>
        <w:t xml:space="preserve">        assertAdmin(adminUserId);</w:t>
      </w:r>
    </w:p>
    <w:p>
      <w:pPr>
        <w:pStyle w:val="CodeLine"/>
      </w:pPr>
      <w:r>
        <w:t xml:space="preserve">        Instant captured = Instant.now();</w:t>
      </w:r>
    </w:p>
    <w:p>
      <w:pPr>
        <w:pStyle w:val="CodeLine"/>
      </w:pPr>
      <w:r>
        <w:t xml:space="preserve">        String validPeriod = validatePeriod(period, captured);</w:t>
      </w:r>
    </w:p>
    <w:p>
      <w:pPr>
        <w:pStyle w:val="CodeLine"/>
      </w:pPr>
      <w:r>
        <w:t xml:space="preserve">        FairnessMonitoringRepository.OverviewAggregateData aggregate =</w:t>
      </w:r>
    </w:p>
    <w:p>
      <w:pPr>
        <w:pStyle w:val="CodeLine"/>
      </w:pPr>
      <w:r>
        <w:t>repository.findOverviewAggregateData(validPeriod);</w:t>
      </w:r>
    </w:p>
    <w:p>
      <w:pPr>
        <w:pStyle w:val="CodeLine"/>
      </w:pPr>
      <w:r>
        <w:t xml:space="preserve">        if (aggregate == null) aggregate = FairnessMonitoringRepository.OverviewAggregateData.empty();</w:t>
      </w:r>
    </w:p>
    <w:p>
      <w:pPr>
        <w:pStyle w:val="CodeLine"/>
      </w:pPr>
      <w:r>
        <w:t xml:space="preserve">        return overviewFromAggregate(validPeriod, captured, aggregate);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FairnessResponse.Overview overviewFromAggregate(String period, Instant captured,</w:t>
      </w:r>
    </w:p>
    <w:p>
      <w:pPr>
        <w:pStyle w:val="CodeLine"/>
      </w:pPr>
      <w:r>
        <w:t xml:space="preserve">                                                              FairnessMonitoringRepository.OverviewAggregateD</w:t>
      </w:r>
    </w:p>
    <w:p>
      <w:pPr>
        <w:pStyle w:val="CodeLine"/>
      </w:pPr>
      <w:r>
        <w:t>ata aggregate)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int population = aggregate.populationSize();</w:t>
      </w:r>
    </w:p>
    <w:p>
      <w:pPr>
        <w:pStyle w:val="CodeLine"/>
      </w:pPr>
      <w:r>
        <w:t xml:space="preserve">        int computable = aggregate.computableCount();</w:t>
      </w:r>
    </w:p>
    <w:p>
      <w:pPr>
        <w:pStyle w:val="CodeLine"/>
      </w:pPr>
      <w:r>
        <w:t xml:space="preserve">        Map&lt;String, Integer&gt; versions = new LinkedHashMap&lt;&gt;(aggregate.versionCounts());</w:t>
      </w:r>
    </w:p>
    <w:p>
      <w:pPr>
        <w:pStyle w:val="CodeLine"/>
      </w:pPr>
      <w:r>
        <w:t xml:space="preserve">        Map&lt;String, FairnessResponse.Distribution&gt; byVersion = new LinkedHashMap&lt;&gt;();</w:t>
      </w:r>
    </w:p>
    <w:p>
      <w:pPr>
        <w:pStyle w:val="CodeLine"/>
      </w:pPr>
      <w:r>
        <w:t xml:space="preserve">        Map&lt;String, Boolean&gt; suppressedVersions = new LinkedHashMap&lt;&gt;();</w:t>
      </w:r>
    </w:p>
    <w:p>
      <w:pPr>
        <w:pStyle w:val="CodeLine"/>
      </w:pPr>
      <w:r>
        <w:t xml:space="preserve">        aggregate.frequenciesByVersion().forEach((version, frequencies) -&gt; {</w:t>
      </w:r>
    </w:p>
    <w:p>
      <w:pPr>
        <w:pStyle w:val="CodeLine"/>
      </w:pPr>
      <w:r>
        <w:t xml:space="preserve">            int versionPopulation = versions.getOrDefault(version, 0);</w:t>
      </w:r>
    </w:p>
    <w:p>
      <w:pPr>
        <w:pStyle w:val="CodeLine"/>
      </w:pPr>
      <w:r>
        <w:t xml:space="preserve">            int validSample = frequencyCount(frequencies);</w:t>
      </w:r>
    </w:p>
    <w:p>
      <w:pPr>
        <w:pStyle w:val="CodeLine"/>
      </w:pPr>
      <w:r>
        <w:t xml:space="preserve">            boolean subsetSuppressed = versionPopulation &gt; 0</w:t>
      </w:r>
    </w:p>
    <w:p>
      <w:pPr>
        <w:pStyle w:val="CodeLine"/>
      </w:pPr>
      <w:r>
        <w:t xml:space="preserve">                    &amp;&amp; FairnessDisclosureGuard.suppressRatio(versionPopulation, validSample);</w:t>
      </w:r>
    </w:p>
    <w:p>
      <w:pPr>
        <w:pStyle w:val="CodeLine"/>
      </w:pPr>
      <w:r>
        <w:t xml:space="preserve">            suppressedVersions.put(version, subsetSuppressed);</w:t>
      </w:r>
    </w:p>
    <w:p>
      <w:pPr>
        <w:pStyle w:val="CodeLine"/>
      </w:pPr>
      <w:r>
        <w:t xml:space="preserve">            FairnessResponse.Distribution distribution = FairnessStatisticsCalculator.distributionFromFrequen</w:t>
      </w:r>
    </w:p>
    <w:p>
      <w:pPr>
        <w:pStyle w:val="CodeLine"/>
      </w:pPr>
      <w:r>
        <w:t>cies(frequencies);</w:t>
      </w:r>
    </w:p>
    <w:p>
      <w:pPr>
        <w:pStyle w:val="CodeLine"/>
      </w:pPr>
      <w:r>
        <w:t xml:space="preserve">            if (subsetSuppressed) {</w:t>
      </w:r>
    </w:p>
    <w:p>
      <w:pPr>
        <w:pStyle w:val="CodeLine"/>
      </w:pPr>
      <w:r>
        <w:t xml:space="preserve">                byVersion.put(version, suppressedDistribution());</w:t>
      </w:r>
    </w:p>
    <w:p>
      <w:pPr>
        <w:pStyle w:val="CodeLine"/>
      </w:pPr>
      <w:r>
        <w:t xml:space="preserve">            } else if (distribution.getAvailability() != null &amp;&amp; !"NO_DATA".equals(distribution.getAvailabili</w:t>
      </w:r>
    </w:p>
    <w:p>
      <w:pPr>
        <w:pStyle w:val="CodeLine"/>
      </w:pPr>
      <w:r>
        <w:t>ty()))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        byVersion.put(version, distribution);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});</w:t>
      </w:r>
    </w:p>
    <w:p>
      <w:pPr>
        <w:pStyle w:val="CodeLine"/>
      </w:pPr>
      <w:r>
        <w:t xml:space="preserve">        boolean ratioSuppressed = FairnessDisclosureGuard.suppressRatio(population, computable);</w:t>
      </w:r>
    </w:p>
    <w:p>
      <w:pPr>
        <w:pStyle w:val="CodeLine"/>
      </w:pPr>
      <w:r>
        <w:t xml:space="preserve">        boolean versionSuppressed = FairnessDisclosureGuard.suppressCells(population, versions.values(),</w:t>
      </w:r>
    </w:p>
    <w:p>
      <w:pPr>
        <w:pStyle w:val="CodeLine"/>
      </w:pPr>
      <w:r>
        <w:t>true);</w:t>
      </w:r>
    </w:p>
    <w:p>
      <w:pPr>
        <w:pStyle w:val="CodeLine"/>
      </w:pPr>
      <w:r>
        <w:t xml:space="preserve">        // Each version is an independent disclosure universe.  An unsafe</w:t>
      </w:r>
    </w:p>
    <w:p>
      <w:pPr>
        <w:pStyle w:val="CodeLine"/>
      </w:pPr>
      <w:r>
        <w:t xml:space="preserve">        // version is suppressed as a cell, while safe sibling versions may</w:t>
      </w:r>
    </w:p>
    <w:p>
      <w:pPr>
        <w:pStyle w:val="CodeLine"/>
      </w:pPr>
      <w:r>
        <w:t xml:space="preserve">        // still be shown when the global universe itself is safe.</w:t>
      </w:r>
    </w:p>
    <w:p>
      <w:pPr>
        <w:pStyle w:val="CodeLine"/>
      </w:pPr>
      <w:r>
        <w:t xml:space="preserve">        boolean versionSubsetSuppressed = suppressedVersions.values().stream().anyMatch(Boolean.TRUE::equals)</w:t>
      </w:r>
    </w:p>
    <w:p>
      <w:pPr>
        <w:pStyle w:val="CodeLine"/>
      </w:pPr>
      <w:r>
        <w:t>;</w:t>
      </w:r>
    </w:p>
    <w:p>
      <w:pPr>
        <w:pStyle w:val="CodeLine"/>
      </w:pPr>
      <w:r>
        <w:t xml:space="preserve">        boolean distributionSuppressed = byVersion.values().stream()</w:t>
      </w:r>
    </w:p>
    <w:p>
      <w:pPr>
        <w:pStyle w:val="CodeLine"/>
      </w:pPr>
      <w:r>
        <w:t xml:space="preserve">                .anyMatch(d -&gt; "SUPPRESSED".equals(d.getAvailability()));</w:t>
      </w:r>
    </w:p>
    <w:p>
      <w:pPr>
        <w:pStyle w:val="CodeLine"/>
      </w:pPr>
      <w:r>
        <w:t xml:space="preserve">        boolean derivedSuppressed = ratioSuppressed || versionSuppressed || versionSubsetSuppressed;</w:t>
      </w:r>
    </w:p>
    <w:p>
      <w:pPr>
        <w:pStyle w:val="CodeLine"/>
      </w:pPr>
      <w:r>
        <w:t xml:space="preserve">        FairnessResponse.Distribution single = null;</w:t>
      </w:r>
    </w:p>
    <w:p>
      <w:pPr>
        <w:pStyle w:val="CodeLine"/>
      </w:pPr>
      <w:r>
        <w:t xml:space="preserve">        if (!ratioSuppressed &amp;&amp; !versionSuppressed &amp;&amp; !versionSubsetSuppressed &amp;&amp; byVersion.size() == 1) {</w:t>
      </w:r>
    </w:p>
    <w:p>
      <w:pPr>
        <w:pStyle w:val="CodeLine"/>
      </w:pPr>
      <w:r>
        <w:t xml:space="preserve">            single = byVersion.values().iterator().next();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boolean insufficient = population &gt; 0 &amp;&amp; population &lt; FairnessDisclosureGuard.MIN_INDEPENDENT_CANDIDA</w:t>
      </w:r>
    </w:p>
    <w:p>
      <w:pPr>
        <w:pStyle w:val="CodeLine"/>
      </w:pPr>
      <w:r>
        <w:t>TES;</w:t>
      </w:r>
    </w:p>
    <w:p>
      <w:pPr>
        <w:pStyle w:val="CodeLine"/>
      </w:pPr>
      <w:r>
        <w:t xml:space="preserve">        String availability = population == 0 ? "NO_DATA" : insufficient ? "INSUFFICIENT_SAMPLE"</w:t>
      </w:r>
    </w:p>
    <w:p>
      <w:pPr>
        <w:pStyle w:val="CodeLine"/>
      </w:pPr>
      <w:r>
        <w:t xml:space="preserve">                : (derivedSuppressed || distributionSuppressed ? "SUPPRESSED" : "AVAILABLE");</w:t>
      </w:r>
    </w:p>
    <w:p>
      <w:pPr>
        <w:pStyle w:val="CodeLine"/>
      </w:pPr>
      <w:r>
        <w:t xml:space="preserve">        String reason = population == 0 ? "NO_SNAPSHOT_POPULATION" : insufficient ?</w:t>
      </w:r>
    </w:p>
    <w:p>
      <w:pPr>
        <w:pStyle w:val="CodeLine"/>
      </w:pPr>
      <w:r>
        <w:t>"INDEPENDENT_CANDIDATE_THRESHOLD_NOT_MET"</w:t>
      </w:r>
    </w:p>
    <w:p>
      <w:pPr>
        <w:pStyle w:val="CodeLine"/>
      </w:pPr>
      <w:r>
        <w:t xml:space="preserve">                : (derivedSuppressed ? "SMALL_CELL_OR_COMPLEMENT_RISK"</w:t>
      </w:r>
    </w:p>
    <w:p>
      <w:pPr>
        <w:pStyle w:val="CodeLine"/>
      </w:pPr>
      <w:r>
        <w:t xml:space="preserve">                : distributionSuppressed ? "SMALL_BUCKET_OR_COMPLEMENT_RISK" : null);</w:t>
      </w:r>
    </w:p>
    <w:p>
      <w:pPr>
        <w:pStyle w:val="CodeLine"/>
      </w:pPr>
      <w:r>
        <w:t xml:space="preserve">        boolean anyVersion = aggregate.frequenciesByVersion().values().stream().anyMatch(v -&gt; v != null &amp;&amp;</w:t>
      </w:r>
    </w:p>
    <w:p>
      <w:pPr>
        <w:pStyle w:val="CodeLine"/>
      </w:pPr>
      <w:r>
        <w:t>!v.isEmpty());</w:t>
      </w:r>
    </w:p>
    <w:p>
      <w:pPr>
        <w:pStyle w:val="CodeLine"/>
      </w:pPr>
      <w:r>
        <w:t xml:space="preserve">        if (!anyVersion &amp;&amp; population &gt;= FairnessDisclosureGuard.MIN_INDEPENDENT_CANDIDATES) reason =</w:t>
      </w:r>
    </w:p>
    <w:p>
      <w:pPr>
        <w:pStyle w:val="CodeLine"/>
      </w:pPr>
      <w:r>
        <w:t>"NO_COHERENT_VERSION_SCORE";</w:t>
      </w:r>
    </w:p>
    <w:p>
      <w:pPr>
        <w:pStyle w:val="CodeLine"/>
        <w:pageBreakBefore/>
      </w:pPr>
      <w:r>
        <w:t xml:space="preserve">        return FairnessResponse.Overview.builder().basis("CURRENT_STORED_SNAPSHOTS").scope("SCORED_SNAPSHOT_P</w:t>
      </w:r>
    </w:p>
    <w:p>
      <w:pPr>
        <w:pStyle w:val="CodeLine"/>
      </w:pPr>
      <w:r>
        <w:t>OPULATION")</w:t>
      </w:r>
    </w:p>
    <w:p>
      <w:pPr>
        <w:pStyle w:val="CodeLine"/>
      </w:pPr>
      <w:r>
        <w:t xml:space="preserve">                .period(period).capturedAt(captured).populationSize(population)</w:t>
      </w:r>
    </w:p>
    <w:p>
      <w:pPr>
        <w:pStyle w:val="CodeLine"/>
      </w:pPr>
      <w:r>
        <w:t xml:space="preserve">                .computableSnapshotRatio(ratioSuppressed ? null : FairnessStatisticsCalculator.ratio(computab</w:t>
      </w:r>
    </w:p>
    <w:p>
      <w:pPr>
        <w:pStyle w:val="CodeLine"/>
      </w:pPr>
      <w:r>
        <w:t>le, population))</w:t>
      </w:r>
    </w:p>
    <w:p>
      <w:pPr>
        <w:pStyle w:val="CodeLine"/>
      </w:pPr>
      <w:r>
        <w:t xml:space="preserve">                .confidence(FairnessStatisticsCalculator.confidence(population))</w:t>
      </w:r>
    </w:p>
    <w:p>
      <w:pPr>
        <w:pStyle w:val="CodeLine"/>
      </w:pPr>
      <w:r>
        <w:t xml:space="preserve">                .riskLevel(insufficient ? "INSUFFICIENT_SAMPLE" : derivedSuppressed ? null :</w:t>
      </w:r>
    </w:p>
    <w:p>
      <w:pPr>
        <w:pStyle w:val="CodeLine"/>
      </w:pPr>
      <w:r>
        <w:t>highestRisk(byVersion.values()))</w:t>
      </w:r>
    </w:p>
    <w:p>
      <w:pPr>
        <w:pStyle w:val="CodeLine"/>
      </w:pPr>
      <w:r>
        <w:t xml:space="preserve">                // A protected version count plus a safe sibling count can</w:t>
      </w:r>
    </w:p>
    <w:p>
      <w:pPr>
        <w:pStyle w:val="CodeLine"/>
      </w:pPr>
      <w:r>
        <w:t xml:space="preserve">                // reconstruct the protected total; hide the version-count</w:t>
      </w:r>
    </w:p>
    <w:p>
      <w:pPr>
        <w:pStyle w:val="CodeLine"/>
      </w:pPr>
      <w:r>
        <w:t xml:space="preserve">                // group whenever any version cell is unsafe.</w:t>
      </w:r>
    </w:p>
    <w:p>
      <w:pPr>
        <w:pStyle w:val="CodeLine"/>
      </w:pPr>
      <w:r>
        <w:t xml:space="preserve">                .versionCounts(ratioSuppressed || versionSuppressed || versionSubsetSuppressed ? null :</w:t>
      </w:r>
    </w:p>
    <w:p>
      <w:pPr>
        <w:pStyle w:val="CodeLine"/>
      </w:pPr>
      <w:r>
        <w:t>versions)</w:t>
      </w:r>
    </w:p>
    <w:p>
      <w:pPr>
        <w:pStyle w:val="CodeLine"/>
      </w:pPr>
      <w:r>
        <w:t xml:space="preserve">                .mixedVersionCount(ratioSuppressed || versionSuppressed || versionSubsetSuppressed ? null :</w:t>
      </w:r>
    </w:p>
    <w:p>
      <w:pPr>
        <w:pStyle w:val="CodeLine"/>
      </w:pPr>
      <w:r>
        <w:t>versions.getOrDefault("MIXED",</w:t>
      </w:r>
    </w:p>
    <w:p>
      <w:pPr>
        <w:pStyle w:val="CodeLine"/>
      </w:pPr>
      <w:r>
        <w:t>0))</w:t>
      </w:r>
    </w:p>
    <w:p>
      <w:pPr>
        <w:pStyle w:val="CodeLine"/>
      </w:pPr>
      <w:r>
        <w:t xml:space="preserve">                .unknownVersionCount(ratioSuppressed || versionSuppressed || versionSubsetSuppressed ? null</w:t>
      </w:r>
    </w:p>
    <w:p>
      <w:pPr>
        <w:pStyle w:val="CodeLine"/>
      </w:pPr>
      <w:r>
        <w:t>: versions.getOrDefault("UNKNOWN",</w:t>
      </w:r>
    </w:p>
    <w:p>
      <w:pPr>
        <w:pStyle w:val="CodeLine"/>
      </w:pPr>
      <w:r>
        <w:t>0))</w:t>
      </w:r>
    </w:p>
    <w:p>
      <w:pPr>
        <w:pStyle w:val="CodeLine"/>
      </w:pPr>
      <w:r>
        <w:t xml:space="preserve">                .distribution(ratioSuppressed || versionSuppressed ? null : single)</w:t>
      </w:r>
    </w:p>
    <w:p>
      <w:pPr>
        <w:pStyle w:val="CodeLine"/>
      </w:pPr>
      <w:r>
        <w:t xml:space="preserve">                // When only a version-local complement is unsafe, preserve</w:t>
      </w:r>
    </w:p>
    <w:p>
      <w:pPr>
        <w:pStyle w:val="CodeLine"/>
      </w:pPr>
      <w:r>
        <w:t xml:space="preserve">                // safe sibling distributions but keep the unsafe cell</w:t>
      </w:r>
    </w:p>
    <w:p>
      <w:pPr>
        <w:pStyle w:val="CodeLine"/>
      </w:pPr>
      <w:r>
        <w:t xml:space="preserve">                // explicitly SUPPRESSED with no numeric statistics.</w:t>
      </w:r>
    </w:p>
    <w:p>
      <w:pPr>
        <w:pStyle w:val="CodeLine"/>
      </w:pPr>
      <w:r>
        <w:t xml:space="preserve">                .distributionsByRulesVersion(ratioSuppressed || versionSuppressed ? null : byVersion)</w:t>
      </w:r>
    </w:p>
    <w:p>
      <w:pPr>
        <w:pStyle w:val="CodeLine"/>
      </w:pPr>
      <w:r>
        <w:t xml:space="preserve">                .coherentVersionSubset(ratioSuppressed || versionSuppressed ? null : new</w:t>
      </w:r>
    </w:p>
    <w:p>
      <w:pPr>
        <w:pStyle w:val="CodeLine"/>
      </w:pPr>
      <w:r>
        <w:t>ArrayList&lt;&gt;(byVersion.keySet()))</w:t>
      </w:r>
    </w:p>
    <w:p>
      <w:pPr>
        <w:pStyle w:val="CodeLine"/>
      </w:pPr>
      <w:r>
        <w:t xml:space="preserve">                .availability(availability).reason(reason).build();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@Transactional(readOnly = true)</w:t>
      </w:r>
    </w:p>
    <w:p>
      <w:pPr>
        <w:pStyle w:val="CodeLine"/>
      </w:pPr>
      <w:r>
        <w:t xml:space="preserve">    public FairnessResponse.Dimensions dimensions(Long adminUserId, String period, String</w:t>
      </w:r>
    </w:p>
    <w:p>
      <w:pPr>
        <w:pStyle w:val="CodeLine"/>
      </w:pPr>
      <w:r>
        <w:t>requestedDimension)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assertAdmin(adminUserId);</w:t>
      </w:r>
    </w:p>
    <w:p>
      <w:pPr>
        <w:pStyle w:val="CodeLine"/>
      </w:pPr>
      <w:r>
        <w:t xml:space="preserve">        Instant captured = Instant.now();</w:t>
      </w:r>
    </w:p>
    <w:p>
      <w:pPr>
        <w:pStyle w:val="CodeLine"/>
      </w:pPr>
      <w:r>
        <w:t xml:space="preserve">        String validPeriod = validatePeriod(period, captured);</w:t>
      </w:r>
    </w:p>
    <w:p>
      <w:pPr>
        <w:pStyle w:val="CodeLine"/>
      </w:pPr>
      <w:r>
        <w:t xml:space="preserve">        if (requestedDimension != null &amp;&amp; !DIMENSIONS.contains(requestedDimension)) {</w:t>
      </w:r>
    </w:p>
    <w:p>
      <w:pPr>
        <w:pStyle w:val="CodeLine"/>
      </w:pPr>
      <w:r>
        <w:t xml:space="preserve">            throw new BusinessException(ErrorCode.BAD_REQUEST, "invalid dimension");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List&lt;FairnessMonitoringRepository.SnapshotAggregateRow&gt; aggregates =</w:t>
      </w:r>
    </w:p>
    <w:p>
      <w:pPr>
        <w:pStyle w:val="CodeLine"/>
      </w:pPr>
      <w:r>
        <w:t>repository.findSnapshotAggregates(validPeriod);</w:t>
      </w:r>
    </w:p>
    <w:p>
      <w:pPr>
        <w:pStyle w:val="CodeLine"/>
      </w:pPr>
      <w:r>
        <w:t xml:space="preserve">        int population = repository.findSnapshotPopulation(validPeriod);</w:t>
      </w:r>
    </w:p>
    <w:p>
      <w:pPr>
        <w:pStyle w:val="CodeLine"/>
      </w:pPr>
      <w:r>
        <w:t xml:space="preserve">        List&lt;String&gt; targets = requestedDimension == null ? DIMENSIONS.stream().sorted().toList() :</w:t>
      </w:r>
    </w:p>
    <w:p>
      <w:pPr>
        <w:pStyle w:val="CodeLine"/>
      </w:pPr>
      <w:r>
        <w:t>List.of(requestedDimension);</w:t>
      </w:r>
    </w:p>
    <w:p>
      <w:pPr>
        <w:pStyle w:val="CodeLine"/>
      </w:pPr>
      <w:r>
        <w:t xml:space="preserve">        List&lt;FairnessResponse.DimensionMetric&gt; result = new ArrayList&lt;&gt;();</w:t>
      </w:r>
    </w:p>
    <w:p>
      <w:pPr>
        <w:pStyle w:val="CodeLine"/>
      </w:pPr>
      <w:r>
        <w:t xml:space="preserve">        for (String dimension : targets) {</w:t>
      </w:r>
    </w:p>
    <w:p>
      <w:pPr>
        <w:pStyle w:val="CodeLine"/>
      </w:pPr>
      <w:r>
        <w:t xml:space="preserve">            List&lt;FairnessMonitoringRepository.SnapshotAggregateRow&gt; items = aggregates.stream()</w:t>
      </w:r>
    </w:p>
    <w:p>
      <w:pPr>
        <w:pStyle w:val="CodeLine"/>
      </w:pPr>
      <w:r>
        <w:t xml:space="preserve">                    .filter(r -&gt; dimension.equals(r.dimension())).toList();</w:t>
      </w:r>
    </w:p>
    <w:p>
      <w:pPr>
        <w:pStyle w:val="CodeLine"/>
      </w:pPr>
      <w:r>
        <w:t xml:space="preserve">            int rowCount = sum(items);</w:t>
      </w:r>
    </w:p>
    <w:p>
      <w:pPr>
        <w:pStyle w:val="CodeLine"/>
      </w:pPr>
      <w:r>
        <w:t xml:space="preserve">            int missing = Math.max(0, population - rowCount);</w:t>
      </w:r>
    </w:p>
    <w:p>
      <w:pPr>
        <w:pStyle w:val="CodeLine"/>
      </w:pPr>
      <w:r>
        <w:t xml:space="preserve">            int nullScore = sum(items.stream().filter(r -&gt; r.score() == null).toList());</w:t>
      </w:r>
    </w:p>
    <w:p>
      <w:pPr>
        <w:pStyle w:val="CodeLine"/>
      </w:pPr>
      <w:r>
        <w:t xml:space="preserve">            int valid = sum(items.stream().filter(this::isValidAggregate).toList());</w:t>
      </w:r>
    </w:p>
    <w:p>
      <w:pPr>
        <w:pStyle w:val="CodeLine"/>
      </w:pPr>
      <w:r>
        <w:t xml:space="preserve">            Map&lt;String, Integer&gt; statuses = groupCounts(items, true);</w:t>
      </w:r>
    </w:p>
    <w:p>
      <w:pPr>
        <w:pStyle w:val="CodeLine"/>
      </w:pPr>
      <w:r>
        <w:t xml:space="preserve">            Map&lt;String, Integer&gt; versions = groupCounts(items, false);</w:t>
      </w:r>
    </w:p>
    <w:p>
      <w:pPr>
        <w:pStyle w:val="CodeLine"/>
      </w:pPr>
      <w:r>
        <w:t xml:space="preserve">            Map&lt;String, List&lt;FairnessStatisticsCalculator.ScoreFrequency&gt;&gt; frequencies = new</w:t>
      </w:r>
    </w:p>
    <w:p>
      <w:pPr>
        <w:pStyle w:val="CodeLine"/>
      </w:pPr>
      <w:r>
        <w:t>LinkedHashMap&lt;&gt;();</w:t>
      </w:r>
    </w:p>
    <w:p>
      <w:pPr>
        <w:pStyle w:val="CodeLine"/>
      </w:pPr>
      <w:r>
        <w:t xml:space="preserve">            for (var item : items) if (isValidAggregate(item)) {</w:t>
      </w:r>
    </w:p>
    <w:p>
      <w:pPr>
        <w:pStyle w:val="CodeLine"/>
      </w:pPr>
      <w:r>
        <w:t xml:space="preserve">                frequencies.computeIfAbsent(normaliseVersion(item.rulesVersion()), ignored -&gt; new</w:t>
      </w:r>
    </w:p>
    <w:p>
      <w:pPr>
        <w:pStyle w:val="CodeLine"/>
      </w:pPr>
      <w:r>
        <w:t>ArrayList&lt;&gt;())</w:t>
      </w:r>
    </w:p>
    <w:p>
      <w:pPr>
        <w:pStyle w:val="CodeLine"/>
      </w:pPr>
      <w:r>
        <w:t xml:space="preserve">                        .add(new FairnessStatisticsCalculator.ScoreFrequency(item.score(),</w:t>
      </w:r>
    </w:p>
    <w:p>
      <w:pPr>
        <w:pStyle w:val="CodeLine"/>
      </w:pPr>
      <w:r>
        <w:t>item.candidateCount()));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    boolean bucketSuppressed = frequencies.values().stream()</w:t>
      </w:r>
    </w:p>
    <w:p>
      <w:pPr>
        <w:pStyle w:val="CodeLine"/>
      </w:pPr>
      <w:r>
        <w:t xml:space="preserve">                    .map(FairnessStatisticsCalculator::distributionFromFrequencies)</w:t>
      </w:r>
    </w:p>
    <w:p>
      <w:pPr>
        <w:pStyle w:val="CodeLine"/>
      </w:pPr>
      <w:r>
        <w:t xml:space="preserve">                    .anyMatch(d -&gt; "SUPPRESSED".equals(d.getAvailability()));</w:t>
      </w:r>
    </w:p>
    <w:p>
      <w:pPr>
        <w:pStyle w:val="CodeLine"/>
      </w:pPr>
      <w:r>
        <w:t xml:space="preserve">            Map&lt;String, FairnessResponse.Distribution&gt; byVersion = new LinkedHashMap&lt;&gt;();</w:t>
      </w:r>
    </w:p>
    <w:p>
      <w:pPr>
        <w:pStyle w:val="CodeLine"/>
      </w:pPr>
      <w:r>
        <w:t xml:space="preserve">            Map&lt;String, Boolean&gt; suppressedVersions = new LinkedHashMap&lt;&gt;();</w:t>
      </w:r>
    </w:p>
    <w:p>
      <w:pPr>
        <w:pStyle w:val="CodeLine"/>
      </w:pPr>
      <w:r>
        <w:t xml:space="preserve">            frequencies.forEach((v, f) -&gt; {</w:t>
      </w:r>
    </w:p>
    <w:p>
      <w:pPr>
        <w:pStyle w:val="CodeLine"/>
      </w:pPr>
      <w:r>
        <w:t xml:space="preserve">                int versionPopulation = versions.getOrDefault(v, 0);</w:t>
      </w:r>
    </w:p>
    <w:p>
      <w:pPr>
        <w:pStyle w:val="CodeLine"/>
      </w:pPr>
      <w:r>
        <w:t xml:space="preserve">                boolean subsetSuppressed = versionPopulation &gt; 0</w:t>
      </w:r>
    </w:p>
    <w:p>
      <w:pPr>
        <w:pStyle w:val="CodeLine"/>
      </w:pPr>
      <w:r>
        <w:t xml:space="preserve">                        &amp;&amp; FairnessDisclosureGuard.suppressRatio(versionPopulation, frequencyCount(f));</w:t>
      </w:r>
    </w:p>
    <w:p>
      <w:pPr>
        <w:pStyle w:val="CodeLine"/>
      </w:pPr>
      <w:r>
        <w:t xml:space="preserve">                suppressedVersions.put(v, subsetSuppressed);</w:t>
      </w:r>
    </w:p>
    <w:p>
      <w:pPr>
        <w:pStyle w:val="CodeLine"/>
      </w:pPr>
      <w:r>
        <w:t xml:space="preserve">                byVersion.put(v, subsetSuppressed</w:t>
      </w:r>
    </w:p>
    <w:p>
      <w:pPr>
        <w:pStyle w:val="CodeLine"/>
        <w:pageBreakBefore/>
      </w:pPr>
      <w:r>
        <w:t xml:space="preserve">                        ? suppressedDistribution()</w:t>
      </w:r>
    </w:p>
    <w:p>
      <w:pPr>
        <w:pStyle w:val="CodeLine"/>
      </w:pPr>
      <w:r>
        <w:t xml:space="preserve">                        : FairnessStatisticsCalculator.distributionFromFrequencies(f));</w:t>
      </w:r>
    </w:p>
    <w:p>
      <w:pPr>
        <w:pStyle w:val="CodeLine"/>
      </w:pPr>
      <w:r>
        <w:t xml:space="preserve">            });</w:t>
      </w:r>
    </w:p>
    <w:p>
      <w:pPr>
        <w:pStyle w:val="CodeLine"/>
      </w:pPr>
      <w:r>
        <w:t xml:space="preserve">            FairnessResponse.Distribution distribution = FairnessStatisticsCalculator.distributionFromFrequen</w:t>
      </w:r>
    </w:p>
    <w:p>
      <w:pPr>
        <w:pStyle w:val="CodeLine"/>
      </w:pPr>
      <w:r>
        <w:t>cies(</w:t>
      </w:r>
    </w:p>
    <w:p>
      <w:pPr>
        <w:pStyle w:val="CodeLine"/>
      </w:pPr>
      <w:r>
        <w:t xml:space="preserve">                    frequencies.values().stream().flatMap(List::stream).toList());</w:t>
      </w:r>
    </w:p>
    <w:p>
      <w:pPr>
        <w:pStyle w:val="CodeLine"/>
      </w:pPr>
      <w:r>
        <w:t xml:space="preserve">            int inconsistent = sum(items.stream().filter(r -&gt; ("OK".equals(r.status()) ||</w:t>
      </w:r>
    </w:p>
    <w:p>
      <w:pPr>
        <w:pStyle w:val="CodeLine"/>
      </w:pPr>
      <w:r>
        <w:t>"ESTIMATED".equals(r.status())) != (r.score() !=</w:t>
      </w:r>
    </w:p>
    <w:p>
      <w:pPr>
        <w:pStyle w:val="CodeLine"/>
      </w:pPr>
      <w:r>
        <w:t>null)).toList());</w:t>
      </w:r>
    </w:p>
    <w:p>
      <w:pPr>
        <w:pStyle w:val="CodeLine"/>
      </w:pPr>
      <w:r>
        <w:t xml:space="preserve">            int unknownStatus = sum(items.stream().filter(r -&gt; !KNOWN_STATUSES.contains(r.status())).toList()</w:t>
      </w:r>
    </w:p>
    <w:p>
      <w:pPr>
        <w:pStyle w:val="CodeLine"/>
      </w:pPr>
      <w:r>
        <w:t>);</w:t>
      </w:r>
    </w:p>
    <w:p>
      <w:pPr>
        <w:pStyle w:val="CodeLine"/>
      </w:pPr>
      <w:r>
        <w:t xml:space="preserve">            int outOfRange = sum(items.stream().filter(r -&gt; r.score() != null &amp;&amp;</w:t>
      </w:r>
    </w:p>
    <w:p>
      <w:pPr>
        <w:pStyle w:val="CodeLine"/>
      </w:pPr>
      <w:r>
        <w:t>!validScore(r.score())).toList());</w:t>
      </w:r>
    </w:p>
    <w:p>
      <w:pPr>
        <w:pStyle w:val="CodeLine"/>
      </w:pPr>
      <w:r>
        <w:t xml:space="preserve">            int unknownRules = sum(items.stream().filter(r -&gt; !KNOWN_RULES.contains(r.rulesVersion())).toList</w:t>
      </w:r>
    </w:p>
    <w:p>
      <w:pPr>
        <w:pStyle w:val="CodeLine"/>
      </w:pPr>
      <w:r>
        <w:t>());</w:t>
      </w:r>
    </w:p>
    <w:p>
      <w:pPr>
        <w:pStyle w:val="CodeLine"/>
      </w:pPr>
      <w:r>
        <w:t xml:space="preserve">            boolean versionSubsetSuppressed = suppressedVersions.values().stream().anyMatch(Boolean.TRUE::equ</w:t>
      </w:r>
    </w:p>
    <w:p>
      <w:pPr>
        <w:pStyle w:val="CodeLine"/>
      </w:pPr>
      <w:r>
        <w:t>als);</w:t>
      </w:r>
    </w:p>
    <w:p>
      <w:pPr>
        <w:pStyle w:val="CodeLine"/>
      </w:pPr>
      <w:r>
        <w:t xml:space="preserve">            boolean baseSuppress = FairnessDisclosureGuard.suppressCells(population,</w:t>
      </w:r>
    </w:p>
    <w:p>
      <w:pPr>
        <w:pStyle w:val="CodeLine"/>
      </w:pPr>
      <w:r>
        <w:t xml:space="preserve">                    List.of(rowCount, missing, nullScore, valid, inconsistent, unknownStatus, outOfRange,</w:t>
      </w:r>
    </w:p>
    <w:p>
      <w:pPr>
        <w:pStyle w:val="CodeLine"/>
      </w:pPr>
      <w:r>
        <w:t>unknownRules),</w:t>
      </w:r>
    </w:p>
    <w:p>
      <w:pPr>
        <w:pStyle w:val="CodeLine"/>
      </w:pPr>
      <w:r>
        <w:t>true)</w:t>
      </w:r>
    </w:p>
    <w:p>
      <w:pPr>
        <w:pStyle w:val="CodeLine"/>
      </w:pPr>
      <w:r>
        <w:t xml:space="preserve">                    || FairnessDisclosureGuard.suppressCells(population, statuses.values(), true)</w:t>
      </w:r>
    </w:p>
    <w:p>
      <w:pPr>
        <w:pStyle w:val="CodeLine"/>
      </w:pPr>
      <w:r>
        <w:t xml:space="preserve">                    || FairnessDisclosureGuard.suppressCells(population, versions.values(), true)</w:t>
      </w:r>
    </w:p>
    <w:p>
      <w:pPr>
        <w:pStyle w:val="CodeLine"/>
      </w:pPr>
      <w:r>
        <w:t xml:space="preserve">                    || "SUPPRESSED".equals(distribution.getAvailability())</w:t>
      </w:r>
    </w:p>
    <w:p>
      <w:pPr>
        <w:pStyle w:val="CodeLine"/>
      </w:pPr>
      <w:r>
        <w:t xml:space="preserve">                    || bucketSuppressed;</w:t>
      </w:r>
    </w:p>
    <w:p>
      <w:pPr>
        <w:pStyle w:val="CodeLine"/>
      </w:pPr>
      <w:r>
        <w:t xml:space="preserve">            // A version-local unsafe complement suppresses aggregate fields</w:t>
      </w:r>
    </w:p>
    <w:p>
      <w:pPr>
        <w:pStyle w:val="CodeLine"/>
      </w:pPr>
      <w:r>
        <w:t xml:space="preserve">            // that could be combined with a safe sibling to recover it, but</w:t>
      </w:r>
    </w:p>
    <w:p>
      <w:pPr>
        <w:pStyle w:val="CodeLine"/>
      </w:pPr>
      <w:r>
        <w:t xml:space="preserve">            // does not erase a safe sibling distribution.</w:t>
      </w:r>
    </w:p>
    <w:p>
      <w:pPr>
        <w:pStyle w:val="CodeLine"/>
      </w:pPr>
      <w:r>
        <w:t xml:space="preserve">            boolean suppress = baseSuppress || versionSubsetSuppressed;</w:t>
      </w:r>
    </w:p>
    <w:p>
      <w:pPr>
        <w:pStyle w:val="CodeLine"/>
      </w:pPr>
      <w:r>
        <w:t xml:space="preserve">            boolean insufficient = population &gt; 0 &amp;&amp; (population &lt;</w:t>
      </w:r>
    </w:p>
    <w:p>
      <w:pPr>
        <w:pStyle w:val="CodeLine"/>
      </w:pPr>
      <w:r>
        <w:t>FairnessDisclosureGuard.MIN_INDEPENDENT_CANDIDATES</w:t>
      </w:r>
    </w:p>
    <w:p>
      <w:pPr>
        <w:pStyle w:val="CodeLine"/>
      </w:pPr>
      <w:r>
        <w:t xml:space="preserve">                    || (valid &gt; 0 &amp;&amp; valid &lt; FairnessDisclosureGuard.MIN_INDEPENDENT_CANDIDATES));</w:t>
      </w:r>
    </w:p>
    <w:p>
      <w:pPr>
        <w:pStyle w:val="CodeLine"/>
      </w:pPr>
      <w:r>
        <w:t xml:space="preserve">            String availability = population == 0 ? "NO_DATA" : insufficient ? "INSUFFICIENT_SAMPLE"</w:t>
      </w:r>
    </w:p>
    <w:p>
      <w:pPr>
        <w:pStyle w:val="CodeLine"/>
      </w:pPr>
      <w:r>
        <w:t xml:space="preserve">                    : suppress ? "SUPPRESSED" : valid == 0 ? "NO_DATA" : "AVAILABLE";</w:t>
      </w:r>
    </w:p>
    <w:p>
      <w:pPr>
        <w:pStyle w:val="CodeLine"/>
      </w:pPr>
      <w:r>
        <w:t xml:space="preserve">            String reason = population == 0 ? "NO_SNAPSHOT_POPULATION" : insufficient ?</w:t>
      </w:r>
    </w:p>
    <w:p>
      <w:pPr>
        <w:pStyle w:val="CodeLine"/>
      </w:pPr>
      <w:r>
        <w:t>"INDEPENDENT_CANDIDATE_THRESHOLD_NOT_MET"</w:t>
      </w:r>
    </w:p>
    <w:p>
      <w:pPr>
        <w:pStyle w:val="CodeLine"/>
      </w:pPr>
      <w:r>
        <w:t xml:space="preserve">                    : suppress ? "SMALL_CELL_OR_COMPLEMENT_RISK" : valid == 0 ? "NO_VALID_SCORE" : null;</w:t>
      </w:r>
    </w:p>
    <w:p>
      <w:pPr>
        <w:pStyle w:val="CodeLine"/>
      </w:pPr>
      <w:r>
        <w:t xml:space="preserve">            result.add(FairnessResponse.DimensionMetric.builder().dimension(dimension).populationSize(populat</w:t>
      </w:r>
    </w:p>
    <w:p>
      <w:pPr>
        <w:pStyle w:val="CodeLine"/>
      </w:pPr>
      <w:r>
        <w:t>ion)</w:t>
      </w:r>
    </w:p>
    <w:p>
      <w:pPr>
        <w:pStyle w:val="CodeLine"/>
      </w:pPr>
      <w:r>
        <w:t xml:space="preserve">                    .rowCount(suppress ? null : rowCount).missingRowCount(suppress ? null : missing)</w:t>
      </w:r>
    </w:p>
    <w:p>
      <w:pPr>
        <w:pStyle w:val="CodeLine"/>
      </w:pPr>
      <w:r>
        <w:t xml:space="preserve">                    .validSampleSize(suppress ? null : valid).confidence(suppress ? null :</w:t>
      </w:r>
    </w:p>
    <w:p>
      <w:pPr>
        <w:pStyle w:val="CodeLine"/>
      </w:pPr>
      <w:r>
        <w:t>FairnessStatisticsCalculator.confidence(valid))</w:t>
      </w:r>
    </w:p>
    <w:p>
      <w:pPr>
        <w:pStyle w:val="CodeLine"/>
      </w:pPr>
      <w:r>
        <w:t xml:space="preserve">                    .missingRowRate(suppress ? null : FairnessStatisticsCalculator.ratio(missing,</w:t>
      </w:r>
    </w:p>
    <w:p>
      <w:pPr>
        <w:pStyle w:val="CodeLine"/>
      </w:pPr>
      <w:r>
        <w:t>population))</w:t>
      </w:r>
    </w:p>
    <w:p>
      <w:pPr>
        <w:pStyle w:val="CodeLine"/>
      </w:pPr>
      <w:r>
        <w:t xml:space="preserve">                    .nullScoreRate(suppress ? null : FairnessStatisticsCalculator.ratio(nullScore,</w:t>
      </w:r>
    </w:p>
    <w:p>
      <w:pPr>
        <w:pStyle w:val="CodeLine"/>
      </w:pPr>
      <w:r>
        <w:t>population))</w:t>
      </w:r>
    </w:p>
    <w:p>
      <w:pPr>
        <w:pStyle w:val="CodeLine"/>
      </w:pPr>
      <w:r>
        <w:t xml:space="preserve">                    .validCoverage(suppress ? null : FairnessStatisticsCalculator.ratio(valid, population))</w:t>
      </w:r>
    </w:p>
    <w:p>
      <w:pPr>
        <w:pStyle w:val="CodeLine"/>
      </w:pPr>
      <w:r>
        <w:t xml:space="preserve">                    .statusCounts(suppress ? null : statuses).versionCounts(suppress ? null : versions)</w:t>
      </w:r>
    </w:p>
    <w:p>
      <w:pPr>
        <w:pStyle w:val="CodeLine"/>
      </w:pPr>
      <w:r>
        <w:t xml:space="preserve">                    .inconsistentRecordCount(suppress ? null : inconsistent).unknownStatusCount(suppress ?</w:t>
      </w:r>
    </w:p>
    <w:p>
      <w:pPr>
        <w:pStyle w:val="CodeLine"/>
      </w:pPr>
      <w:r>
        <w:t>null : unknownStatus)</w:t>
      </w:r>
    </w:p>
    <w:p>
      <w:pPr>
        <w:pStyle w:val="CodeLine"/>
      </w:pPr>
      <w:r>
        <w:t xml:space="preserve">                    .outOfRangeScoreCount(suppress ? null : outOfRange).unknownRulesVersionCount(suppress ?</w:t>
      </w:r>
    </w:p>
    <w:p>
      <w:pPr>
        <w:pStyle w:val="CodeLine"/>
      </w:pPr>
      <w:r>
        <w:t>null : unknownRules)</w:t>
      </w:r>
    </w:p>
    <w:p>
      <w:pPr>
        <w:pStyle w:val="CodeLine"/>
      </w:pPr>
      <w:r>
        <w:t xml:space="preserve">                    .distribution(baseSuppress || versionSubsetSuppressed ? null : distribution)</w:t>
      </w:r>
    </w:p>
    <w:p>
      <w:pPr>
        <w:pStyle w:val="CodeLine"/>
      </w:pPr>
      <w:r>
        <w:t xml:space="preserve">                    .distributionsByRulesVersion(baseSuppress ? null : byVersion)</w:t>
      </w:r>
    </w:p>
    <w:p>
      <w:pPr>
        <w:pStyle w:val="CodeLine"/>
      </w:pPr>
      <w:r>
        <w:t xml:space="preserve">                    .availability(availability).reason(reason).build());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boolean allNoData = result.stream().allMatch(r -&gt; "NO_DATA".equals(r.getAvailability()));</w:t>
      </w:r>
    </w:p>
    <w:p>
      <w:pPr>
        <w:pStyle w:val="CodeLine"/>
      </w:pPr>
      <w:r>
        <w:t xml:space="preserve">        boolean anyInsufficient = result.stream().anyMatch(r -&gt; "INSUFFICIENT_SAMPLE".equals(r.getAvailabilit</w:t>
      </w:r>
    </w:p>
    <w:p>
      <w:pPr>
        <w:pStyle w:val="CodeLine"/>
      </w:pPr>
      <w:r>
        <w:t>y()));</w:t>
      </w:r>
    </w:p>
    <w:p>
      <w:pPr>
        <w:pStyle w:val="CodeLine"/>
      </w:pPr>
      <w:r>
        <w:t xml:space="preserve">        boolean anySuppressed = result.stream().anyMatch(r -&gt; "SUPPRESSED".equals(r.getAvailability()));</w:t>
      </w:r>
    </w:p>
    <w:p>
      <w:pPr>
        <w:pStyle w:val="CodeLine"/>
      </w:pPr>
      <w:r>
        <w:t xml:space="preserve">        return FairnessResponse.Dimensions.builder().basis("CURRENT_STORED_SNAPSHOTS").scope("SCORED_SNAPSHOT</w:t>
      </w:r>
    </w:p>
    <w:p>
      <w:pPr>
        <w:pStyle w:val="CodeLine"/>
      </w:pPr>
      <w:r>
        <w:t>_POPULATION")</w:t>
      </w:r>
    </w:p>
    <w:p>
      <w:pPr>
        <w:pStyle w:val="CodeLine"/>
      </w:pPr>
      <w:r>
        <w:t xml:space="preserve">                .period(validPeriod).capturedAt(captured).dimensions(result)</w:t>
      </w:r>
    </w:p>
    <w:p>
      <w:pPr>
        <w:pStyle w:val="CodeLine"/>
      </w:pPr>
      <w:r>
        <w:t xml:space="preserve">                .availability(allNoData ? "NO_DATA" : anySuppressed ? "SUPPRESSED" : anyInsufficient ?</w:t>
      </w:r>
    </w:p>
    <w:p>
      <w:pPr>
        <w:pStyle w:val="CodeLine"/>
      </w:pPr>
      <w:r>
        <w:t>"INSUFFICIENT_SAMPLE" :</w:t>
      </w:r>
    </w:p>
    <w:p>
      <w:pPr>
        <w:pStyle w:val="CodeLine"/>
      </w:pPr>
      <w:r>
        <w:t>"AVAILABLE")</w:t>
      </w:r>
    </w:p>
    <w:p>
      <w:pPr>
        <w:pStyle w:val="CodeLine"/>
      </w:pPr>
      <w:r>
        <w:t xml:space="preserve">                .reason(allNoData ? "NO_SNAPSHOT_POPULATION" : anySuppressed ?</w:t>
      </w:r>
    </w:p>
    <w:p>
      <w:pPr>
        <w:pStyle w:val="CodeLine"/>
      </w:pPr>
      <w:r>
        <w:t>"SMALL_CELL_OR_COMPLEMENT_RISK"</w:t>
      </w:r>
    </w:p>
    <w:p>
      <w:pPr>
        <w:pStyle w:val="CodeLine"/>
      </w:pPr>
      <w:r>
        <w:t xml:space="preserve">                        : anyInsufficient ? "INDEPENDENT_CANDIDATE_THRESHOLD_NOT_MET" : null).build();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@Transactional(readOnly = true)</w:t>
      </w:r>
    </w:p>
    <w:p>
      <w:pPr>
        <w:pStyle w:val="CodeLine"/>
      </w:pPr>
      <w:r>
        <w:t xml:space="preserve">    public FairnessResponse.Unavailable drift(Long adminUserId) {</w:t>
      </w:r>
    </w:p>
    <w:p>
      <w:pPr>
        <w:pStyle w:val="CodeLine"/>
        <w:pageBreakBefore/>
      </w:pPr>
      <w:r>
        <w:t xml:space="preserve">        assertAdmin(adminUserId);</w:t>
      </w:r>
    </w:p>
    <w:p>
      <w:pPr>
        <w:pStyle w:val="CodeLine"/>
      </w:pPr>
      <w:r>
        <w:t xml:space="preserve">        return unavailable("IMMUTABLE_SCORE_HISTORY_NOT_AVAILABLE");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@Transactional(readOnly = true)</w:t>
      </w:r>
    </w:p>
    <w:p>
      <w:pPr>
        <w:pStyle w:val="CodeLine"/>
      </w:pPr>
      <w:r>
        <w:t xml:space="preserve">    public FairnessResponse.Unavailable rankingStability(Long adminUserId) {</w:t>
      </w:r>
    </w:p>
    <w:p>
      <w:pPr>
        <w:pStyle w:val="CodeLine"/>
      </w:pPr>
      <w:r>
        <w:t xml:space="preserve">        assertAdmin(adminUserId);</w:t>
      </w:r>
    </w:p>
    <w:p>
      <w:pPr>
        <w:pStyle w:val="CodeLine"/>
      </w:pPr>
      <w:r>
        <w:t xml:space="preserve">        return unavailable("RANKING_SNAPSHOT_HISTORY_NOT_AVAILABLE");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@Transactional(readOnly = true)</w:t>
      </w:r>
    </w:p>
    <w:p>
      <w:pPr>
        <w:pStyle w:val="CodeLine"/>
      </w:pPr>
      <w:r>
        <w:t xml:space="preserve">    public FairnessResponse.Appeals appeals(Long adminUserId, LocalDate from, LocalDate to) {</w:t>
      </w:r>
    </w:p>
    <w:p>
      <w:pPr>
        <w:pStyle w:val="CodeLine"/>
      </w:pPr>
      <w:r>
        <w:t xml:space="preserve">        assertAdmin(adminUserId);</w:t>
      </w:r>
    </w:p>
    <w:p>
      <w:pPr>
        <w:pStyle w:val="CodeLine"/>
      </w:pPr>
      <w:r>
        <w:t xml:space="preserve">        Instant captured = Instant.now();</w:t>
      </w:r>
    </w:p>
    <w:p>
      <w:pPr>
        <w:pStyle w:val="CodeLine"/>
      </w:pPr>
      <w:r>
        <w:t xml:space="preserve">        LocalDate today = LocalDateTime.ofInstant(captured, ZONE).toLocalDate();</w:t>
      </w:r>
    </w:p>
    <w:p>
      <w:pPr>
        <w:pStyle w:val="CodeLine"/>
      </w:pPr>
      <w:r>
        <w:t xml:space="preserve">        LocalDate end = to == null ? today : to;</w:t>
      </w:r>
    </w:p>
    <w:p>
      <w:pPr>
        <w:pStyle w:val="CodeLine"/>
      </w:pPr>
      <w:r>
        <w:t xml:space="preserve">        LocalDate start = from == null ? end.minusDays(30) : from;</w:t>
      </w:r>
    </w:p>
    <w:p>
      <w:pPr>
        <w:pStyle w:val="CodeLine"/>
      </w:pPr>
      <w:r>
        <w:t xml:space="preserve">        if (from == null ^ to == null) throw new BusinessException(ErrorCode.BAD_REQUEST, "from and to must</w:t>
      </w:r>
    </w:p>
    <w:p>
      <w:pPr>
        <w:pStyle w:val="CodeLine"/>
      </w:pPr>
      <w:r>
        <w:t>be provided together");</w:t>
      </w:r>
    </w:p>
    <w:p>
      <w:pPr>
        <w:pStyle w:val="CodeLine"/>
      </w:pPr>
      <w:r>
        <w:t xml:space="preserve">        if (!start.isBefore(end) || end.isAfter(today) || ChronoUnit.DAYS.between(start, end) &gt; 90) {</w:t>
      </w:r>
    </w:p>
    <w:p>
      <w:pPr>
        <w:pStyle w:val="CodeLine"/>
      </w:pPr>
      <w:r>
        <w:t xml:space="preserve">            throw new BusinessException(ErrorCode.BAD_REQUEST, "invalid appeal date range");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FairnessMonitoringRepository.AppealAggregateSummary aggregate =</w:t>
      </w:r>
    </w:p>
    <w:p>
      <w:pPr>
        <w:pStyle w:val="CodeLine"/>
      </w:pPr>
      <w:r>
        <w:t>repository.findAppealAggregateSummary(</w:t>
      </w:r>
    </w:p>
    <w:p>
      <w:pPr>
        <w:pStyle w:val="CodeLine"/>
      </w:pPr>
      <w:r>
        <w:t xml:space="preserve">                start.atStartOfDay(ZONE).toLocalDateTime(), end.atStartOfDay(ZONE).toLocalDateTime());</w:t>
      </w:r>
    </w:p>
    <w:p>
      <w:pPr>
        <w:pStyle w:val="CodeLine"/>
      </w:pPr>
      <w:r>
        <w:t xml:space="preserve">        if (aggregate == null) aggregate = FairnessMonitoringRepository.AppealAggregateSummary.empty();</w:t>
      </w:r>
    </w:p>
    <w:p>
      <w:pPr>
        <w:pStyle w:val="CodeLine"/>
      </w:pPr>
      <w:r>
        <w:t xml:space="preserve">        return appealsFromSummary(start, end, captured, aggregate);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FairnessResponse.Appeals appealsFromSummary(LocalDate start, LocalDate end, Instant captured,</w:t>
      </w:r>
    </w:p>
    <w:p>
      <w:pPr>
        <w:pStyle w:val="CodeLine"/>
      </w:pPr>
      <w:r>
        <w:t xml:space="preserve">                                                        FairnessMonitoringRepository.AppealAggregateSummary</w:t>
      </w:r>
    </w:p>
    <w:p>
      <w:pPr>
        <w:pStyle w:val="CodeLine"/>
      </w:pPr>
      <w:r>
        <w:t>a) {</w:t>
      </w:r>
    </w:p>
    <w:p>
      <w:pPr>
        <w:pStyle w:val="CodeLine"/>
      </w:pPr>
      <w:r>
        <w:t xml:space="preserve">        int population = a.sampleSize();</w:t>
      </w:r>
    </w:p>
    <w:p>
      <w:pPr>
        <w:pStyle w:val="CodeLine"/>
      </w:pPr>
      <w:r>
        <w:t xml:space="preserve">        boolean enough = population &gt;= FairnessDisclosureGuard.MIN_INDEPENDENT_CANDIDATES;</w:t>
      </w:r>
    </w:p>
    <w:p>
      <w:pPr>
        <w:pStyle w:val="CodeLine"/>
      </w:pPr>
      <w:r>
        <w:t xml:space="preserve">        boolean comparableEnough = a.comparableRollbackCandidateCount() &gt;=</w:t>
      </w:r>
    </w:p>
    <w:p>
      <w:pPr>
        <w:pStyle w:val="CodeLine"/>
      </w:pPr>
      <w:r>
        <w:t>FairnessDisclosureGuard.MIN_INDEPENDENT_CANDIDATES;</w:t>
      </w:r>
    </w:p>
    <w:p>
      <w:pPr>
        <w:pStyle w:val="CodeLine"/>
      </w:pPr>
      <w:r>
        <w:t xml:space="preserve">        boolean statusSuppressed = FairnessDisclosureGuard.suppressCells(population,</w:t>
      </w:r>
    </w:p>
    <w:p>
      <w:pPr>
        <w:pStyle w:val="CodeLine"/>
      </w:pPr>
      <w:r>
        <w:t>a.statusCandidateCounts().values(),</w:t>
      </w:r>
    </w:p>
    <w:p>
      <w:pPr>
        <w:pStyle w:val="CodeLine"/>
      </w:pPr>
      <w:r>
        <w:t>true);</w:t>
      </w:r>
    </w:p>
    <w:p>
      <w:pPr>
        <w:pStyle w:val="CodeLine"/>
      </w:pPr>
      <w:r>
        <w:t xml:space="preserve">        boolean reasonSuppressed = FairnessDisclosureGuard.suppressCells(population,</w:t>
      </w:r>
    </w:p>
    <w:p>
      <w:pPr>
        <w:pStyle w:val="CodeLine"/>
      </w:pPr>
      <w:r>
        <w:t xml:space="preserve">                List.of(a.duplicateRollbackHistoryCount(), a.invalidScoreRollbackCount(),</w:t>
      </w:r>
    </w:p>
    <w:p>
      <w:pPr>
        <w:pStyle w:val="CodeLine"/>
      </w:pPr>
      <w:r>
        <w:t>a.ruleVersionChangedRollbackCount()),</w:t>
      </w:r>
    </w:p>
    <w:p>
      <w:pPr>
        <w:pStyle w:val="CodeLine"/>
      </w:pPr>
      <w:r>
        <w:t>true);</w:t>
      </w:r>
    </w:p>
    <w:p>
      <w:pPr>
        <w:pStyle w:val="CodeLine"/>
      </w:pPr>
      <w:r>
        <w:t xml:space="preserve">        boolean duplicateSuppressed = FairnessDisclosureGuard.suppressCells(population,</w:t>
      </w:r>
    </w:p>
    <w:p>
      <w:pPr>
        <w:pStyle w:val="CodeLine"/>
      </w:pPr>
      <w:r>
        <w:t>List.of(a.duplicateAppealCandidateCount()),</w:t>
      </w:r>
    </w:p>
    <w:p>
      <w:pPr>
        <w:pStyle w:val="CodeLine"/>
      </w:pPr>
      <w:r>
        <w:t>true);</w:t>
      </w:r>
    </w:p>
    <w:p>
      <w:pPr>
        <w:pStyle w:val="CodeLine"/>
      </w:pPr>
      <w:r>
        <w:t xml:space="preserve">        boolean approvalSuppressed = FairnessDisclosureGuard.suppressCells(population,</w:t>
      </w:r>
    </w:p>
    <w:p>
      <w:pPr>
        <w:pStyle w:val="CodeLine"/>
      </w:pPr>
      <w:r>
        <w:t>List.of(a.approvedEverCount()),</w:t>
      </w:r>
    </w:p>
    <w:p>
      <w:pPr>
        <w:pStyle w:val="CodeLine"/>
      </w:pPr>
      <w:r>
        <w:t>true)</w:t>
      </w:r>
    </w:p>
    <w:p>
      <w:pPr>
        <w:pStyle w:val="CodeLine"/>
      </w:pPr>
      <w:r>
        <w:t xml:space="preserve">                || FairnessDisclosureGuard.suppressRatio(a.approvalDenominatorCount(),</w:t>
      </w:r>
    </w:p>
    <w:p>
      <w:pPr>
        <w:pStyle w:val="CodeLine"/>
      </w:pPr>
      <w:r>
        <w:t>a.approvedEverCount());</w:t>
      </w:r>
    </w:p>
    <w:p>
      <w:pPr>
        <w:pStyle w:val="CodeLine"/>
      </w:pPr>
      <w:r>
        <w:t xml:space="preserve">        boolean rollbackSuppressed = FairnessDisclosureGuard.suppressRatio(a.approvedEverCount(),</w:t>
      </w:r>
    </w:p>
    <w:p>
      <w:pPr>
        <w:pStyle w:val="CodeLine"/>
      </w:pPr>
      <w:r>
        <w:t>a.rolledBackCandidateCount());</w:t>
      </w:r>
    </w:p>
    <w:p>
      <w:pPr>
        <w:pStyle w:val="CodeLine"/>
      </w:pPr>
      <w:r>
        <w:t xml:space="preserve">        // All statistics derived from comparable rollback rows share one</w:t>
      </w:r>
    </w:p>
    <w:p>
      <w:pPr>
        <w:pStyle w:val="CodeLine"/>
      </w:pPr>
      <w:r>
        <w:t xml:space="preserve">        // disclosure decision.  A small comparable population must not leave</w:t>
      </w:r>
    </w:p>
    <w:p>
      <w:pPr>
        <w:pStyle w:val="CodeLine"/>
      </w:pPr>
      <w:r>
        <w:t xml:space="preserve">        // changed counts/rates or deltas visible beside a suppressed denominator.</w:t>
      </w:r>
    </w:p>
    <w:p>
      <w:pPr>
        <w:pStyle w:val="CodeLine"/>
      </w:pPr>
      <w:r>
        <w:t xml:space="preserve">        boolean comparableGroupSuppressed = a.comparableRollbackCount() &gt; 0</w:t>
      </w:r>
    </w:p>
    <w:p>
      <w:pPr>
        <w:pStyle w:val="CodeLine"/>
      </w:pPr>
      <w:r>
        <w:t xml:space="preserve">                &amp;&amp; FairnessDisclosureGuard.suppressCells(</w:t>
      </w:r>
    </w:p>
    <w:p>
      <w:pPr>
        <w:pStyle w:val="CodeLine"/>
      </w:pPr>
      <w:r>
        <w:t xml:space="preserve">                a.comparableRollbackCandidateCount(),</w:t>
      </w:r>
    </w:p>
    <w:p>
      <w:pPr>
        <w:pStyle w:val="CodeLine"/>
      </w:pPr>
      <w:r>
        <w:t xml:space="preserve">                List.of(a.changedCandidateCount(), a.unchangedCandidateCount()), true);</w:t>
      </w:r>
    </w:p>
    <w:p>
      <w:pPr>
        <w:pStyle w:val="CodeLine"/>
      </w:pPr>
      <w:r>
        <w:t xml:space="preserve">        boolean hidden = statusSuppressed || reasonSuppressed || duplicateSuppressed || approvalSuppressed</w:t>
      </w:r>
    </w:p>
    <w:p>
      <w:pPr>
        <w:pStyle w:val="CodeLine"/>
      </w:pPr>
      <w:r>
        <w:t xml:space="preserve">                || rollbackSuppressed;</w:t>
      </w:r>
    </w:p>
    <w:p>
      <w:pPr>
        <w:pStyle w:val="CodeLine"/>
      </w:pPr>
      <w:r>
        <w:t xml:space="preserve">        boolean comparableHidden = hidden || comparableGroupSuppressed;</w:t>
      </w:r>
    </w:p>
    <w:p>
      <w:pPr>
        <w:pStyle w:val="CodeLine"/>
      </w:pPr>
      <w:r>
        <w:t xml:space="preserve">        String availability = population == 0 ? "NO_DATA" : !enough ? "INSUFFICIENT_SAMPLE"</w:t>
      </w:r>
    </w:p>
    <w:p>
      <w:pPr>
        <w:pStyle w:val="CodeLine"/>
      </w:pPr>
      <w:r>
        <w:t xml:space="preserve">                : a.comparableRollbackCount() &gt; 0 &amp;&amp; !comparableEnough ? "INSUFFICIENT_SAMPLE"</w:t>
      </w:r>
    </w:p>
    <w:p>
      <w:pPr>
        <w:pStyle w:val="CodeLine"/>
      </w:pPr>
      <w:r>
        <w:t xml:space="preserve">                : (hidden || comparableGroupSuppressed) ? "SUPPRESSED" : "AVAILABLE";</w:t>
      </w:r>
    </w:p>
    <w:p>
      <w:pPr>
        <w:pStyle w:val="CodeLine"/>
      </w:pPr>
      <w:r>
        <w:t xml:space="preserve">        String reason = population == 0 ? "NO_APPEAL_POPULATION" : !enough ?</w:t>
      </w:r>
    </w:p>
    <w:p>
      <w:pPr>
        <w:pStyle w:val="CodeLine"/>
      </w:pPr>
      <w:r>
        <w:t>"INDEPENDENT_CANDIDATE_THRESHOLD_NOT_MET"</w:t>
      </w:r>
    </w:p>
    <w:p>
      <w:pPr>
        <w:pStyle w:val="CodeLine"/>
      </w:pPr>
      <w:r>
        <w:t xml:space="preserve">                : a.comparableRollbackCount() &gt; 0 &amp;&amp; !comparableEnough ?</w:t>
      </w:r>
    </w:p>
    <w:p>
      <w:pPr>
        <w:pStyle w:val="CodeLine"/>
      </w:pPr>
      <w:r>
        <w:t>"COMPARABLE_CANDIDATE_THRESHOLD_NOT_MET"</w:t>
      </w:r>
    </w:p>
    <w:p>
      <w:pPr>
        <w:pStyle w:val="CodeLine"/>
      </w:pPr>
      <w:r>
        <w:t xml:space="preserve">                : (hidden || comparableGroupSuppressed) ? "SMALL_CELL_OR_COMPLEMENT_RISK" : null;</w:t>
      </w:r>
    </w:p>
    <w:p>
      <w:pPr>
        <w:pStyle w:val="CodeLine"/>
      </w:pPr>
      <w:r>
        <w:t xml:space="preserve">        Map&lt;String, Integer&gt; reasons = new LinkedHashMap&lt;&gt;();</w:t>
      </w:r>
    </w:p>
    <w:p>
      <w:pPr>
        <w:pStyle w:val="CodeLine"/>
      </w:pPr>
      <w:r>
        <w:t xml:space="preserve">        reasons.put("DUPLICATE_ROLLBACK_HISTORY", a.duplicateRollbackHistoryCount());</w:t>
      </w:r>
    </w:p>
    <w:p>
      <w:pPr>
        <w:pStyle w:val="CodeLine"/>
      </w:pPr>
      <w:r>
        <w:t xml:space="preserve">        reasons.put("INVALID_SCORE", a.invalidScoreRollbackCount());</w:t>
      </w:r>
    </w:p>
    <w:p>
      <w:pPr>
        <w:pStyle w:val="CodeLine"/>
      </w:pPr>
      <w:r>
        <w:t xml:space="preserve">        reasons.put("RULE_VERSION_CHANGED", a.ruleVersionChangedRollbackCount());</w:t>
      </w:r>
    </w:p>
    <w:p>
      <w:pPr>
        <w:pStyle w:val="CodeLine"/>
        <w:pageBreakBefore/>
      </w:pPr>
      <w:r>
        <w:t xml:space="preserve">        BigDecimal meanDelta = a.comparableRollbackCount() == 0 ? null</w:t>
      </w:r>
    </w:p>
    <w:p>
      <w:pPr>
        <w:pStyle w:val="CodeLine"/>
      </w:pPr>
      <w:r>
        <w:t xml:space="preserve">                : a.deltaSum().divide(BigDecimal.valueOf(a.comparableRollbackCount()), 2,</w:t>
      </w:r>
    </w:p>
    <w:p>
      <w:pPr>
        <w:pStyle w:val="CodeLine"/>
      </w:pPr>
      <w:r>
        <w:t>RoundingMode.HALF_UP);</w:t>
      </w:r>
    </w:p>
    <w:p>
      <w:pPr>
        <w:pStyle w:val="CodeLine"/>
      </w:pPr>
      <w:r>
        <w:t xml:space="preserve">        BigDecimal meanAbs = a.comparableRollbackCount() == 0 ? null</w:t>
      </w:r>
    </w:p>
    <w:p>
      <w:pPr>
        <w:pStyle w:val="CodeLine"/>
      </w:pPr>
      <w:r>
        <w:t xml:space="preserve">                : a.absDeltaSum().divide(BigDecimal.valueOf(a.comparableRollbackCount()), 2,</w:t>
      </w:r>
    </w:p>
    <w:p>
      <w:pPr>
        <w:pStyle w:val="CodeLine"/>
      </w:pPr>
      <w:r>
        <w:t>RoundingMode.HALF_UP);</w:t>
      </w:r>
    </w:p>
    <w:p>
      <w:pPr>
        <w:pStyle w:val="CodeLine"/>
      </w:pPr>
      <w:r>
        <w:t xml:space="preserve">        boolean hideComparable = comparableHidden || !comparableEnough;</w:t>
      </w:r>
    </w:p>
    <w:p>
      <w:pPr>
        <w:pStyle w:val="CodeLine"/>
      </w:pPr>
      <w:r>
        <w:t xml:space="preserve">        return FairnessResponse.Appeals.builder().basis("APPEAL_CREATION_QUEUE_CURRENT_STATE")</w:t>
      </w:r>
    </w:p>
    <w:p>
      <w:pPr>
        <w:pStyle w:val="CodeLine"/>
      </w:pPr>
      <w:r>
        <w:t xml:space="preserve">                .from(start.toString()).to(end.toString()).capturedAt(captured).appealCount(a.appealCount()).</w:t>
      </w:r>
    </w:p>
    <w:p>
      <w:pPr>
        <w:pStyle w:val="CodeLine"/>
      </w:pPr>
      <w:r>
        <w:t>sampleSize(population)</w:t>
      </w:r>
    </w:p>
    <w:p>
      <w:pPr>
        <w:pStyle w:val="CodeLine"/>
      </w:pPr>
      <w:r>
        <w:t xml:space="preserve">                .statusCounts(hidden ? null : a.statusCandidateCounts()).statusEventCounts(hidden ? null :</w:t>
      </w:r>
    </w:p>
    <w:p>
      <w:pPr>
        <w:pStyle w:val="CodeLine"/>
      </w:pPr>
      <w:r>
        <w:t>a.statusEventCounts())</w:t>
      </w:r>
    </w:p>
    <w:p>
      <w:pPr>
        <w:pStyle w:val="CodeLine"/>
      </w:pPr>
      <w:r>
        <w:t xml:space="preserve">                .statusCandidateCounts(hidden ? null : a.statusCandidateCounts()).confidence(FairnessStatisti</w:t>
      </w:r>
    </w:p>
    <w:p>
      <w:pPr>
        <w:pStyle w:val="CodeLine"/>
      </w:pPr>
      <w:r>
        <w:t>csCalculator.confidence(population))</w:t>
      </w:r>
    </w:p>
    <w:p>
      <w:pPr>
        <w:pStyle w:val="CodeLine"/>
      </w:pPr>
      <w:r>
        <w:t xml:space="preserve">                .approvedEverCount(!hidden &amp;&amp; enough ? a.approvedEverCount() : null)</w:t>
      </w:r>
    </w:p>
    <w:p>
      <w:pPr>
        <w:pStyle w:val="CodeLine"/>
      </w:pPr>
      <w:r>
        <w:t xml:space="preserve">                .approvalRate(hidden ? null : FairnessStatisticsCalculator.ratio(a.approvedEverCount(),</w:t>
      </w:r>
    </w:p>
    <w:p>
      <w:pPr>
        <w:pStyle w:val="CodeLine"/>
      </w:pPr>
      <w:r>
        <w:t>a.approvalDenominatorCount()))</w:t>
      </w:r>
    </w:p>
    <w:p>
      <w:pPr>
        <w:pStyle w:val="CodeLine"/>
      </w:pPr>
      <w:r>
        <w:t xml:space="preserve">                .rollbackExecutionRate(hidden ? null : FairnessStatisticsCalculator.ratio(a.rolledBackCandida</w:t>
      </w:r>
    </w:p>
    <w:p>
      <w:pPr>
        <w:pStyle w:val="CodeLine"/>
      </w:pPr>
      <w:r>
        <w:t>teCount(), a.approvedEverCount()))</w:t>
      </w:r>
    </w:p>
    <w:p>
      <w:pPr>
        <w:pStyle w:val="CodeLine"/>
      </w:pPr>
      <w:r>
        <w:t xml:space="preserve">                .duplicateAppealCount(!hidden &amp;&amp; enough ? a.duplicateAppealCandidateCount() : null)</w:t>
      </w:r>
    </w:p>
    <w:p>
      <w:pPr>
        <w:pStyle w:val="CodeLine"/>
      </w:pPr>
      <w:r>
        <w:t xml:space="preserve">                .duplicateAppealRate(!hidden &amp;&amp; enough ? FairnessStatisticsCalculator.ratio(a.duplicateAppeal</w:t>
      </w:r>
    </w:p>
    <w:p>
      <w:pPr>
        <w:pStyle w:val="CodeLine"/>
      </w:pPr>
      <w:r>
        <w:t>CandidateCount(), population) :</w:t>
      </w:r>
    </w:p>
    <w:p>
      <w:pPr>
        <w:pStyle w:val="CodeLine"/>
      </w:pPr>
      <w:r>
        <w:t>null)</w:t>
      </w:r>
    </w:p>
    <w:p>
      <w:pPr>
        <w:pStyle w:val="CodeLine"/>
      </w:pPr>
      <w:r>
        <w:t xml:space="preserve">                .comparableRollbackCount(hideComparable ? null : a.comparableRollbackCount())</w:t>
      </w:r>
    </w:p>
    <w:p>
      <w:pPr>
        <w:pStyle w:val="CodeLine"/>
      </w:pPr>
      <w:r>
        <w:t xml:space="preserve">                .comparableRollbackCandidateCount(hideComparable ? null :</w:t>
      </w:r>
    </w:p>
    <w:p>
      <w:pPr>
        <w:pStyle w:val="CodeLine"/>
      </w:pPr>
      <w:r>
        <w:t>a.comparableRollbackCandidateCount())</w:t>
      </w:r>
    </w:p>
    <w:p>
      <w:pPr>
        <w:pStyle w:val="CodeLine"/>
      </w:pPr>
      <w:r>
        <w:t xml:space="preserve">                .changedCount(comparableHidden ? null : a.changedCount())</w:t>
      </w:r>
    </w:p>
    <w:p>
      <w:pPr>
        <w:pStyle w:val="CodeLine"/>
      </w:pPr>
      <w:r>
        <w:t xml:space="preserve">                .changedCandidateCount(comparableHidden ? null : a.changedCandidateCount())</w:t>
      </w:r>
    </w:p>
    <w:p>
      <w:pPr>
        <w:pStyle w:val="CodeLine"/>
      </w:pPr>
      <w:r>
        <w:t xml:space="preserve">                .actualScoreChangeRate(comparableHidden ? null</w:t>
      </w:r>
    </w:p>
    <w:p>
      <w:pPr>
        <w:pStyle w:val="CodeLine"/>
      </w:pPr>
      <w:r>
        <w:t xml:space="preserve">                        : FairnessStatisticsCalculator.ratio(a.changedCount(), a.comparableRollbackCount()))</w:t>
      </w:r>
    </w:p>
    <w:p>
      <w:pPr>
        <w:pStyle w:val="CodeLine"/>
      </w:pPr>
      <w:r>
        <w:t xml:space="preserve">                .meanDelta(comparableHidden ? null : meanDelta)</w:t>
      </w:r>
    </w:p>
    <w:p>
      <w:pPr>
        <w:pStyle w:val="CodeLine"/>
      </w:pPr>
      <w:r>
        <w:t xml:space="preserve">                .meanAbsoluteDelta(comparableHidden ? null : meanAbs)</w:t>
      </w:r>
    </w:p>
    <w:p>
      <w:pPr>
        <w:pStyle w:val="CodeLine"/>
      </w:pPr>
      <w:r>
        <w:t xml:space="preserve">                .duplicateRollbackHistoryCount(hidden ? null : a.duplicateRollbackHistoryCount())</w:t>
      </w:r>
    </w:p>
    <w:p>
      <w:pPr>
        <w:pStyle w:val="CodeLine"/>
      </w:pPr>
      <w:r>
        <w:t xml:space="preserve">                .invalidScoreRollbackCount(hidden ? null : a.invalidScoreRollbackCount())</w:t>
      </w:r>
    </w:p>
    <w:p>
      <w:pPr>
        <w:pStyle w:val="CodeLine"/>
      </w:pPr>
      <w:r>
        <w:t xml:space="preserve">                .ruleVersionChangedRollbackCount(hidden ? null : a.ruleVersionChangedRollbackCount())</w:t>
      </w:r>
    </w:p>
    <w:p>
      <w:pPr>
        <w:pStyle w:val="CodeLine"/>
      </w:pPr>
      <w:r>
        <w:t xml:space="preserve">                .reasonCounts(hidden ? null : reasons).availability(availability).reason(reason)</w:t>
      </w:r>
    </w:p>
    <w:p>
      <w:pPr>
        <w:pStyle w:val="CodeLine"/>
      </w:pPr>
      <w:r>
        <w:t xml:space="preserve">                .exposureAppealRateAvailability("UNAVAILABLE").exposureAppealRateReason("EXPOSURE_DENOMINATOR</w:t>
      </w:r>
    </w:p>
    <w:p>
      <w:pPr>
        <w:pStyle w:val="CodeLine"/>
      </w:pPr>
      <w:r>
        <w:t>_NOT_AVAILABLE").build();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int sum(List&lt;FairnessMonitoringRepository.SnapshotAggregateRow&gt; rows) {</w:t>
      </w:r>
    </w:p>
    <w:p>
      <w:pPr>
        <w:pStyle w:val="CodeLine"/>
      </w:pPr>
      <w:r>
        <w:t xml:space="preserve">        return rows.stream().mapToInt(FairnessMonitoringRepository.SnapshotAggregateRow::candidateCount).sum(</w:t>
      </w:r>
    </w:p>
    <w:p>
      <w:pPr>
        <w:pStyle w:val="CodeLine"/>
      </w:pPr>
      <w:r>
        <w:t>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Map&lt;String, Integer&gt; groupCounts(List&lt;FairnessMonitoringRepository.SnapshotAggregateRow&gt; rows,</w:t>
      </w:r>
    </w:p>
    <w:p>
      <w:pPr>
        <w:pStyle w:val="CodeLine"/>
      </w:pPr>
      <w:r>
        <w:t>boolean status)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Map&lt;String, Integer&gt; result = new LinkedHashMap&lt;&gt;();</w:t>
      </w:r>
    </w:p>
    <w:p>
      <w:pPr>
        <w:pStyle w:val="CodeLine"/>
      </w:pPr>
      <w:r>
        <w:t xml:space="preserve">        for (var row : rows) {</w:t>
      </w:r>
    </w:p>
    <w:p>
      <w:pPr>
        <w:pStyle w:val="CodeLine"/>
      </w:pPr>
      <w:r>
        <w:t xml:space="preserve">            String key = status ? (KNOWN_STATUSES.contains(row.status()) ? row.status() : "UNKNOWN") :</w:t>
      </w:r>
    </w:p>
    <w:p>
      <w:pPr>
        <w:pStyle w:val="CodeLine"/>
      </w:pPr>
      <w:r>
        <w:t>normaliseVersion(row.rulesVersion());</w:t>
      </w:r>
    </w:p>
    <w:p>
      <w:pPr>
        <w:pStyle w:val="CodeLine"/>
      </w:pPr>
      <w:r>
        <w:t xml:space="preserve">            result.merge(key, row.candidateCount(), Integer::sum);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return result;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boolean isValidAggregate(FairnessMonitoringRepository.SnapshotAggregateRow row) {</w:t>
      </w:r>
    </w:p>
    <w:p>
      <w:pPr>
        <w:pStyle w:val="CodeLine"/>
      </w:pPr>
      <w:r>
        <w:t xml:space="preserve">        return ("OK".equals(row.status()) || "ESTIMATED".equals(row.status())) &amp;&amp; validScore(row.score());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boolean validScore(BigDecimal value) {</w:t>
      </w:r>
    </w:p>
    <w:p>
      <w:pPr>
        <w:pStyle w:val="CodeLine"/>
      </w:pPr>
      <w:r>
        <w:t xml:space="preserve">        return value != null &amp;&amp; value.compareTo(BigDecimal.ZERO) &gt;= 0 &amp;&amp;</w:t>
      </w:r>
    </w:p>
    <w:p>
      <w:pPr>
        <w:pStyle w:val="CodeLine"/>
      </w:pPr>
      <w:r>
        <w:t>value.compareTo(BigDecimal.valueOf(100)) &lt;=</w:t>
      </w:r>
    </w:p>
    <w:p>
      <w:pPr>
        <w:pStyle w:val="CodeLine"/>
      </w:pPr>
      <w:r>
        <w:t>0;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String normaliseVersion(String value) { return KNOWN_RULES.contains(value) ? value : "UNKNOWN"; }</w:t>
      </w:r>
    </w:p>
    <w:p>
      <w:pPr>
        <w:pStyle w:val="CodeLine"/>
      </w:pPr>
      <w:r>
        <w:t xml:space="preserve">    private String highestRisk(Iterable&lt;FairnessResponse.Distribution&gt; distributions) {</w:t>
      </w:r>
    </w:p>
    <w:p>
      <w:pPr>
        <w:pStyle w:val="CodeLine"/>
      </w:pPr>
      <w:r>
        <w:t xml:space="preserve">        String risk = null;</w:t>
      </w:r>
    </w:p>
    <w:p>
      <w:pPr>
        <w:pStyle w:val="CodeLine"/>
      </w:pPr>
      <w:r>
        <w:t xml:space="preserve">        for (var d : distributions) {</w:t>
      </w:r>
    </w:p>
    <w:p>
      <w:pPr>
        <w:pStyle w:val="CodeLine"/>
      </w:pPr>
      <w:r>
        <w:t xml:space="preserve">            if ("HIGH".equals(d.getRiskLevel())) return "HIGH";</w:t>
      </w:r>
    </w:p>
    <w:p>
      <w:pPr>
        <w:pStyle w:val="CodeLine"/>
      </w:pPr>
      <w:r>
        <w:t xml:space="preserve">            if ("WARNING".equals(d.getRiskLevel())) risk = "WARNING";</w:t>
      </w:r>
    </w:p>
    <w:p>
      <w:pPr>
        <w:pStyle w:val="CodeLine"/>
      </w:pPr>
      <w:r>
        <w:t xml:space="preserve">            if ("NORMAL".equals(d.getRiskLevel()) &amp;&amp; risk == null) risk = "NORMAL";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return risk;</w:t>
      </w:r>
    </w:p>
    <w:p>
      <w:pPr>
        <w:pStyle w:val="CodeLine"/>
      </w:pPr>
      <w:r>
        <w:t xml:space="preserve">    }</w:t>
      </w:r>
    </w:p>
    <w:p>
      <w:pPr>
        <w:pStyle w:val="CodeLine"/>
        <w:pageBreakBefore/>
      </w:pPr>
      <w:r>
        <w:t xml:space="preserve">    private int frequencyCount(List&lt;FairnessStatisticsCalculator.ScoreFrequency&gt; frequencies) {</w:t>
      </w:r>
    </w:p>
    <w:p>
      <w:pPr>
        <w:pStyle w:val="CodeLine"/>
      </w:pPr>
      <w:r>
        <w:t xml:space="preserve">        return frequencies == null ? 0 : frequencies.stream().filter(f -&gt; f != null &amp;&amp; f.count() &gt; 0)</w:t>
      </w:r>
    </w:p>
    <w:p>
      <w:pPr>
        <w:pStyle w:val="CodeLine"/>
      </w:pPr>
      <w:r>
        <w:t xml:space="preserve">                .mapToInt(FairnessStatisticsCalculator.ScoreFrequency::count).sum();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FairnessResponse.Distribution suppressedDistribution() {</w:t>
      </w:r>
    </w:p>
    <w:p>
      <w:pPr>
        <w:pStyle w:val="CodeLine"/>
      </w:pPr>
      <w:r>
        <w:t xml:space="preserve">        return FairnessResponse.Distribution.builder()</w:t>
      </w:r>
    </w:p>
    <w:p>
      <w:pPr>
        <w:pStyle w:val="CodeLine"/>
      </w:pPr>
      <w:r>
        <w:t xml:space="preserve">                .availability("SUPPRESSED")</w:t>
      </w:r>
    </w:p>
    <w:p>
      <w:pPr>
        <w:pStyle w:val="CodeLine"/>
      </w:pPr>
      <w:r>
        <w:t xml:space="preserve">                .reason("SMALL_CELL_OR_COMPLEMENT_RISK")</w:t>
      </w:r>
    </w:p>
    <w:p>
      <w:pPr>
        <w:pStyle w:val="CodeLine"/>
      </w:pPr>
      <w:r>
        <w:t xml:space="preserve">                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FairnessResponse.Unavailable unavailable(String reason) {</w:t>
      </w:r>
    </w:p>
    <w:p>
      <w:pPr>
        <w:pStyle w:val="CodeLine"/>
      </w:pPr>
      <w:r>
        <w:t xml:space="preserve">        return FairnessResponse.Unavailable.builder().availability("UNAVAILABLE").reason(reason).capturedAt(I</w:t>
      </w:r>
    </w:p>
    <w:p>
      <w:pPr>
        <w:pStyle w:val="CodeLine"/>
      </w:pPr>
      <w:r>
        <w:t>nstant.now()).build();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String validatePeriod(String value, Instant capturedAt) {</w:t>
      </w:r>
    </w:p>
    <w:p>
      <w:pPr>
        <w:pStyle w:val="CodeLine"/>
      </w:pPr>
      <w:r>
        <w:t xml:space="preserve">        if (value == null || !value.matches("\\d{4}-\\d{2}")) throw new</w:t>
      </w:r>
    </w:p>
    <w:p>
      <w:pPr>
        <w:pStyle w:val="CodeLine"/>
      </w:pPr>
      <w:r>
        <w:t>BusinessException(ErrorCode.BAD_REQUEST, "period must be</w:t>
      </w:r>
    </w:p>
    <w:p>
      <w:pPr>
        <w:pStyle w:val="CodeLine"/>
      </w:pPr>
      <w:r>
        <w:t>yyyy-MM");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LocalDate parsed = LocalDate.parse(value + "-01", DateTimeFormatter.ISO_LOCAL_DATE);</w:t>
      </w:r>
    </w:p>
    <w:p>
      <w:pPr>
        <w:pStyle w:val="CodeLine"/>
      </w:pPr>
      <w:r>
        <w:t xml:space="preserve">            String current = LocalDateTime.ofInstant(capturedAt, ZONE).toLocalDate().format(PERIOD);</w:t>
      </w:r>
    </w:p>
    <w:p>
      <w:pPr>
        <w:pStyle w:val="CodeLine"/>
      </w:pPr>
      <w:r>
        <w:t xml:space="preserve">            if (value.compareTo(current) &gt; 0) throw new BusinessException(ErrorCode.BAD_REQUEST, "period</w:t>
      </w:r>
    </w:p>
    <w:p>
      <w:pPr>
        <w:pStyle w:val="CodeLine"/>
      </w:pPr>
      <w:r>
        <w:t>cannot be in the</w:t>
      </w:r>
    </w:p>
    <w:p>
      <w:pPr>
        <w:pStyle w:val="CodeLine"/>
      </w:pPr>
      <w:r>
        <w:t>future");</w:t>
      </w:r>
    </w:p>
    <w:p>
      <w:pPr>
        <w:pStyle w:val="CodeLine"/>
      </w:pPr>
      <w:r>
        <w:t xml:space="preserve">            return parsed.format(PERIOD);</w:t>
      </w:r>
    </w:p>
    <w:p>
      <w:pPr>
        <w:pStyle w:val="CodeLine"/>
      </w:pPr>
      <w:r>
        <w:t xml:space="preserve">        } catch (DateTimeParseException e) {</w:t>
      </w:r>
    </w:p>
    <w:p>
      <w:pPr>
        <w:pStyle w:val="CodeLine"/>
      </w:pPr>
      <w:r>
        <w:t xml:space="preserve">            throw new BusinessException(ErrorCode.BAD_REQUEST, "invalid period");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com.mydreamjob.scoringmonitoring;</w:t>
      </w:r>
    </w:p>
    <w:p>
      <w:pPr>
        <w:pStyle w:val="CodeLine"/>
      </w:pPr>
      <w:r>
        <w:t>import com.fasterxml.jackson.annotation.JsonInclude;</w:t>
      </w:r>
    </w:p>
    <w:p>
      <w:pPr>
        <w:pStyle w:val="CodeLine"/>
      </w:pPr>
      <w:r>
        <w:t>import lombok.AllArgsConstructor;</w:t>
      </w:r>
    </w:p>
    <w:p>
      <w:pPr>
        <w:pStyle w:val="CodeLine"/>
      </w:pPr>
      <w:r>
        <w:t>import lombok.Builder;</w:t>
      </w:r>
    </w:p>
    <w:p>
      <w:pPr>
        <w:pStyle w:val="CodeLine"/>
      </w:pPr>
      <w:r>
        <w:t>import lombok.Data;</w:t>
      </w:r>
    </w:p>
    <w:p>
      <w:pPr>
        <w:pStyle w:val="CodeLine"/>
      </w:pPr>
      <w:r>
        <w:t>import lombok.NoArgsConstructor;</w:t>
      </w:r>
    </w:p>
    <w:p>
      <w:pPr>
        <w:pStyle w:val="CodeLine"/>
      </w:pPr>
      <w:r>
        <w:t>import java.math.BigDecimal;</w:t>
      </w:r>
    </w:p>
    <w:p>
      <w:pPr>
        <w:pStyle w:val="CodeLine"/>
      </w:pPr>
      <w:r>
        <w:t>import java.time.Instant;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import java.util.Map;</w:t>
      </w:r>
    </w:p>
    <w:p>
      <w:pPr>
        <w:pStyle w:val="CodeLine"/>
      </w:pPr>
      <w:r>
        <w:t>/** V43 只读聚合白名单响应。所有内部用户、申诉和快照 ID 均留在服务端。 */</w:t>
      </w:r>
    </w:p>
    <w:p>
      <w:pPr>
        <w:pStyle w:val="CodeLine"/>
      </w:pPr>
      <w:r>
        <w:t>public final class FairnessResponse {</w:t>
      </w:r>
    </w:p>
    <w:p>
      <w:pPr>
        <w:pStyle w:val="CodeLine"/>
      </w:pPr>
      <w:r>
        <w:t xml:space="preserve">    private FairnessResponse() {}</w:t>
      </w:r>
    </w:p>
    <w:p>
      <w:pPr>
        <w:pStyle w:val="CodeLine"/>
      </w:pPr>
      <w:r>
        <w:t xml:space="preserve">    @Data</w:t>
      </w:r>
    </w:p>
    <w:p>
      <w:pPr>
        <w:pStyle w:val="CodeLine"/>
      </w:pPr>
      <w:r>
        <w:t xml:space="preserve">    @Builder</w:t>
      </w:r>
    </w:p>
    <w:p>
      <w:pPr>
        <w:pStyle w:val="CodeLine"/>
      </w:pPr>
      <w:r>
        <w:t xml:space="preserve">    @NoArgsConstructor</w:t>
      </w:r>
    </w:p>
    <w:p>
      <w:pPr>
        <w:pStyle w:val="CodeLine"/>
      </w:pPr>
      <w:r>
        <w:t xml:space="preserve">    @AllArgsConstructor</w:t>
      </w:r>
    </w:p>
    <w:p>
      <w:pPr>
        <w:pStyle w:val="CodeLine"/>
      </w:pPr>
      <w:r>
        <w:t xml:space="preserve">    @JsonInclude(JsonInclude.Include.NON_NULL)</w:t>
      </w:r>
    </w:p>
    <w:p>
      <w:pPr>
        <w:pStyle w:val="CodeLine"/>
      </w:pPr>
      <w:r>
        <w:t xml:space="preserve">    public static class Overview {</w:t>
      </w:r>
    </w:p>
    <w:p>
      <w:pPr>
        <w:pStyle w:val="CodeLine"/>
      </w:pPr>
      <w:r>
        <w:t xml:space="preserve">        private String basis;</w:t>
      </w:r>
    </w:p>
    <w:p>
      <w:pPr>
        <w:pStyle w:val="CodeLine"/>
      </w:pPr>
      <w:r>
        <w:t xml:space="preserve">        private String scope;</w:t>
      </w:r>
    </w:p>
    <w:p>
      <w:pPr>
        <w:pStyle w:val="CodeLine"/>
      </w:pPr>
      <w:r>
        <w:t xml:space="preserve">        private String period;</w:t>
      </w:r>
    </w:p>
    <w:p>
      <w:pPr>
        <w:pStyle w:val="CodeLine"/>
      </w:pPr>
      <w:r>
        <w:t xml:space="preserve">        private Instant capturedAt;</w:t>
      </w:r>
    </w:p>
    <w:p>
      <w:pPr>
        <w:pStyle w:val="CodeLine"/>
      </w:pPr>
      <w:r>
        <w:t xml:space="preserve">        private int populationSize;</w:t>
      </w:r>
    </w:p>
    <w:p>
      <w:pPr>
        <w:pStyle w:val="CodeLine"/>
      </w:pPr>
      <w:r>
        <w:t xml:space="preserve">        private BigDecimal computableSnapshotRatio;</w:t>
      </w:r>
    </w:p>
    <w:p>
      <w:pPr>
        <w:pStyle w:val="CodeLine"/>
      </w:pPr>
      <w:r>
        <w:t xml:space="preserve">        private String confidence;</w:t>
      </w:r>
    </w:p>
    <w:p>
      <w:pPr>
        <w:pStyle w:val="CodeLine"/>
      </w:pPr>
      <w:r>
        <w:t xml:space="preserve">        private String riskLevel;</w:t>
      </w:r>
    </w:p>
    <w:p>
      <w:pPr>
        <w:pStyle w:val="CodeLine"/>
      </w:pPr>
      <w:r>
        <w:t xml:space="preserve">        private Map&lt;String, Integer&gt; versionCounts;</w:t>
      </w:r>
    </w:p>
    <w:p>
      <w:pPr>
        <w:pStyle w:val="CodeLine"/>
      </w:pPr>
      <w:r>
        <w:t xml:space="preserve">        private Integer mixedVersionCount;</w:t>
      </w:r>
    </w:p>
    <w:p>
      <w:pPr>
        <w:pStyle w:val="CodeLine"/>
      </w:pPr>
      <w:r>
        <w:t xml:space="preserve">        private Integer unknownVersionCount;</w:t>
      </w:r>
    </w:p>
    <w:p>
      <w:pPr>
        <w:pStyle w:val="CodeLine"/>
      </w:pPr>
      <w:r>
        <w:t xml:space="preserve">        private Distribution distribution;</w:t>
      </w:r>
    </w:p>
    <w:p>
      <w:pPr>
        <w:pStyle w:val="CodeLine"/>
      </w:pPr>
      <w:r>
        <w:t xml:space="preserve">        private Map&lt;String, Distribution&gt; distributionsByRulesVersion;</w:t>
      </w:r>
    </w:p>
    <w:p>
      <w:pPr>
        <w:pStyle w:val="CodeLine"/>
      </w:pPr>
      <w:r>
        <w:t xml:space="preserve">        private List&lt;String&gt; coherentVersionSubset;</w:t>
      </w:r>
    </w:p>
    <w:p>
      <w:pPr>
        <w:pStyle w:val="CodeLine"/>
      </w:pPr>
      <w:r>
        <w:t xml:space="preserve">        private String availability;</w:t>
      </w:r>
    </w:p>
    <w:p>
      <w:pPr>
        <w:pStyle w:val="CodeLine"/>
      </w:pPr>
      <w:r>
        <w:t xml:space="preserve">        private String reason;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@Data</w:t>
      </w:r>
    </w:p>
    <w:p>
      <w:pPr>
        <w:pStyle w:val="CodeLine"/>
      </w:pPr>
      <w:r>
        <w:t xml:space="preserve">    @Builder</w:t>
      </w:r>
    </w:p>
    <w:p>
      <w:pPr>
        <w:pStyle w:val="CodeLine"/>
      </w:pPr>
      <w:r>
        <w:t xml:space="preserve">    @NoArgsConstructor</w:t>
      </w:r>
    </w:p>
    <w:p>
      <w:pPr>
        <w:pStyle w:val="CodeLine"/>
      </w:pPr>
      <w:r>
        <w:t xml:space="preserve">    @AllArgsConstructor</w:t>
      </w:r>
    </w:p>
    <w:p>
      <w:pPr>
        <w:pStyle w:val="CodeLine"/>
      </w:pPr>
      <w:r>
        <w:t xml:space="preserve">    @JsonInclude(JsonInclude.Include.NON_NULL)</w:t>
      </w:r>
    </w:p>
    <w:p>
      <w:pPr>
        <w:pStyle w:val="CodeLine"/>
      </w:pPr>
      <w:r>
        <w:t xml:space="preserve">    public static class Dimensions {</w:t>
      </w:r>
    </w:p>
    <w:p>
      <w:pPr>
        <w:pStyle w:val="CodeLine"/>
        <w:pageBreakBefore/>
      </w:pPr>
      <w:r>
        <w:t xml:space="preserve">        private String basis;</w:t>
      </w:r>
    </w:p>
    <w:p>
      <w:pPr>
        <w:pStyle w:val="CodeLine"/>
      </w:pPr>
      <w:r>
        <w:t xml:space="preserve">        private String scope;</w:t>
      </w:r>
    </w:p>
    <w:p>
      <w:pPr>
        <w:pStyle w:val="CodeLine"/>
      </w:pPr>
      <w:r>
        <w:t xml:space="preserve">        private String period;</w:t>
      </w:r>
    </w:p>
    <w:p>
      <w:pPr>
        <w:pStyle w:val="CodeLine"/>
      </w:pPr>
      <w:r>
        <w:t xml:space="preserve">        private Instant capturedAt;</w:t>
      </w:r>
    </w:p>
    <w:p>
      <w:pPr>
        <w:pStyle w:val="CodeLine"/>
      </w:pPr>
      <w:r>
        <w:t xml:space="preserve">        private List&lt;DimensionMetric&gt; dimensions;</w:t>
      </w:r>
    </w:p>
    <w:p>
      <w:pPr>
        <w:pStyle w:val="CodeLine"/>
      </w:pPr>
      <w:r>
        <w:t xml:space="preserve">        private String availability;</w:t>
      </w:r>
    </w:p>
    <w:p>
      <w:pPr>
        <w:pStyle w:val="CodeLine"/>
      </w:pPr>
      <w:r>
        <w:t xml:space="preserve">        private String reason;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@Data</w:t>
      </w:r>
    </w:p>
    <w:p>
      <w:pPr>
        <w:pStyle w:val="CodeLine"/>
      </w:pPr>
      <w:r>
        <w:t xml:space="preserve">    @Builder</w:t>
      </w:r>
    </w:p>
    <w:p>
      <w:pPr>
        <w:pStyle w:val="CodeLine"/>
      </w:pPr>
      <w:r>
        <w:t xml:space="preserve">    @NoArgsConstructor</w:t>
      </w:r>
    </w:p>
    <w:p>
      <w:pPr>
        <w:pStyle w:val="CodeLine"/>
      </w:pPr>
      <w:r>
        <w:t xml:space="preserve">    @AllArgsConstructor</w:t>
      </w:r>
    </w:p>
    <w:p>
      <w:pPr>
        <w:pStyle w:val="CodeLine"/>
      </w:pPr>
      <w:r>
        <w:t xml:space="preserve">    @JsonInclude(JsonInclude.Include.NON_NULL)</w:t>
      </w:r>
    </w:p>
    <w:p>
      <w:pPr>
        <w:pStyle w:val="CodeLine"/>
      </w:pPr>
      <w:r>
        <w:t xml:space="preserve">    public static class DimensionMetric {</w:t>
      </w:r>
    </w:p>
    <w:p>
      <w:pPr>
        <w:pStyle w:val="CodeLine"/>
      </w:pPr>
      <w:r>
        <w:t xml:space="preserve">        private String dimension;</w:t>
      </w:r>
    </w:p>
    <w:p>
      <w:pPr>
        <w:pStyle w:val="CodeLine"/>
      </w:pPr>
      <w:r>
        <w:t xml:space="preserve">        private int populationSize;</w:t>
      </w:r>
    </w:p>
    <w:p>
      <w:pPr>
        <w:pStyle w:val="CodeLine"/>
      </w:pPr>
      <w:r>
        <w:t xml:space="preserve">        private Integer rowCount;</w:t>
      </w:r>
    </w:p>
    <w:p>
      <w:pPr>
        <w:pStyle w:val="CodeLine"/>
      </w:pPr>
      <w:r>
        <w:t xml:space="preserve">        private Integer missingRowCount;</w:t>
      </w:r>
    </w:p>
    <w:p>
      <w:pPr>
        <w:pStyle w:val="CodeLine"/>
      </w:pPr>
      <w:r>
        <w:t xml:space="preserve">        private Integer validSampleSize;</w:t>
      </w:r>
    </w:p>
    <w:p>
      <w:pPr>
        <w:pStyle w:val="CodeLine"/>
      </w:pPr>
      <w:r>
        <w:t xml:space="preserve">        private String confidence;</w:t>
      </w:r>
    </w:p>
    <w:p>
      <w:pPr>
        <w:pStyle w:val="CodeLine"/>
      </w:pPr>
      <w:r>
        <w:t xml:space="preserve">        private BigDecimal missingRowRate;</w:t>
      </w:r>
    </w:p>
    <w:p>
      <w:pPr>
        <w:pStyle w:val="CodeLine"/>
      </w:pPr>
      <w:r>
        <w:t xml:space="preserve">        private BigDecimal nullScoreRate;</w:t>
      </w:r>
    </w:p>
    <w:p>
      <w:pPr>
        <w:pStyle w:val="CodeLine"/>
      </w:pPr>
      <w:r>
        <w:t xml:space="preserve">        private BigDecimal validCoverage;</w:t>
      </w:r>
    </w:p>
    <w:p>
      <w:pPr>
        <w:pStyle w:val="CodeLine"/>
      </w:pPr>
      <w:r>
        <w:t xml:space="preserve">        private Map&lt;String, Integer&gt; statusCounts;</w:t>
      </w:r>
    </w:p>
    <w:p>
      <w:pPr>
        <w:pStyle w:val="CodeLine"/>
      </w:pPr>
      <w:r>
        <w:t xml:space="preserve">        private Map&lt;String, Integer&gt; versionCounts;</w:t>
      </w:r>
    </w:p>
    <w:p>
      <w:pPr>
        <w:pStyle w:val="CodeLine"/>
      </w:pPr>
      <w:r>
        <w:t xml:space="preserve">        private Integer inconsistentRecordCount;</w:t>
      </w:r>
    </w:p>
    <w:p>
      <w:pPr>
        <w:pStyle w:val="CodeLine"/>
      </w:pPr>
      <w:r>
        <w:t xml:space="preserve">        private Integer unknownStatusCount;</w:t>
      </w:r>
    </w:p>
    <w:p>
      <w:pPr>
        <w:pStyle w:val="CodeLine"/>
      </w:pPr>
      <w:r>
        <w:t xml:space="preserve">        private Integer outOfRangeScoreCount;</w:t>
      </w:r>
    </w:p>
    <w:p>
      <w:pPr>
        <w:pStyle w:val="CodeLine"/>
      </w:pPr>
      <w:r>
        <w:t xml:space="preserve">        private Integer unknownRulesVersionCount;</w:t>
      </w:r>
    </w:p>
    <w:p>
      <w:pPr>
        <w:pStyle w:val="CodeLine"/>
      </w:pPr>
      <w:r>
        <w:t xml:space="preserve">        private Distribution distribution;</w:t>
      </w:r>
    </w:p>
    <w:p>
      <w:pPr>
        <w:pStyle w:val="CodeLine"/>
      </w:pPr>
      <w:r>
        <w:t xml:space="preserve">        private Map&lt;String, Distribution&gt; distributionsByRulesVersion;</w:t>
      </w:r>
    </w:p>
    <w:p>
      <w:pPr>
        <w:pStyle w:val="CodeLine"/>
      </w:pPr>
      <w:r>
        <w:t xml:space="preserve">        private String availability;</w:t>
      </w:r>
    </w:p>
    <w:p>
      <w:pPr>
        <w:pStyle w:val="CodeLine"/>
      </w:pPr>
      <w:r>
        <w:t xml:space="preserve">        private String reason;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@Data</w:t>
      </w:r>
    </w:p>
    <w:p>
      <w:pPr>
        <w:pStyle w:val="CodeLine"/>
      </w:pPr>
      <w:r>
        <w:t xml:space="preserve">    @Builder</w:t>
      </w:r>
    </w:p>
    <w:p>
      <w:pPr>
        <w:pStyle w:val="CodeLine"/>
      </w:pPr>
      <w:r>
        <w:t xml:space="preserve">    @NoArgsConstructor</w:t>
      </w:r>
    </w:p>
    <w:p>
      <w:pPr>
        <w:pStyle w:val="CodeLine"/>
      </w:pPr>
      <w:r>
        <w:t xml:space="preserve">    @AllArgsConstructor</w:t>
      </w:r>
    </w:p>
    <w:p>
      <w:pPr>
        <w:pStyle w:val="CodeLine"/>
      </w:pPr>
      <w:r>
        <w:t xml:space="preserve">    @JsonInclude(JsonInclude.Include.NON_NULL)</w:t>
      </w:r>
    </w:p>
    <w:p>
      <w:pPr>
        <w:pStyle w:val="CodeLine"/>
      </w:pPr>
      <w:r>
        <w:t xml:space="preserve">    public static class Distribution {</w:t>
      </w:r>
    </w:p>
    <w:p>
      <w:pPr>
        <w:pStyle w:val="CodeLine"/>
      </w:pPr>
      <w:r>
        <w:t xml:space="preserve">        private Integer sampleSize;</w:t>
      </w:r>
    </w:p>
    <w:p>
      <w:pPr>
        <w:pStyle w:val="CodeLine"/>
      </w:pPr>
      <w:r>
        <w:t xml:space="preserve">        private BigDecimal mean;</w:t>
      </w:r>
    </w:p>
    <w:p>
      <w:pPr>
        <w:pStyle w:val="CodeLine"/>
      </w:pPr>
      <w:r>
        <w:t xml:space="preserve">        private BigDecimal median;</w:t>
      </w:r>
    </w:p>
    <w:p>
      <w:pPr>
        <w:pStyle w:val="CodeLine"/>
      </w:pPr>
      <w:r>
        <w:t xml:space="preserve">        private BigDecimal p10;</w:t>
      </w:r>
    </w:p>
    <w:p>
      <w:pPr>
        <w:pStyle w:val="CodeLine"/>
      </w:pPr>
      <w:r>
        <w:t xml:space="preserve">        private BigDecimal p25;</w:t>
      </w:r>
    </w:p>
    <w:p>
      <w:pPr>
        <w:pStyle w:val="CodeLine"/>
      </w:pPr>
      <w:r>
        <w:t xml:space="preserve">        private BigDecimal p75;</w:t>
      </w:r>
    </w:p>
    <w:p>
      <w:pPr>
        <w:pStyle w:val="CodeLine"/>
      </w:pPr>
      <w:r>
        <w:t xml:space="preserve">        private BigDecimal p90;</w:t>
      </w:r>
    </w:p>
    <w:p>
      <w:pPr>
        <w:pStyle w:val="CodeLine"/>
      </w:pPr>
      <w:r>
        <w:t xml:space="preserve">        private BigDecimal min;</w:t>
      </w:r>
    </w:p>
    <w:p>
      <w:pPr>
        <w:pStyle w:val="CodeLine"/>
      </w:pPr>
      <w:r>
        <w:t xml:space="preserve">        private BigDecimal max;</w:t>
      </w:r>
    </w:p>
    <w:p>
      <w:pPr>
        <w:pStyle w:val="CodeLine"/>
      </w:pPr>
      <w:r>
        <w:t xml:space="preserve">        private BigDecimal standardDeviation;</w:t>
      </w:r>
    </w:p>
    <w:p>
      <w:pPr>
        <w:pStyle w:val="CodeLine"/>
      </w:pPr>
      <w:r>
        <w:t xml:space="preserve">        private Map&lt;String, Integer&gt; buckets;</w:t>
      </w:r>
    </w:p>
    <w:p>
      <w:pPr>
        <w:pStyle w:val="CodeLine"/>
      </w:pPr>
      <w:r>
        <w:t xml:space="preserve">        private BigDecimal concentrationRate;</w:t>
      </w:r>
    </w:p>
    <w:p>
      <w:pPr>
        <w:pStyle w:val="CodeLine"/>
      </w:pPr>
      <w:r>
        <w:t xml:space="preserve">        private String riskLevel;</w:t>
      </w:r>
    </w:p>
    <w:p>
      <w:pPr>
        <w:pStyle w:val="CodeLine"/>
      </w:pPr>
      <w:r>
        <w:t xml:space="preserve">        private String availability;</w:t>
      </w:r>
    </w:p>
    <w:p>
      <w:pPr>
        <w:pStyle w:val="CodeLine"/>
      </w:pPr>
      <w:r>
        <w:t xml:space="preserve">        private String reason;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@Data</w:t>
      </w:r>
    </w:p>
    <w:p>
      <w:pPr>
        <w:pStyle w:val="CodeLine"/>
      </w:pPr>
      <w:r>
        <w:t xml:space="preserve">    @Builder</w:t>
      </w:r>
    </w:p>
    <w:p>
      <w:pPr>
        <w:pStyle w:val="CodeLine"/>
      </w:pPr>
      <w:r>
        <w:t xml:space="preserve">    @NoArgsConstructor</w:t>
      </w:r>
    </w:p>
    <w:p>
      <w:pPr>
        <w:pStyle w:val="CodeLine"/>
      </w:pPr>
      <w:r>
        <w:t xml:space="preserve">    @AllArgsConstructor</w:t>
      </w:r>
    </w:p>
    <w:p>
      <w:pPr>
        <w:pStyle w:val="CodeLine"/>
      </w:pPr>
      <w:r>
        <w:t xml:space="preserve">    @JsonInclude(JsonInclude.Include.NON_NULL)</w:t>
      </w:r>
    </w:p>
    <w:p>
      <w:pPr>
        <w:pStyle w:val="CodeLine"/>
      </w:pPr>
      <w:r>
        <w:t xml:space="preserve">    public static class Unavailable {</w:t>
      </w:r>
    </w:p>
    <w:p>
      <w:pPr>
        <w:pStyle w:val="CodeLine"/>
      </w:pPr>
      <w:r>
        <w:t xml:space="preserve">        private String availability;</w:t>
      </w:r>
    </w:p>
    <w:p>
      <w:pPr>
        <w:pStyle w:val="CodeLine"/>
      </w:pPr>
      <w:r>
        <w:t xml:space="preserve">        private String reason;</w:t>
      </w:r>
    </w:p>
    <w:p>
      <w:pPr>
        <w:pStyle w:val="CodeLine"/>
      </w:pPr>
      <w:r>
        <w:t xml:space="preserve">        private Instant capturedAt;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@Data</w:t>
      </w:r>
    </w:p>
    <w:p>
      <w:pPr>
        <w:pStyle w:val="CodeLine"/>
      </w:pPr>
      <w:r>
        <w:t xml:space="preserve">    @Builder</w:t>
      </w:r>
    </w:p>
    <w:p>
      <w:pPr>
        <w:pStyle w:val="CodeLine"/>
      </w:pPr>
      <w:r>
        <w:t xml:space="preserve">    @NoArgsConstructor</w:t>
      </w:r>
    </w:p>
    <w:p>
      <w:pPr>
        <w:pStyle w:val="CodeLine"/>
      </w:pPr>
      <w:r>
        <w:t xml:space="preserve">    @AllArgsConstructor</w:t>
      </w:r>
    </w:p>
    <w:p>
      <w:pPr>
        <w:pStyle w:val="CodeLine"/>
      </w:pPr>
      <w:r>
        <w:t xml:space="preserve">    @JsonInclude(JsonInclude.Include.NON_NULL)</w:t>
      </w:r>
    </w:p>
    <w:p>
      <w:pPr>
        <w:pStyle w:val="CodeLine"/>
      </w:pPr>
      <w:r>
        <w:t xml:space="preserve">    public static class Appeals {</w:t>
      </w:r>
    </w:p>
    <w:p>
      <w:pPr>
        <w:pStyle w:val="CodeLine"/>
        <w:pageBreakBefore/>
      </w:pPr>
      <w:r>
        <w:t xml:space="preserve">        private String basis;</w:t>
      </w:r>
    </w:p>
    <w:p>
      <w:pPr>
        <w:pStyle w:val="CodeLine"/>
      </w:pPr>
      <w:r>
        <w:t xml:space="preserve">        private String from;</w:t>
      </w:r>
    </w:p>
    <w:p>
      <w:pPr>
        <w:pStyle w:val="CodeLine"/>
      </w:pPr>
      <w:r>
        <w:t xml:space="preserve">        private String to;</w:t>
      </w:r>
    </w:p>
    <w:p>
      <w:pPr>
        <w:pStyle w:val="CodeLine"/>
      </w:pPr>
      <w:r>
        <w:t xml:space="preserve">        private Instant capturedAt;</w:t>
      </w:r>
    </w:p>
    <w:p>
      <w:pPr>
        <w:pStyle w:val="CodeLine"/>
      </w:pPr>
      <w:r>
        <w:t xml:space="preserve">        private int appealCount;</w:t>
      </w:r>
    </w:p>
    <w:p>
      <w:pPr>
        <w:pStyle w:val="CodeLine"/>
      </w:pPr>
      <w:r>
        <w:t xml:space="preserve">        private int sampleSize;</w:t>
      </w:r>
    </w:p>
    <w:p>
      <w:pPr>
        <w:pStyle w:val="CodeLine"/>
      </w:pPr>
      <w:r>
        <w:t xml:space="preserve">        private Map&lt;String, Integer&gt; statusCounts;</w:t>
      </w:r>
    </w:p>
    <w:p>
      <w:pPr>
        <w:pStyle w:val="CodeLine"/>
      </w:pPr>
      <w:r>
        <w:t xml:space="preserve">        private Map&lt;String, Integer&gt; statusEventCounts;</w:t>
      </w:r>
    </w:p>
    <w:p>
      <w:pPr>
        <w:pStyle w:val="CodeLine"/>
      </w:pPr>
      <w:r>
        <w:t xml:space="preserve">        private Map&lt;String, Integer&gt; statusCandidateCounts;</w:t>
      </w:r>
    </w:p>
    <w:p>
      <w:pPr>
        <w:pStyle w:val="CodeLine"/>
      </w:pPr>
      <w:r>
        <w:t xml:space="preserve">        private String confidence;</w:t>
      </w:r>
    </w:p>
    <w:p>
      <w:pPr>
        <w:pStyle w:val="CodeLine"/>
      </w:pPr>
      <w:r>
        <w:t xml:space="preserve">        private Integer approvedEverCount;</w:t>
      </w:r>
    </w:p>
    <w:p>
      <w:pPr>
        <w:pStyle w:val="CodeLine"/>
      </w:pPr>
      <w:r>
        <w:t xml:space="preserve">        private BigDecimal approvalRate;</w:t>
      </w:r>
    </w:p>
    <w:p>
      <w:pPr>
        <w:pStyle w:val="CodeLine"/>
      </w:pPr>
      <w:r>
        <w:t xml:space="preserve">        private BigDecimal rollbackExecutionRate;</w:t>
      </w:r>
    </w:p>
    <w:p>
      <w:pPr>
        <w:pStyle w:val="CodeLine"/>
      </w:pPr>
      <w:r>
        <w:t xml:space="preserve">        private Integer duplicateAppealCount;</w:t>
      </w:r>
    </w:p>
    <w:p>
      <w:pPr>
        <w:pStyle w:val="CodeLine"/>
      </w:pPr>
      <w:r>
        <w:t xml:space="preserve">        private BigDecimal duplicateAppealRate;</w:t>
      </w:r>
    </w:p>
    <w:p>
      <w:pPr>
        <w:pStyle w:val="CodeLine"/>
      </w:pPr>
      <w:r>
        <w:t xml:space="preserve">        private Integer comparableRollbackCount;</w:t>
      </w:r>
    </w:p>
    <w:p>
      <w:pPr>
        <w:pStyle w:val="CodeLine"/>
      </w:pPr>
      <w:r>
        <w:t xml:space="preserve">        private Integer comparableRollbackCandidateCount;</w:t>
      </w:r>
    </w:p>
    <w:p>
      <w:pPr>
        <w:pStyle w:val="CodeLine"/>
      </w:pPr>
      <w:r>
        <w:t xml:space="preserve">        private Integer changedCount;</w:t>
      </w:r>
    </w:p>
    <w:p>
      <w:pPr>
        <w:pStyle w:val="CodeLine"/>
      </w:pPr>
      <w:r>
        <w:t xml:space="preserve">        private Integer changedCandidateCount;</w:t>
      </w:r>
    </w:p>
    <w:p>
      <w:pPr>
        <w:pStyle w:val="CodeLine"/>
      </w:pPr>
      <w:r>
        <w:t xml:space="preserve">        private BigDecimal actualScoreChangeRate;</w:t>
      </w:r>
    </w:p>
    <w:p>
      <w:pPr>
        <w:pStyle w:val="CodeLine"/>
      </w:pPr>
      <w:r>
        <w:t xml:space="preserve">        private BigDecimal meanDelta;</w:t>
      </w:r>
    </w:p>
    <w:p>
      <w:pPr>
        <w:pStyle w:val="CodeLine"/>
      </w:pPr>
      <w:r>
        <w:t xml:space="preserve">        private BigDecimal meanAbsoluteDelta;</w:t>
      </w:r>
    </w:p>
    <w:p>
      <w:pPr>
        <w:pStyle w:val="CodeLine"/>
      </w:pPr>
      <w:r>
        <w:t xml:space="preserve">        private Integer duplicateRollbackHistoryCount;</w:t>
      </w:r>
    </w:p>
    <w:p>
      <w:pPr>
        <w:pStyle w:val="CodeLine"/>
      </w:pPr>
      <w:r>
        <w:t xml:space="preserve">        private Integer invalidScoreRollbackCount;</w:t>
      </w:r>
    </w:p>
    <w:p>
      <w:pPr>
        <w:pStyle w:val="CodeLine"/>
      </w:pPr>
      <w:r>
        <w:t xml:space="preserve">        private Integer ruleVersionChangedRollbackCount;</w:t>
      </w:r>
    </w:p>
    <w:p>
      <w:pPr>
        <w:pStyle w:val="CodeLine"/>
      </w:pPr>
      <w:r>
        <w:t xml:space="preserve">        private Map&lt;String, Integer&gt; reasonCounts;</w:t>
      </w:r>
    </w:p>
    <w:p>
      <w:pPr>
        <w:pStyle w:val="CodeLine"/>
      </w:pPr>
      <w:r>
        <w:t xml:space="preserve">        private String availability;</w:t>
      </w:r>
    </w:p>
    <w:p>
      <w:pPr>
        <w:pStyle w:val="CodeLine"/>
      </w:pPr>
      <w:r>
        <w:t xml:space="preserve">        private String reason;</w:t>
      </w:r>
    </w:p>
    <w:p>
      <w:pPr>
        <w:pStyle w:val="CodeLine"/>
      </w:pPr>
      <w:r>
        <w:t xml:space="preserve">        private String exposureAppealRateAvailability;</w:t>
      </w:r>
    </w:p>
    <w:p>
      <w:pPr>
        <w:pStyle w:val="CodeLine"/>
      </w:pPr>
      <w:r>
        <w:t xml:space="preserve">        private String exposureAppealRateReason;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com.mydreamjob.scoringmonitoring;</w:t>
      </w:r>
    </w:p>
    <w:p>
      <w:pPr>
        <w:pStyle w:val="CodeLine"/>
      </w:pPr>
      <w:r>
        <w:t>import java.math.BigDecimal;</w:t>
      </w:r>
    </w:p>
    <w:p>
      <w:pPr>
        <w:pStyle w:val="CodeLine"/>
      </w:pPr>
      <w:r>
        <w:t>import java.math.MathContext;</w:t>
      </w:r>
    </w:p>
    <w:p>
      <w:pPr>
        <w:pStyle w:val="CodeLine"/>
      </w:pPr>
      <w:r>
        <w:t>import java.math.RoundingMode;</w:t>
      </w:r>
    </w:p>
    <w:p>
      <w:pPr>
        <w:pStyle w:val="CodeLine"/>
      </w:pPr>
      <w:r>
        <w:t>import java.util.Comparator;</w:t>
      </w:r>
    </w:p>
    <w:p>
      <w:pPr>
        <w:pStyle w:val="CodeLine"/>
      </w:pPr>
      <w:r>
        <w:t>import java.util.LinkedHashMap;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import java.util.Map;</w:t>
      </w:r>
    </w:p>
    <w:p>
      <w:pPr>
        <w:pStyle w:val="CodeLine"/>
      </w:pPr>
      <w:r>
        <w:t>/** 无数据库的确定性统计函数。所有样本量均为独立候选人数。 */</w:t>
      </w:r>
    </w:p>
    <w:p>
      <w:pPr>
        <w:pStyle w:val="CodeLine"/>
      </w:pPr>
      <w:r>
        <w:t>public final class FairnessStatisticsCalculator {</w:t>
      </w:r>
    </w:p>
    <w:p>
      <w:pPr>
        <w:pStyle w:val="CodeLine"/>
      </w:pPr>
      <w:r>
        <w:t xml:space="preserve">    private static final MathContext MC = MathContext.DECIMAL128;</w:t>
      </w:r>
    </w:p>
    <w:p>
      <w:pPr>
        <w:pStyle w:val="CodeLine"/>
      </w:pPr>
      <w:r>
        <w:t xml:space="preserve">    private static final BigDecimal HUNDRED = BigDecimal.valueOf(100);</w:t>
      </w:r>
    </w:p>
    <w:p>
      <w:pPr>
        <w:pStyle w:val="CodeLine"/>
      </w:pPr>
      <w:r>
        <w:t xml:space="preserve">    private FairnessStatisticsCalculator() {}</w:t>
      </w:r>
    </w:p>
    <w:p>
      <w:pPr>
        <w:pStyle w:val="CodeLine"/>
      </w:pPr>
      <w:r>
        <w:t xml:space="preserve">    /** 数据库频数聚合的最小输入，不展开为候选人列表。 */</w:t>
      </w:r>
    </w:p>
    <w:p>
      <w:pPr>
        <w:pStyle w:val="CodeLine"/>
      </w:pPr>
      <w:r>
        <w:t xml:space="preserve">    public record ScoreFrequency(BigDecimal score, int count) {}</w:t>
      </w:r>
    </w:p>
    <w:p>
      <w:pPr>
        <w:pStyle w:val="CodeLine"/>
      </w:pPr>
      <w:r>
        <w:t xml:space="preserve">    public static String confidence(int n) {</w:t>
      </w:r>
    </w:p>
    <w:p>
      <w:pPr>
        <w:pStyle w:val="CodeLine"/>
      </w:pPr>
      <w:r>
        <w:t xml:space="preserve">        if (n &lt; 30) return "INSUFFICIENT_SAMPLE";</w:t>
      </w:r>
    </w:p>
    <w:p>
      <w:pPr>
        <w:pStyle w:val="CodeLine"/>
      </w:pPr>
      <w:r>
        <w:t xml:space="preserve">        if (n &lt; 100) return "LOW_CONFIDENCE";</w:t>
      </w:r>
    </w:p>
    <w:p>
      <w:pPr>
        <w:pStyle w:val="CodeLine"/>
      </w:pPr>
      <w:r>
        <w:t xml:space="preserve">        return "NORMAL_CONFIDENCE";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static FairnessResponse.Distribution distribution(List&lt;BigDecimal&gt; input) {</w:t>
      </w:r>
    </w:p>
    <w:p>
      <w:pPr>
        <w:pStyle w:val="CodeLine"/>
      </w:pPr>
      <w:r>
        <w:t xml:space="preserve">        if (input == null || input.isEmpty()) {</w:t>
      </w:r>
    </w:p>
    <w:p>
      <w:pPr>
        <w:pStyle w:val="CodeLine"/>
      </w:pPr>
      <w:r>
        <w:t xml:space="preserve">            return FairnessResponse.Distribution.builder().sampleSize(0)</w:t>
      </w:r>
    </w:p>
    <w:p>
      <w:pPr>
        <w:pStyle w:val="CodeLine"/>
      </w:pPr>
      <w:r>
        <w:t xml:space="preserve">                    .availability("NO_DATA").reason("NO_VALID_SCORE").build();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Map&lt;BigDecimal, Integer&gt; counts = new LinkedHashMap&lt;&gt;();</w:t>
      </w:r>
    </w:p>
    <w:p>
      <w:pPr>
        <w:pStyle w:val="CodeLine"/>
      </w:pPr>
      <w:r>
        <w:t xml:space="preserve">        input.stream().filter(v -&gt; v != null).forEach(v -&gt; counts.merge(v, 1, Integer::sum));</w:t>
      </w:r>
    </w:p>
    <w:p>
      <w:pPr>
        <w:pStyle w:val="CodeLine"/>
      </w:pPr>
      <w:r>
        <w:t xml:space="preserve">        return distributionFromFrequencies(counts.entrySet().stream()</w:t>
      </w:r>
    </w:p>
    <w:p>
      <w:pPr>
        <w:pStyle w:val="CodeLine"/>
      </w:pPr>
      <w:r>
        <w:t xml:space="preserve">                .map(e -&gt; new ScoreFrequency(e.getKey(), e.getValue())).toList());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static FairnessResponse.Distribution distributionFromFrequencies(List&lt;ScoreFrequency&gt; input) {</w:t>
      </w:r>
    </w:p>
    <w:p>
      <w:pPr>
        <w:pStyle w:val="CodeLine"/>
      </w:pPr>
      <w:r>
        <w:t xml:space="preserve">        if (input == null || input.isEmpty()) {</w:t>
      </w:r>
    </w:p>
    <w:p>
      <w:pPr>
        <w:pStyle w:val="CodeLine"/>
      </w:pPr>
      <w:r>
        <w:t xml:space="preserve">            return FairnessResponse.Distribution.builder().sampleSize(0)</w:t>
      </w:r>
    </w:p>
    <w:p>
      <w:pPr>
        <w:pStyle w:val="CodeLine"/>
      </w:pPr>
      <w:r>
        <w:t xml:space="preserve">                    .availability("NO_DATA").reason("NO_VALID_SCORE").build();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List&lt;ScoreFrequency&gt; values = input.stream()</w:t>
      </w:r>
    </w:p>
    <w:p>
      <w:pPr>
        <w:pStyle w:val="CodeLine"/>
      </w:pPr>
      <w:r>
        <w:t xml:space="preserve">                .filter(v -&gt; v != null &amp;&amp; v.score() != null &amp;&amp; v.count() &gt; 0)</w:t>
      </w:r>
    </w:p>
    <w:p>
      <w:pPr>
        <w:pStyle w:val="CodeLine"/>
      </w:pPr>
      <w:r>
        <w:t xml:space="preserve">                .sorted(Comparator.comparing(ScoreFrequency::score)).toList();</w:t>
      </w:r>
    </w:p>
    <w:p>
      <w:pPr>
        <w:pStyle w:val="CodeLine"/>
      </w:pPr>
      <w:r>
        <w:t xml:space="preserve">        int n = values.stream().mapToInt(ScoreFrequency::count).sum();</w:t>
      </w:r>
    </w:p>
    <w:p>
      <w:pPr>
        <w:pStyle w:val="CodeLine"/>
      </w:pPr>
      <w:r>
        <w:t xml:space="preserve">        if (n == 0) {</w:t>
      </w:r>
    </w:p>
    <w:p>
      <w:pPr>
        <w:pStyle w:val="CodeLine"/>
        <w:pageBreakBefore/>
      </w:pPr>
      <w:r>
        <w:t xml:space="preserve">            return FairnessResponse.Distribution.builder().sampleSize(0)</w:t>
      </w:r>
    </w:p>
    <w:p>
      <w:pPr>
        <w:pStyle w:val="CodeLine"/>
      </w:pPr>
      <w:r>
        <w:t xml:space="preserve">                    .availability("NO_DATA").reason("NO_VALID_SCORE").build();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(n &lt; 30) {</w:t>
      </w:r>
    </w:p>
    <w:p>
      <w:pPr>
        <w:pStyle w:val="CodeLine"/>
      </w:pPr>
      <w:r>
        <w:t xml:space="preserve">            return FairnessResponse.Distribution.builder().sampleSize(n)</w:t>
      </w:r>
    </w:p>
    <w:p>
      <w:pPr>
        <w:pStyle w:val="CodeLine"/>
      </w:pPr>
      <w:r>
        <w:t xml:space="preserve">                    .availability("INSUFFICIENT_SAMPLE")</w:t>
      </w:r>
    </w:p>
    <w:p>
      <w:pPr>
        <w:pStyle w:val="CodeLine"/>
      </w:pPr>
      <w:r>
        <w:t xml:space="preserve">                    .reason("INDEPENDENT_CANDIDATE_THRESHOLD_NOT_MET").build();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Map&lt;String, Integer&gt; buckets = buckets(values);</w:t>
      </w:r>
    </w:p>
    <w:p>
      <w:pPr>
        <w:pStyle w:val="CodeLine"/>
      </w:pPr>
      <w:r>
        <w:t xml:space="preserve">        boolean suppressed = FairnessDisclosureGuard.suppressCells(n, buckets.values(), false);</w:t>
      </w:r>
    </w:p>
    <w:p>
      <w:pPr>
        <w:pStyle w:val="CodeLine"/>
      </w:pPr>
      <w:r>
        <w:t xml:space="preserve">        if (suppressed) {</w:t>
      </w:r>
    </w:p>
    <w:p>
      <w:pPr>
        <w:pStyle w:val="CodeLine"/>
      </w:pPr>
      <w:r>
        <w:t xml:space="preserve">            return FairnessResponse.Distribution.builder().sampleSize(null)</w:t>
      </w:r>
    </w:p>
    <w:p>
      <w:pPr>
        <w:pStyle w:val="CodeLine"/>
      </w:pPr>
      <w:r>
        <w:t xml:space="preserve">                    .availability("SUPPRESSED").reason("SMALL_BUCKET_OR_COMPLEMENT_RISK").build();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BigDecimal meanExact = values.stream()</w:t>
      </w:r>
    </w:p>
    <w:p>
      <w:pPr>
        <w:pStyle w:val="CodeLine"/>
      </w:pPr>
      <w:r>
        <w:t xml:space="preserve">                .map(v -&gt; v.score().multiply(BigDecimal.valueOf(v.count()), MC))</w:t>
      </w:r>
    </w:p>
    <w:p>
      <w:pPr>
        <w:pStyle w:val="CodeLine"/>
      </w:pPr>
      <w:r>
        <w:t xml:space="preserve">                .reduce(BigDecimal.ZERO, (a, b) -&gt; a.add(b, MC))</w:t>
      </w:r>
    </w:p>
    <w:p>
      <w:pPr>
        <w:pStyle w:val="CodeLine"/>
      </w:pPr>
      <w:r>
        <w:t xml:space="preserve">                .divide(BigDecimal.valueOf(n), MC);</w:t>
      </w:r>
    </w:p>
    <w:p>
      <w:pPr>
        <w:pStyle w:val="CodeLine"/>
      </w:pPr>
      <w:r>
        <w:t xml:space="preserve">        BigDecimal variance = values.stream()</w:t>
      </w:r>
    </w:p>
    <w:p>
      <w:pPr>
        <w:pStyle w:val="CodeLine"/>
      </w:pPr>
      <w:r>
        <w:t xml:space="preserve">                .map(v -&gt; v.score().subtract(meanExact, MC).pow(2, MC)</w:t>
      </w:r>
    </w:p>
    <w:p>
      <w:pPr>
        <w:pStyle w:val="CodeLine"/>
      </w:pPr>
      <w:r>
        <w:t xml:space="preserve">                        .multiply(BigDecimal.valueOf(v.count()), MC))</w:t>
      </w:r>
    </w:p>
    <w:p>
      <w:pPr>
        <w:pStyle w:val="CodeLine"/>
      </w:pPr>
      <w:r>
        <w:t xml:space="preserve">                .reduce(BigDecimal.ZERO, (a, b) -&gt; a.add(b, MC))</w:t>
      </w:r>
    </w:p>
    <w:p>
      <w:pPr>
        <w:pStyle w:val="CodeLine"/>
      </w:pPr>
      <w:r>
        <w:t xml:space="preserve">                .divide(BigDecimal.valueOf(n), MC);</w:t>
      </w:r>
    </w:p>
    <w:p>
      <w:pPr>
        <w:pStyle w:val="CodeLine"/>
      </w:pPr>
      <w:r>
        <w:t xml:space="preserve">        BigDecimal std = variance.max(BigDecimal.ZERO).sqrt(MC)</w:t>
      </w:r>
    </w:p>
    <w:p>
      <w:pPr>
        <w:pStyle w:val="CodeLine"/>
      </w:pPr>
      <w:r>
        <w:t xml:space="preserve">                .setScale(2, RoundingMode.HALF_UP);</w:t>
      </w:r>
    </w:p>
    <w:p>
      <w:pPr>
        <w:pStyle w:val="CodeLine"/>
      </w:pPr>
      <w:r>
        <w:t xml:space="preserve">        int maxBucket = buckets.values().stream().mapToInt(Integer::intValue).max().orElse(0);</w:t>
      </w:r>
    </w:p>
    <w:p>
      <w:pPr>
        <w:pStyle w:val="CodeLine"/>
      </w:pPr>
      <w:r>
        <w:t xml:space="preserve">        BigDecimal concentrationExact = BigDecimal.valueOf(maxBucket).multiply(HUNDRED, MC)</w:t>
      </w:r>
    </w:p>
    <w:p>
      <w:pPr>
        <w:pStyle w:val="CodeLine"/>
      </w:pPr>
      <w:r>
        <w:t xml:space="preserve">                .divide(BigDecimal.valueOf(n), MC);</w:t>
      </w:r>
    </w:p>
    <w:p>
      <w:pPr>
        <w:pStyle w:val="CodeLine"/>
      </w:pPr>
      <w:r>
        <w:t xml:space="preserve">        String risk = concentrationExact.compareTo(BigDecimal.valueOf(85)) &gt;= 0 ? "HIGH"</w:t>
      </w:r>
    </w:p>
    <w:p>
      <w:pPr>
        <w:pStyle w:val="CodeLine"/>
      </w:pPr>
      <w:r>
        <w:t xml:space="preserve">                : concentrationExact.compareTo(BigDecimal.valueOf(70)) &gt;= 0 ? "WARNING" : "NORMAL";</w:t>
      </w:r>
    </w:p>
    <w:p>
      <w:pPr>
        <w:pStyle w:val="CodeLine"/>
      </w:pPr>
      <w:r>
        <w:t xml:space="preserve">        return FairnessResponse.Distribution.builder()</w:t>
      </w:r>
    </w:p>
    <w:p>
      <w:pPr>
        <w:pStyle w:val="CodeLine"/>
      </w:pPr>
      <w:r>
        <w:t xml:space="preserve">                .sampleSize(n).availability("AVAILABLE")</w:t>
      </w:r>
    </w:p>
    <w:p>
      <w:pPr>
        <w:pStyle w:val="CodeLine"/>
      </w:pPr>
      <w:r>
        <w:t xml:space="preserve">                .mean(meanExact.setScale(2, RoundingMode.HALF_UP))</w:t>
      </w:r>
    </w:p>
    <w:p>
      <w:pPr>
        <w:pStyle w:val="CodeLine"/>
      </w:pPr>
      <w:r>
        <w:t xml:space="preserve">                .median(weightedPercentile(values, new BigDecimal("0.5")))</w:t>
      </w:r>
    </w:p>
    <w:p>
      <w:pPr>
        <w:pStyle w:val="CodeLine"/>
      </w:pPr>
      <w:r>
        <w:t xml:space="preserve">                .p10(weightedPercentile(values, new BigDecimal("0.1")))</w:t>
      </w:r>
    </w:p>
    <w:p>
      <w:pPr>
        <w:pStyle w:val="CodeLine"/>
      </w:pPr>
      <w:r>
        <w:t xml:space="preserve">                .p25(weightedPercentile(values, new BigDecimal("0.25")))</w:t>
      </w:r>
    </w:p>
    <w:p>
      <w:pPr>
        <w:pStyle w:val="CodeLine"/>
      </w:pPr>
      <w:r>
        <w:t xml:space="preserve">                .p75(weightedPercentile(values, new BigDecimal("0.75")))</w:t>
      </w:r>
    </w:p>
    <w:p>
      <w:pPr>
        <w:pStyle w:val="CodeLine"/>
      </w:pPr>
      <w:r>
        <w:t xml:space="preserve">                .p90(weightedPercentile(values, new BigDecimal("0.9")))</w:t>
      </w:r>
    </w:p>
    <w:p>
      <w:pPr>
        <w:pStyle w:val="CodeLine"/>
      </w:pPr>
      <w:r>
        <w:t xml:space="preserve">                .min(values.get(0).score().setScale(2, RoundingMode.HALF_UP))</w:t>
      </w:r>
    </w:p>
    <w:p>
      <w:pPr>
        <w:pStyle w:val="CodeLine"/>
      </w:pPr>
      <w:r>
        <w:t xml:space="preserve">                .max(values.get(values.size() - 1).score().setScale(2, RoundingMode.HALF_UP))</w:t>
      </w:r>
    </w:p>
    <w:p>
      <w:pPr>
        <w:pStyle w:val="CodeLine"/>
      </w:pPr>
      <w:r>
        <w:t xml:space="preserve">                .standardDeviation(std).buckets(buckets)</w:t>
      </w:r>
    </w:p>
    <w:p>
      <w:pPr>
        <w:pStyle w:val="CodeLine"/>
      </w:pPr>
      <w:r>
        <w:t xml:space="preserve">                .concentrationRate(concentrationExact.setScale(2, RoundingMode.HALF_UP))</w:t>
      </w:r>
    </w:p>
    <w:p>
      <w:pPr>
        <w:pStyle w:val="CodeLine"/>
      </w:pPr>
      <w:r>
        <w:t xml:space="preserve">                .riskLevel(risk).build();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static BigDecimal ratio(int numerator, int denominator) {</w:t>
      </w:r>
    </w:p>
    <w:p>
      <w:pPr>
        <w:pStyle w:val="CodeLine"/>
      </w:pPr>
      <w:r>
        <w:t xml:space="preserve">        if (denominator &lt;= 0) return null;</w:t>
      </w:r>
    </w:p>
    <w:p>
      <w:pPr>
        <w:pStyle w:val="CodeLine"/>
      </w:pPr>
      <w:r>
        <w:t xml:space="preserve">        return BigDecimal.valueOf(numerator).multiply(HUNDRED, MC)</w:t>
      </w:r>
    </w:p>
    <w:p>
      <w:pPr>
        <w:pStyle w:val="CodeLine"/>
      </w:pPr>
      <w:r>
        <w:t xml:space="preserve">                .divide(BigDecimal.valueOf(denominator), MC).setScale(2, RoundingMode.HALF_UP);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static BigDecimal percentile(List&lt;BigDecimal&gt; sorted, BigDecimal p) {</w:t>
      </w:r>
    </w:p>
    <w:p>
      <w:pPr>
        <w:pStyle w:val="CodeLine"/>
      </w:pPr>
      <w:r>
        <w:t xml:space="preserve">        if (sorted == null || sorted.isEmpty()) return null;</w:t>
      </w:r>
    </w:p>
    <w:p>
      <w:pPr>
        <w:pStyle w:val="CodeLine"/>
      </w:pPr>
      <w:r>
        <w:t xml:space="preserve">        if (sorted.size() == 1) return sorted.get(0).setScale(2, RoundingMode.HALF_UP);</w:t>
      </w:r>
    </w:p>
    <w:p>
      <w:pPr>
        <w:pStyle w:val="CodeLine"/>
      </w:pPr>
      <w:r>
        <w:t xml:space="preserve">        BigDecimal h = BigDecimal.valueOf(sorted.size() - 1).multiply(p, MC);</w:t>
      </w:r>
    </w:p>
    <w:p>
      <w:pPr>
        <w:pStyle w:val="CodeLine"/>
      </w:pPr>
      <w:r>
        <w:t xml:space="preserve">        int i = h.setScale(0, RoundingMode.FLOOR).intValue();</w:t>
      </w:r>
    </w:p>
    <w:p>
      <w:pPr>
        <w:pStyle w:val="CodeLine"/>
      </w:pPr>
      <w:r>
        <w:t xml:space="preserve">        BigDecimal f = h.subtract(BigDecimal.valueOf(i), MC);</w:t>
      </w:r>
    </w:p>
    <w:p>
      <w:pPr>
        <w:pStyle w:val="CodeLine"/>
      </w:pPr>
      <w:r>
        <w:t xml:space="preserve">        BigDecimal left = sorted.get(i);</w:t>
      </w:r>
    </w:p>
    <w:p>
      <w:pPr>
        <w:pStyle w:val="CodeLine"/>
      </w:pPr>
      <w:r>
        <w:t xml:space="preserve">        BigDecimal right = sorted.get(Math.min(i + 1, sorted.size() - 1));</w:t>
      </w:r>
    </w:p>
    <w:p>
      <w:pPr>
        <w:pStyle w:val="CodeLine"/>
      </w:pPr>
      <w:r>
        <w:t xml:space="preserve">        return left.add(right.subtract(left, MC).multiply(f, MC), MC)</w:t>
      </w:r>
    </w:p>
    <w:p>
      <w:pPr>
        <w:pStyle w:val="CodeLine"/>
      </w:pPr>
      <w:r>
        <w:t xml:space="preserve">                .setScale(2, RoundingMode.HALF_UP);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static BigDecimal weightedPercentile(List&lt;ScoreFrequency&gt; values, BigDecimal p) {</w:t>
      </w:r>
    </w:p>
    <w:p>
      <w:pPr>
        <w:pStyle w:val="CodeLine"/>
      </w:pPr>
      <w:r>
        <w:t xml:space="preserve">        int n = values.stream().mapToInt(ScoreFrequency::count).sum();</w:t>
      </w:r>
    </w:p>
    <w:p>
      <w:pPr>
        <w:pStyle w:val="CodeLine"/>
      </w:pPr>
      <w:r>
        <w:t xml:space="preserve">        if (n == 1) return values.get(0).score().setScale(2, RoundingMode.HALF_UP);</w:t>
      </w:r>
    </w:p>
    <w:p>
      <w:pPr>
        <w:pStyle w:val="CodeLine"/>
      </w:pPr>
      <w:r>
        <w:t xml:space="preserve">        BigDecimal h = BigDecimal.valueOf(n - 1).multiply(p, MC);</w:t>
      </w:r>
    </w:p>
    <w:p>
      <w:pPr>
        <w:pStyle w:val="CodeLine"/>
      </w:pPr>
      <w:r>
        <w:t xml:space="preserve">        int lower = h.setScale(0, RoundingMode.FLOOR).intValue();</w:t>
      </w:r>
    </w:p>
    <w:p>
      <w:pPr>
        <w:pStyle w:val="CodeLine"/>
      </w:pPr>
      <w:r>
        <w:t xml:space="preserve">        BigDecimal fraction = h.subtract(BigDecimal.valueOf(lower), MC);</w:t>
      </w:r>
    </w:p>
    <w:p>
      <w:pPr>
        <w:pStyle w:val="CodeLine"/>
      </w:pPr>
      <w:r>
        <w:t xml:space="preserve">        BigDecimal left = valueAt(values, lower);</w:t>
      </w:r>
    </w:p>
    <w:p>
      <w:pPr>
        <w:pStyle w:val="CodeLine"/>
      </w:pPr>
      <w:r>
        <w:t xml:space="preserve">        BigDecimal right = valueAt(values, Math.min(lower + 1, n - 1));</w:t>
      </w:r>
    </w:p>
    <w:p>
      <w:pPr>
        <w:pStyle w:val="CodeLine"/>
      </w:pPr>
      <w:r>
        <w:t xml:space="preserve">        return left.add(right.subtract(left, MC).multiply(fraction, MC), MC)</w:t>
      </w:r>
    </w:p>
    <w:p>
      <w:pPr>
        <w:pStyle w:val="CodeLine"/>
      </w:pPr>
      <w:r>
        <w:t xml:space="preserve">                .setScale(2, RoundingMode.HALF_UP);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static BigDecimal valueAt(List&lt;ScoreFrequency&gt; values, int index) {</w:t>
      </w:r>
    </w:p>
    <w:p>
      <w:pPr>
        <w:pStyle w:val="CodeLine"/>
        <w:pageBreakBefore/>
      </w:pPr>
      <w:r>
        <w:t xml:space="preserve">        int seen = 0;</w:t>
      </w:r>
    </w:p>
    <w:p>
      <w:pPr>
        <w:pStyle w:val="CodeLine"/>
      </w:pPr>
      <w:r>
        <w:t xml:space="preserve">        for (ScoreFrequency value : values) {</w:t>
      </w:r>
    </w:p>
    <w:p>
      <w:pPr>
        <w:pStyle w:val="CodeLine"/>
      </w:pPr>
      <w:r>
        <w:t xml:space="preserve">            if (index &lt; seen + value.count()) return value.score();</w:t>
      </w:r>
    </w:p>
    <w:p>
      <w:pPr>
        <w:pStyle w:val="CodeLine"/>
      </w:pPr>
      <w:r>
        <w:t xml:space="preserve">            seen += value.count();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return values.get(values.size() - 1).score();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static Map&lt;String, Integer&gt; buckets(List&lt;ScoreFrequency&gt; values) {</w:t>
      </w:r>
    </w:p>
    <w:p>
      <w:pPr>
        <w:pStyle w:val="CodeLine"/>
      </w:pPr>
      <w:r>
        <w:t xml:space="preserve">        Map&lt;String, Integer&gt; result = new LinkedHashMap&lt;&gt;();</w:t>
      </w:r>
    </w:p>
    <w:p>
      <w:pPr>
        <w:pStyle w:val="CodeLine"/>
      </w:pPr>
      <w:r>
        <w:t xml:space="preserve">        for (int i = 0; i &lt; 10; i++) result.put(i * 10 + "-" + (i == 9 ? 100 : i * 10 + 9), 0);</w:t>
      </w:r>
    </w:p>
    <w:p>
      <w:pPr>
        <w:pStyle w:val="CodeLine"/>
      </w:pPr>
      <w:r>
        <w:t xml:space="preserve">        for (ScoreFrequency value : values) {</w:t>
      </w:r>
    </w:p>
    <w:p>
      <w:pPr>
        <w:pStyle w:val="CodeLine"/>
      </w:pPr>
      <w:r>
        <w:t xml:space="preserve">            int bucket = value.score().compareTo(BigDecimal.valueOf(100)) &gt;= 0 ? 9</w:t>
      </w:r>
    </w:p>
    <w:p>
      <w:pPr>
        <w:pStyle w:val="CodeLine"/>
      </w:pPr>
      <w:r>
        <w:t xml:space="preserve">                    : value.score().max(BigDecimal.ZERO).divide(BigDecimal.TEN, 0,</w:t>
      </w:r>
    </w:p>
    <w:p>
      <w:pPr>
        <w:pStyle w:val="CodeLine"/>
      </w:pPr>
      <w:r>
        <w:t>RoundingMode.FLOOR).intValue();</w:t>
      </w:r>
    </w:p>
    <w:p>
      <w:pPr>
        <w:pStyle w:val="CodeLine"/>
      </w:pPr>
      <w:r>
        <w:t xml:space="preserve">            String key = bucket * 10 + "-" + (bucket == 9 ? 100 : bucket * 10 + 9);</w:t>
      </w:r>
    </w:p>
    <w:p>
      <w:pPr>
        <w:pStyle w:val="CodeLine"/>
      </w:pPr>
      <w:r>
        <w:t xml:space="preserve">            result.computeIfPresent(key, (k, v) -&gt; v + value.count());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return result;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com.mydreamjob.security;</w:t>
      </w:r>
    </w:p>
    <w:p>
      <w:pPr>
        <w:pStyle w:val="CodeLine"/>
      </w:pPr>
      <w:r>
        <w:t>import com.mydreamjob.auth.SessionAuthenticationDetails;</w:t>
      </w:r>
    </w:p>
    <w:p>
      <w:pPr>
        <w:pStyle w:val="CodeLine"/>
      </w:pPr>
      <w:r>
        <w:t>import org.springframework.security.authentication.AnonymousAuthenticationToken;</w:t>
      </w:r>
    </w:p>
    <w:p>
      <w:pPr>
        <w:pStyle w:val="CodeLine"/>
      </w:pPr>
      <w:r>
        <w:t>import org.springframework.security.authentication.InsufficientAuthenticationException;</w:t>
      </w:r>
    </w:p>
    <w:p>
      <w:pPr>
        <w:pStyle w:val="CodeLine"/>
      </w:pPr>
      <w:r>
        <w:t>import org.springframework.security.core.Authentication;</w:t>
      </w:r>
    </w:p>
    <w:p>
      <w:pPr>
        <w:pStyle w:val="CodeLine"/>
      </w:pPr>
      <w:r>
        <w:t>import org.springframework.security.core.context.SecurityContextHolder;</w:t>
      </w:r>
    </w:p>
    <w:p>
      <w:pPr>
        <w:pStyle w:val="CodeLine"/>
      </w:pPr>
      <w:r>
        <w:t>import org.springframework.stereotype.Component;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安全关键路径的当前用户解析器。</w:t>
      </w:r>
    </w:p>
    <w:p>
      <w:pPr>
        <w:pStyle w:val="CodeLine"/>
      </w:pPr>
      <w:r>
        <w:t xml:space="preserve"> *</w:t>
      </w:r>
    </w:p>
    <w:p>
      <w:pPr>
        <w:pStyle w:val="CodeLine"/>
      </w:pPr>
      <w:r>
        <w:t xml:space="preserve"> * &lt;p&gt;身份&lt;strong&gt;只&lt;/strong&gt;来自 JWT / SecurityContext，不接受任何请求参数传入的 userId。</w:t>
      </w:r>
    </w:p>
    <w:p>
      <w:pPr>
        <w:pStyle w:val="CodeLine"/>
      </w:pPr>
      <w:r>
        <w:t xml:space="preserve"> * 所有非法主体一律转换为既有的“未登录”语义（{@link InsufficientAuthenticationException}</w:t>
      </w:r>
    </w:p>
    <w:p>
      <w:pPr>
        <w:pStyle w:val="CodeLine"/>
      </w:pPr>
      <w:r>
        <w:t xml:space="preserve"> * 由 {@code GlobalExceptionHandler} 映射为 HTTP 401），从而避免</w:t>
      </w:r>
    </w:p>
    <w:p>
      <w:pPr>
        <w:pStyle w:val="CodeLine"/>
      </w:pPr>
      <w:r>
        <w:t xml:space="preserve"> * {@code NumberFormatException} 逃逸为 HTTP 500。&lt;/p&gt;</w:t>
      </w:r>
    </w:p>
    <w:p>
      <w:pPr>
        <w:pStyle w:val="CodeLine"/>
      </w:pPr>
      <w:r>
        <w:t xml:space="preserve"> *</w:t>
      </w:r>
    </w:p>
    <w:p>
      <w:pPr>
        <w:pStyle w:val="CodeLine"/>
      </w:pPr>
      <w:r>
        <w:t xml:space="preserve"> * &lt;p&gt;明确拒绝：Authentication 为 null、未认证、{@link AnonymousAuthenticationToken}、</w:t>
      </w:r>
    </w:p>
    <w:p>
      <w:pPr>
        <w:pStyle w:val="CodeLine"/>
      </w:pPr>
      <w:r>
        <w:t xml:space="preserve"> * 名称为空、名称为 anonymousUser、名称不是合法 Long、userId &amp;lt;= 0。&lt;/p&gt;</w:t>
      </w:r>
    </w:p>
    <w:p>
      <w:pPr>
        <w:pStyle w:val="CodeLine"/>
      </w:pPr>
      <w:r>
        <w:t xml:space="preserve"> *</w:t>
      </w:r>
    </w:p>
    <w:p>
      <w:pPr>
        <w:pStyle w:val="CodeLine"/>
      </w:pPr>
      <w:r>
        <w:t xml:space="preserve"> * &lt;p&gt;本类&lt;strong&gt;只&lt;/strong&gt;负责身份解析，不承担角色校验与资源归属校验——</w:t>
      </w:r>
    </w:p>
    <w:p>
      <w:pPr>
        <w:pStyle w:val="CodeLine"/>
      </w:pPr>
      <w:r>
        <w:t xml:space="preserve"> * 那两类判断仍由既有业务逻辑负责。&lt;/p&gt;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@Component</w:t>
      </w:r>
    </w:p>
    <w:p>
      <w:pPr>
        <w:pStyle w:val="CodeLine"/>
      </w:pPr>
      <w:r>
        <w:t>public class CurrentUserAccessor {</w:t>
      </w:r>
    </w:p>
    <w:p>
      <w:pPr>
        <w:pStyle w:val="CodeLine"/>
      </w:pPr>
      <w:r>
        <w:t xml:space="preserve">    /** 固定安全文本：不回显任何非法 principal。 */</w:t>
      </w:r>
    </w:p>
    <w:p>
      <w:pPr>
        <w:pStyle w:val="CodeLine"/>
      </w:pPr>
      <w:r>
        <w:t xml:space="preserve">    static final String UNAUTHENTICATED_MESSAGE = "authentication required";</w:t>
      </w:r>
    </w:p>
    <w:p>
      <w:pPr>
        <w:pStyle w:val="CodeLine"/>
      </w:pPr>
      <w:r>
        <w:t xml:space="preserve">    private static final String ANONYMOUS_PRINCIPAL = "anonymousUser";</w:t>
      </w:r>
    </w:p>
    <w:p>
      <w:pPr>
        <w:pStyle w:val="CodeLine"/>
      </w:pPr>
      <w:r>
        <w:t xml:space="preserve">    /** 解析当前请求的用户 ID（读取 SecurityContext）。 */</w:t>
      </w:r>
    </w:p>
    <w:p>
      <w:pPr>
        <w:pStyle w:val="CodeLine"/>
      </w:pPr>
      <w:r>
        <w:t xml:space="preserve">    public Long requireUserId() {</w:t>
      </w:r>
    </w:p>
    <w:p>
      <w:pPr>
        <w:pStyle w:val="CodeLine"/>
      </w:pPr>
      <w:r>
        <w:t xml:space="preserve">        return requireUserId(SecurityContextHolder.getContext().getAuthentication());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/**</w:t>
      </w:r>
    </w:p>
    <w:p>
      <w:pPr>
        <w:pStyle w:val="CodeLine"/>
      </w:pPr>
      <w:r>
        <w:t xml:space="preserve">     * 解析当前请求**已验证**的登录会话 ID（S02）。</w:t>
      </w:r>
    </w:p>
    <w:p>
      <w:pPr>
        <w:pStyle w:val="CodeLine"/>
      </w:pPr>
      <w:r>
        <w:t xml:space="preserve">     *</w:t>
      </w:r>
    </w:p>
    <w:p>
      <w:pPr>
        <w:pStyle w:val="CodeLine"/>
      </w:pPr>
      <w:r>
        <w:t xml:space="preserve">     * &lt;p&gt;会话 ID 只可能由认证过滤器在 Access Token 通过完整校验后写入</w:t>
      </w:r>
    </w:p>
    <w:p>
      <w:pPr>
        <w:pStyle w:val="CodeLine"/>
      </w:pPr>
      <w:r>
        <w:t xml:space="preserve">     * {@code Authentication.details}；客户端无法通过参数或请求体提供。</w:t>
      </w:r>
    </w:p>
    <w:p>
      <w:pPr>
        <w:pStyle w:val="CodeLine"/>
      </w:pPr>
      <w:r>
        <w:t xml:space="preserve">     * 取不到时一律按未登录处理。&lt;/p&gt;</w:t>
      </w:r>
    </w:p>
    <w:p>
      <w:pPr>
        <w:pStyle w:val="CodeLine"/>
      </w:pPr>
      <w:r>
        <w:t xml:space="preserve">     */</w:t>
      </w:r>
    </w:p>
    <w:p>
      <w:pPr>
        <w:pStyle w:val="CodeLine"/>
      </w:pPr>
      <w:r>
        <w:t xml:space="preserve">    public String requireSessionId() {</w:t>
      </w:r>
    </w:p>
    <w:p>
      <w:pPr>
        <w:pStyle w:val="CodeLine"/>
      </w:pPr>
      <w:r>
        <w:t xml:space="preserve">        Authentication authentication = SecurityContextHolder.getContext().getAuthentication();</w:t>
      </w:r>
    </w:p>
    <w:p>
      <w:pPr>
        <w:pStyle w:val="CodeLine"/>
      </w:pPr>
      <w:r>
        <w:t xml:space="preserve">        if (authentication == null</w:t>
      </w:r>
    </w:p>
    <w:p>
      <w:pPr>
        <w:pStyle w:val="CodeLine"/>
      </w:pPr>
      <w:r>
        <w:t xml:space="preserve">                || !authentication.isAuthenticated()</w:t>
      </w:r>
    </w:p>
    <w:p>
      <w:pPr>
        <w:pStyle w:val="CodeLine"/>
      </w:pPr>
      <w:r>
        <w:t xml:space="preserve">                || authentication instanceof AnonymousAuthenticationToken) {</w:t>
      </w:r>
    </w:p>
    <w:p>
      <w:pPr>
        <w:pStyle w:val="CodeLine"/>
      </w:pPr>
      <w:r>
        <w:t xml:space="preserve">            throw unauthenticated();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(authentication.getDetails() instanceof SessionAuthenticationDetails details) {</w:t>
      </w:r>
    </w:p>
    <w:p>
      <w:pPr>
        <w:pStyle w:val="CodeLine"/>
      </w:pPr>
      <w:r>
        <w:t xml:space="preserve">            String sessionId = details.getSessionId();</w:t>
      </w:r>
    </w:p>
    <w:p>
      <w:pPr>
        <w:pStyle w:val="CodeLine"/>
      </w:pPr>
      <w:r>
        <w:t xml:space="preserve">            if (sessionId != null &amp;&amp; !sessionId.isBlank()) {</w:t>
      </w:r>
    </w:p>
    <w:p>
      <w:pPr>
        <w:pStyle w:val="CodeLine"/>
      </w:pPr>
      <w:r>
        <w:t xml:space="preserve">                return sessionId;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throw unauthenticated();</w:t>
      </w:r>
    </w:p>
    <w:p>
      <w:pPr>
        <w:pStyle w:val="CodeLine"/>
      </w:pPr>
      <w:r>
        <w:t xml:space="preserve">    }</w:t>
      </w:r>
    </w:p>
    <w:p>
      <w:pPr>
        <w:pStyle w:val="CodeLine"/>
        <w:pageBreakBefore/>
      </w:pPr>
      <w:r>
        <w:t xml:space="preserve">    /**</w:t>
      </w:r>
    </w:p>
    <w:p>
      <w:pPr>
        <w:pStyle w:val="CodeLine"/>
      </w:pPr>
      <w:r>
        <w:t xml:space="preserve">     * 解析用户 ID。任何非法输入都抛出未登录异常，绝不抛出 NumberFormatException。</w:t>
      </w:r>
    </w:p>
    <w:p>
      <w:pPr>
        <w:pStyle w:val="CodeLine"/>
      </w:pPr>
      <w:r>
        <w:t xml:space="preserve">     *</w:t>
      </w:r>
    </w:p>
    <w:p>
      <w:pPr>
        <w:pStyle w:val="CodeLine"/>
      </w:pPr>
      <w:r>
        <w:t xml:space="preserve">     * @param authentication 待校验的认证对象（可为 null）</w:t>
      </w:r>
    </w:p>
    <w:p>
      <w:pPr>
        <w:pStyle w:val="CodeLine"/>
      </w:pPr>
      <w:r>
        <w:t xml:space="preserve">     * @return 大于 0 的已验证用户 ID</w:t>
      </w:r>
    </w:p>
    <w:p>
      <w:pPr>
        <w:pStyle w:val="CodeLine"/>
      </w:pPr>
      <w:r>
        <w:t xml:space="preserve">     */</w:t>
      </w:r>
    </w:p>
    <w:p>
      <w:pPr>
        <w:pStyle w:val="CodeLine"/>
      </w:pPr>
      <w:r>
        <w:t xml:space="preserve">    public Long requireUserId(Authentication authentication) {</w:t>
      </w:r>
    </w:p>
    <w:p>
      <w:pPr>
        <w:pStyle w:val="CodeLine"/>
      </w:pPr>
      <w:r>
        <w:t xml:space="preserve">        if (authentication == null</w:t>
      </w:r>
    </w:p>
    <w:p>
      <w:pPr>
        <w:pStyle w:val="CodeLine"/>
      </w:pPr>
      <w:r>
        <w:t xml:space="preserve">                || !authentication.isAuthenticated()</w:t>
      </w:r>
    </w:p>
    <w:p>
      <w:pPr>
        <w:pStyle w:val="CodeLine"/>
      </w:pPr>
      <w:r>
        <w:t xml:space="preserve">                || authentication instanceof AnonymousAuthenticationToken) {</w:t>
      </w:r>
    </w:p>
    <w:p>
      <w:pPr>
        <w:pStyle w:val="CodeLine"/>
      </w:pPr>
      <w:r>
        <w:t xml:space="preserve">            throw unauthenticated();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String name = authentication.getName();</w:t>
      </w:r>
    </w:p>
    <w:p>
      <w:pPr>
        <w:pStyle w:val="CodeLine"/>
      </w:pPr>
      <w:r>
        <w:t xml:space="preserve">        if (name == null || name.isBlank() || ANONYMOUS_PRINCIPAL.equals(name)) {</w:t>
      </w:r>
    </w:p>
    <w:p>
      <w:pPr>
        <w:pStyle w:val="CodeLine"/>
      </w:pPr>
      <w:r>
        <w:t xml:space="preserve">            throw unauthenticated();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(!isAsciiDigits(name)) {</w:t>
      </w:r>
    </w:p>
    <w:p>
      <w:pPr>
        <w:pStyle w:val="CodeLine"/>
      </w:pPr>
      <w:r>
        <w:t xml:space="preserve">            throw unauthenticated();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long userId;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userId = Long.parseLong(name);</w:t>
      </w:r>
    </w:p>
    <w:p>
      <w:pPr>
        <w:pStyle w:val="CodeLine"/>
      </w:pPr>
      <w:r>
        <w:t xml:space="preserve">        } catch (NumberFormatException e) {</w:t>
      </w:r>
    </w:p>
    <w:p>
      <w:pPr>
        <w:pStyle w:val="CodeLine"/>
      </w:pPr>
      <w:r>
        <w:t xml:space="preserve">            // 位数溢出等极端情况：同样按未登录处理，不回显原始值</w:t>
      </w:r>
    </w:p>
    <w:p>
      <w:pPr>
        <w:pStyle w:val="CodeLine"/>
      </w:pPr>
      <w:r>
        <w:t xml:space="preserve">            throw unauthenticated();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(userId &lt;= 0) {</w:t>
      </w:r>
    </w:p>
    <w:p>
      <w:pPr>
        <w:pStyle w:val="CodeLine"/>
      </w:pPr>
      <w:r>
        <w:t xml:space="preserve">            throw unauthenticated();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return userId;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/** 严格校验：仅接受 ASCII 数字，排除 "+42"、"-42"、空白与 Unicode 数字。 */</w:t>
      </w:r>
    </w:p>
    <w:p>
      <w:pPr>
        <w:pStyle w:val="CodeLine"/>
      </w:pPr>
      <w:r>
        <w:t xml:space="preserve">    private boolean isAsciiDigits(String value) {</w:t>
      </w:r>
    </w:p>
    <w:p>
      <w:pPr>
        <w:pStyle w:val="CodeLine"/>
      </w:pPr>
      <w:r>
        <w:t xml:space="preserve">        for (int i = 0; i &lt; value.length(); i++) {</w:t>
      </w:r>
    </w:p>
    <w:p>
      <w:pPr>
        <w:pStyle w:val="CodeLine"/>
      </w:pPr>
      <w:r>
        <w:t xml:space="preserve">            char c = value.charAt(i);</w:t>
      </w:r>
    </w:p>
    <w:p>
      <w:pPr>
        <w:pStyle w:val="CodeLine"/>
      </w:pPr>
      <w:r>
        <w:t xml:space="preserve">            if (c &lt; '0' || c &gt; '9') {</w:t>
      </w:r>
    </w:p>
    <w:p>
      <w:pPr>
        <w:pStyle w:val="CodeLine"/>
      </w:pPr>
      <w:r>
        <w:t xml:space="preserve">                return false;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return true;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InsufficientAuthenticationException unauthenticated() {</w:t>
      </w:r>
    </w:p>
    <w:p>
      <w:pPr>
        <w:pStyle w:val="CodeLine"/>
      </w:pPr>
      <w:r>
        <w:t xml:space="preserve">        return new InsufficientAuthenticationException(UNAUTHENTICATED_MESSAGE);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com.mydreamjob.security;</w:t>
      </w:r>
    </w:p>
    <w:p>
      <w:pPr>
        <w:pStyle w:val="CodeLine"/>
      </w:pPr>
      <w:r>
        <w:t>import com.mydreamjob.auth.User;</w:t>
      </w:r>
    </w:p>
    <w:p>
      <w:pPr>
        <w:pStyle w:val="CodeLine"/>
      </w:pPr>
      <w:r>
        <w:t>import com.mydreamjob.auth.UserRepository;</w:t>
      </w:r>
    </w:p>
    <w:p>
      <w:pPr>
        <w:pStyle w:val="CodeLine"/>
      </w:pPr>
      <w:r>
        <w:t>import com.mydreamjob.common.exception.BusinessException;</w:t>
      </w:r>
    </w:p>
    <w:p>
      <w:pPr>
        <w:pStyle w:val="CodeLine"/>
      </w:pPr>
      <w:r>
        <w:t>import com.mydreamjob.common.exception.ErrorCode;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org.springframework.stereotype.Component;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业务角色授权守卫（R01-B/B1）。</w:t>
      </w:r>
    </w:p>
    <w:p>
      <w:pPr>
        <w:pStyle w:val="CodeLine"/>
      </w:pPr>
      <w:r>
        <w:t xml:space="preserve"> *</w:t>
      </w:r>
    </w:p>
    <w:p>
      <w:pPr>
        <w:pStyle w:val="CodeLine"/>
      </w:pPr>
      <w:r>
        <w:t xml:space="preserve"> * &lt;p&gt;把散落在各 Service/Controller 中的"读取用户 → 判断角色 → 抛错"重复实现，</w:t>
      </w:r>
    </w:p>
    <w:p>
      <w:pPr>
        <w:pStyle w:val="CodeLine"/>
      </w:pPr>
      <w:r>
        <w:t xml:space="preserve"> * 收束到唯一实现点。&lt;/p&gt;</w:t>
      </w:r>
    </w:p>
    <w:p>
      <w:pPr>
        <w:pStyle w:val="CodeLine"/>
      </w:pPr>
      <w:r>
        <w:t xml:space="preserve"> *</w:t>
      </w:r>
    </w:p>
    <w:p>
      <w:pPr>
        <w:pStyle w:val="CodeLine"/>
      </w:pPr>
      <w:r>
        <w:t xml:space="preserve"> * &lt;h2&gt;职责边界&lt;/h2&gt;</w:t>
      </w:r>
    </w:p>
    <w:p>
      <w:pPr>
        <w:pStyle w:val="CodeLine"/>
      </w:pPr>
      <w:r>
        <w:t xml:space="preserve"> * &lt;ul&gt;</w:t>
      </w:r>
    </w:p>
    <w:p>
      <w:pPr>
        <w:pStyle w:val="CodeLine"/>
      </w:pPr>
      <w:r>
        <w:t xml:space="preserve"> *   &lt;li&gt;&lt;strong&gt;只做角色授权&lt;/strong&gt;，不做资源归属（ownership）校验 ——</w:t>
      </w:r>
    </w:p>
    <w:p>
      <w:pPr>
        <w:pStyle w:val="CodeLine"/>
      </w:pPr>
      <w:r>
        <w:t xml:space="preserve"> *       归属仍由各业务 Service 负责（如 {@code assertOwnerOrThrow}）；&lt;/li&gt;</w:t>
      </w:r>
    </w:p>
    <w:p>
      <w:pPr>
        <w:pStyle w:val="CodeLine"/>
      </w:pPr>
      <w:r>
        <w:t xml:space="preserve"> *   &lt;li&gt;&lt;strong&gt;不解析 SecurityContext&lt;/strong&gt;："当前登录用户是谁"仍由</w:t>
      </w:r>
    </w:p>
    <w:p>
      <w:pPr>
        <w:pStyle w:val="CodeLine"/>
      </w:pPr>
      <w:r>
        <w:t xml:space="preserve"> *       {@link CurrentUserAccessor} 负责，本类只接收已解析出的 {@code userId}；&lt;/li&gt;</w:t>
      </w:r>
    </w:p>
    <w:p>
      <w:pPr>
        <w:pStyle w:val="CodeLine"/>
      </w:pPr>
      <w:r>
        <w:t xml:space="preserve"> *   &lt;li&gt;&lt;strong&gt;不处理 requestId&lt;/strong&gt;，不读请求头；&lt;/li&gt;</w:t>
      </w:r>
    </w:p>
    <w:p>
      <w:pPr>
        <w:pStyle w:val="CodeLine"/>
      </w:pPr>
      <w:r>
        <w:t xml:space="preserve"> *   &lt;li&gt;&lt;strong&gt;不提供任何"由调用方传入角色"的入口&lt;/strong&gt;：角色只能来自</w:t>
      </w:r>
    </w:p>
    <w:p>
      <w:pPr>
        <w:pStyle w:val="CodeLine"/>
      </w:pPr>
      <w:r>
        <w:t xml:space="preserve"> *       {@link User.Role} 枚举常量，客户端输入无法影响判定；&lt;/li&gt;</w:t>
      </w:r>
    </w:p>
    <w:p>
      <w:pPr>
        <w:pStyle w:val="CodeLine"/>
      </w:pPr>
      <w:r>
        <w:t xml:space="preserve"> *   &lt;li&gt;&lt;strong&gt;不给 ADMIN 隐式超级权限&lt;/strong&gt;：{@code requireStudent}/{@code requireCompany}</w:t>
      </w:r>
    </w:p>
    <w:p>
      <w:pPr>
        <w:pStyle w:val="CodeLine"/>
      </w:pPr>
      <w:r>
        <w:t xml:space="preserve"> *       对 ADMIN 同样拒绝，除非调用方显式传入 {@code requireAny(..., ADMIN)}；&lt;/li&gt;</w:t>
      </w:r>
    </w:p>
    <w:p>
      <w:pPr>
        <w:pStyle w:val="CodeLine"/>
      </w:pPr>
      <w:r>
        <w:t xml:space="preserve"> *   &lt;li&gt;无副作用：只读用户表，不写库、不写审计、不记日志（尤其不记 userId / 手机号 / Token）。&lt;/li&gt;</w:t>
      </w:r>
    </w:p>
    <w:p>
      <w:pPr>
        <w:pStyle w:val="CodeLine"/>
      </w:pPr>
      <w:r>
        <w:t xml:space="preserve"> * &lt;/ul&gt;</w:t>
      </w:r>
    </w:p>
    <w:p>
      <w:pPr>
        <w:pStyle w:val="CodeLine"/>
      </w:pPr>
      <w:r>
        <w:t xml:space="preserve"> *</w:t>
      </w:r>
    </w:p>
    <w:p>
      <w:pPr>
        <w:pStyle w:val="CodeLine"/>
        <w:pageBreakBefore/>
      </w:pPr>
      <w:r>
        <w:t xml:space="preserve"> * &lt;h2&gt;角色来源&lt;/h2&gt;</w:t>
      </w:r>
    </w:p>
    <w:p>
      <w:pPr>
        <w:pStyle w:val="CodeLine"/>
      </w:pPr>
      <w:r>
        <w:t xml:space="preserve"> * &lt;p&gt;角色取自 {@code user.getRoles()}，即 {@code user_roles} 关联表</w:t>
      </w:r>
    </w:p>
    <w:p>
      <w:pPr>
        <w:pStyle w:val="CodeLine"/>
      </w:pPr>
      <w:r>
        <w:t xml:space="preserve"> * —— 与本类替换掉的全部既有 guard 完全一致。{@code users.role} 单值列用于 JWT 声明签发，</w:t>
      </w:r>
    </w:p>
    <w:p>
      <w:pPr>
        <w:pStyle w:val="CodeLine"/>
      </w:pPr>
      <w:r>
        <w:t xml:space="preserve"> * &lt;strong&gt;不&lt;/strong&gt;参与此处授权判定：把两者混用会改变既有语义。&lt;/p&gt;</w:t>
      </w:r>
    </w:p>
    <w:p>
      <w:pPr>
        <w:pStyle w:val="CodeLine"/>
      </w:pPr>
      <w:r>
        <w:t xml:space="preserve"> *</w:t>
      </w:r>
    </w:p>
    <w:p>
      <w:pPr>
        <w:pStyle w:val="CodeLine"/>
      </w:pPr>
      <w:r>
        <w:t xml:space="preserve"> * &lt;h2&gt;失败关闭&lt;/h2&gt;</w:t>
      </w:r>
    </w:p>
    <w:p>
      <w:pPr>
        <w:pStyle w:val="CodeLine"/>
      </w:pPr>
      <w:r>
        <w:t xml:space="preserve"> * &lt;ul&gt;</w:t>
      </w:r>
    </w:p>
    <w:p>
      <w:pPr>
        <w:pStyle w:val="CodeLine"/>
      </w:pPr>
      <w:r>
        <w:t xml:space="preserve"> *   &lt;li&gt;用户不存在 → {@link ErrorCode#USER_NOT_FOUND}（沿用既有错误码）；&lt;/li&gt;</w:t>
      </w:r>
    </w:p>
    <w:p>
      <w:pPr>
        <w:pStyle w:val="CodeLine"/>
      </w:pPr>
      <w:r>
        <w:t xml:space="preserve"> *   &lt;li&gt;用户存在但 &lt;strong&gt;inactive&lt;/strong&gt; → {@link ErrorCode#FORBIDDEN}</w:t>
      </w:r>
    </w:p>
    <w:p>
      <w:pPr>
        <w:pStyle w:val="CodeLine"/>
      </w:pPr>
      <w:r>
        <w:t xml:space="preserve"> *       （比既有实现更严格：被禁用的用户不再因"角色正确"而通过）；&lt;/li&gt;</w:t>
      </w:r>
    </w:p>
    <w:p>
      <w:pPr>
        <w:pStyle w:val="CodeLine"/>
      </w:pPr>
      <w:r>
        <w:t xml:space="preserve"> *   &lt;li&gt;{@code user_roles} 中缺少所需角色 → {@link ErrorCode#FORBIDDEN}</w:t>
      </w:r>
    </w:p>
    <w:p>
      <w:pPr>
        <w:pStyle w:val="CodeLine"/>
      </w:pPr>
      <w:r>
        <w:t xml:space="preserve"> *       （数据不一致时同样是拒绝，而不是放行）。&lt;/li&gt;</w:t>
      </w:r>
    </w:p>
    <w:p>
      <w:pPr>
        <w:pStyle w:val="CodeLine"/>
      </w:pPr>
      <w:r>
        <w:t xml:space="preserve"> * &lt;/ul&gt;</w:t>
      </w:r>
    </w:p>
    <w:p>
      <w:pPr>
        <w:pStyle w:val="CodeLine"/>
      </w:pPr>
      <w:r>
        <w:t xml:space="preserve"> *</w:t>
      </w:r>
    </w:p>
    <w:p>
      <w:pPr>
        <w:pStyle w:val="CodeLine"/>
      </w:pPr>
      <w:r>
        <w:t xml:space="preserve"> * &lt;h2&gt;查询次数&lt;/h2&gt;</w:t>
      </w:r>
    </w:p>
    <w:p>
      <w:pPr>
        <w:pStyle w:val="CodeLine"/>
      </w:pPr>
      <w:r>
        <w:t xml:space="preserve"> * &lt;p&gt;{@code requireXxx(Long)} 每次调用恰好 &lt;strong&gt;1&lt;/strong&gt; 次 {@code findById}，</w:t>
      </w:r>
    </w:p>
    <w:p>
      <w:pPr>
        <w:pStyle w:val="CodeLine"/>
      </w:pPr>
      <w:r>
        <w:t xml:space="preserve"> * 不做跨请求缓存（用户被注销/禁用后必须立即失效）。调用方若已加载</w:t>
      </w:r>
    </w:p>
    <w:p>
      <w:pPr>
        <w:pStyle w:val="CodeLine"/>
      </w:pPr>
      <w:r>
        <w:t xml:space="preserve"> * {@link User}，应使用 {@code requireXxx(User)} 重载以避免第二次查询。&lt;/p&gt;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@Component</w:t>
      </w:r>
    </w:p>
    <w:p>
      <w:pPr>
        <w:pStyle w:val="CodeLine"/>
      </w:pPr>
      <w:r>
        <w:t>@RequiredArgsConstructor</w:t>
      </w:r>
    </w:p>
    <w:p>
      <w:pPr>
        <w:pStyle w:val="CodeLine"/>
      </w:pPr>
      <w:r>
        <w:t>public class UserRoleGuard {</w:t>
      </w:r>
    </w:p>
    <w:p>
      <w:pPr>
        <w:pStyle w:val="CodeLine"/>
      </w:pPr>
      <w:r>
        <w:t xml:space="preserve">    private final UserRepository userRepository;</w:t>
      </w:r>
    </w:p>
    <w:p>
      <w:pPr>
        <w:pStyle w:val="CodeLine"/>
      </w:pPr>
      <w:r>
        <w:t xml:space="preserve">    // ── 按 userId 校验（每次 1 次查询）──────────────────────────</w:t>
      </w:r>
    </w:p>
    <w:p>
      <w:pPr>
        <w:pStyle w:val="CodeLine"/>
      </w:pPr>
      <w:r>
        <w:t xml:space="preserve">    public void requireStudent(Long userId) {</w:t>
      </w:r>
    </w:p>
    <w:p>
      <w:pPr>
        <w:pStyle w:val="CodeLine"/>
      </w:pPr>
      <w:r>
        <w:t xml:space="preserve">        requireRole(requireUser(userId), User.Role.STUDENT);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void requireCompany(Long userId) {</w:t>
      </w:r>
    </w:p>
    <w:p>
      <w:pPr>
        <w:pStyle w:val="CodeLine"/>
      </w:pPr>
      <w:r>
        <w:t xml:space="preserve">        requireRole(requireUser(userId), User.Role.COMPANY);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void requireAdmin(Long userId) {</w:t>
      </w:r>
    </w:p>
    <w:p>
      <w:pPr>
        <w:pStyle w:val="CodeLine"/>
      </w:pPr>
      <w:r>
        <w:t xml:space="preserve">        requireRole(requireUser(userId), User.Role.ADMIN);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/** 允许集合中的任意一个角色（集合由调用方以枚举常量给出，不接受客户端输入）。 */</w:t>
      </w:r>
    </w:p>
    <w:p>
      <w:pPr>
        <w:pStyle w:val="CodeLine"/>
      </w:pPr>
      <w:r>
        <w:t xml:space="preserve">    public void requireAny(Long userId, User.Role... allowedRoles) {</w:t>
      </w:r>
    </w:p>
    <w:p>
      <w:pPr>
        <w:pStyle w:val="CodeLine"/>
      </w:pPr>
      <w:r>
        <w:t xml:space="preserve">        requireRole(requireUser(userId), allowedRoles);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按已加载实体校验（0 次查询）────────────────────────────</w:t>
      </w:r>
    </w:p>
    <w:p>
      <w:pPr>
        <w:pStyle w:val="CodeLine"/>
      </w:pPr>
      <w:r>
        <w:t xml:space="preserve">    public void requireStudent(User user) {</w:t>
      </w:r>
    </w:p>
    <w:p>
      <w:pPr>
        <w:pStyle w:val="CodeLine"/>
      </w:pPr>
      <w:r>
        <w:t xml:space="preserve">        requireRole(user, User.Role.STUDENT);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void requireCompany(User user) {</w:t>
      </w:r>
    </w:p>
    <w:p>
      <w:pPr>
        <w:pStyle w:val="CodeLine"/>
      </w:pPr>
      <w:r>
        <w:t xml:space="preserve">        requireRole(user, User.Role.COMPANY);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void requireAdmin(User user) {</w:t>
      </w:r>
    </w:p>
    <w:p>
      <w:pPr>
        <w:pStyle w:val="CodeLine"/>
      </w:pPr>
      <w:r>
        <w:t xml:space="preserve">        requireRole(user, User.Role.ADMIN);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void requireAny(User user, User.Role... allowedRoles) {</w:t>
      </w:r>
    </w:p>
    <w:p>
      <w:pPr>
        <w:pStyle w:val="CodeLine"/>
      </w:pPr>
      <w:r>
        <w:t xml:space="preserve">        requireRole(user, allowedRoles);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基础能力 ───────────────────────────────────────────────</w:t>
      </w:r>
    </w:p>
    <w:p>
      <w:pPr>
        <w:pStyle w:val="CodeLine"/>
      </w:pPr>
      <w:r>
        <w:t xml:space="preserve">    /**</w:t>
      </w:r>
    </w:p>
    <w:p>
      <w:pPr>
        <w:pStyle w:val="CodeLine"/>
      </w:pPr>
      <w:r>
        <w:t xml:space="preserve">     * 加载用户并校验其可用（存在且 active）。</w:t>
      </w:r>
    </w:p>
    <w:p>
      <w:pPr>
        <w:pStyle w:val="CodeLine"/>
      </w:pPr>
      <w:r>
        <w:t xml:space="preserve">     *</w:t>
      </w:r>
    </w:p>
    <w:p>
      <w:pPr>
        <w:pStyle w:val="CodeLine"/>
      </w:pPr>
      <w:r>
        <w:t xml:space="preserve">     * @throws BusinessException {@link ErrorCode#USER_NOT_FOUND} 用户不存在；</w:t>
      </w:r>
    </w:p>
    <w:p>
      <w:pPr>
        <w:pStyle w:val="CodeLine"/>
      </w:pPr>
      <w:r>
        <w:t xml:space="preserve">     *                           {@link ErrorCode#FORBIDDEN} 用户存在但已禁用</w:t>
      </w:r>
    </w:p>
    <w:p>
      <w:pPr>
        <w:pStyle w:val="CodeLine"/>
      </w:pPr>
      <w:r>
        <w:t xml:space="preserve">     */</w:t>
      </w:r>
    </w:p>
    <w:p>
      <w:pPr>
        <w:pStyle w:val="CodeLine"/>
      </w:pPr>
      <w:r>
        <w:t xml:space="preserve">    public User requireUser(Long userId) {</w:t>
      </w:r>
    </w:p>
    <w:p>
      <w:pPr>
        <w:pStyle w:val="CodeLine"/>
      </w:pPr>
      <w:r>
        <w:t xml:space="preserve">        if (userId == null || userId &lt;= 0) {</w:t>
      </w:r>
    </w:p>
    <w:p>
      <w:pPr>
        <w:pStyle w:val="CodeLine"/>
      </w:pPr>
      <w:r>
        <w:t xml:space="preserve">            throw new BusinessException(ErrorCode.USER_NOT_FOUND);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User user = userRepository.findById(userId)</w:t>
      </w:r>
    </w:p>
    <w:p>
      <w:pPr>
        <w:pStyle w:val="CodeLine"/>
      </w:pPr>
      <w:r>
        <w:t xml:space="preserve">                .orElseThrow(() -&gt; new BusinessException(ErrorCode.USER_NOT_FOUND));</w:t>
      </w:r>
    </w:p>
    <w:p>
      <w:pPr>
        <w:pStyle w:val="CodeLine"/>
      </w:pPr>
      <w:r>
        <w:t xml:space="preserve">        if (!isActive(user)) {</w:t>
      </w:r>
    </w:p>
    <w:p>
      <w:pPr>
        <w:pStyle w:val="CodeLine"/>
      </w:pPr>
      <w:r>
        <w:t xml:space="preserve">            // 失败关闭：被禁用的用户不得因角色正确而通过授权。</w:t>
      </w:r>
    </w:p>
    <w:p>
      <w:pPr>
        <w:pStyle w:val="CodeLine"/>
      </w:pPr>
      <w:r>
        <w:t xml:space="preserve">            throw new BusinessException(ErrorCode.FORBIDDEN);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return user;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/**</w:t>
      </w:r>
    </w:p>
    <w:p>
      <w:pPr>
        <w:pStyle w:val="CodeLine"/>
      </w:pPr>
      <w:r>
        <w:t xml:space="preserve">     * 校验已加载用户是否具备所需角色之一。</w:t>
      </w:r>
    </w:p>
    <w:p>
      <w:pPr>
        <w:pStyle w:val="CodeLine"/>
      </w:pPr>
      <w:r>
        <w:t xml:space="preserve">     *</w:t>
      </w:r>
    </w:p>
    <w:p>
      <w:pPr>
        <w:pStyle w:val="CodeLine"/>
        <w:pageBreakBefore/>
      </w:pPr>
      <w:r>
        <w:t xml:space="preserve">     * &lt;p&gt;角色来源为 {@code user_roles}；缺失任一所需角色即拒绝。&lt;/p&gt;</w:t>
      </w:r>
    </w:p>
    <w:p>
      <w:pPr>
        <w:pStyle w:val="CodeLine"/>
      </w:pPr>
      <w:r>
        <w:t xml:space="preserve">     */</w:t>
      </w:r>
    </w:p>
    <w:p>
      <w:pPr>
        <w:pStyle w:val="CodeLine"/>
      </w:pPr>
      <w:r>
        <w:t xml:space="preserve">    public void requireRole(User user, User.Role... allowedRoles) {</w:t>
      </w:r>
    </w:p>
    <w:p>
      <w:pPr>
        <w:pStyle w:val="CodeLine"/>
      </w:pPr>
      <w:r>
        <w:t xml:space="preserve">        if (user == null) {</w:t>
      </w:r>
    </w:p>
    <w:p>
      <w:pPr>
        <w:pStyle w:val="CodeLine"/>
      </w:pPr>
      <w:r>
        <w:t xml:space="preserve">            throw new BusinessException(ErrorCode.USER_NOT_FOUND);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(!isActive(user)) {</w:t>
      </w:r>
    </w:p>
    <w:p>
      <w:pPr>
        <w:pStyle w:val="CodeLine"/>
      </w:pPr>
      <w:r>
        <w:t xml:space="preserve">            throw new BusinessException(ErrorCode.FORBIDDEN);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(allowedRoles == null || allowedRoles.length == 0) {</w:t>
      </w:r>
    </w:p>
    <w:p>
      <w:pPr>
        <w:pStyle w:val="CodeLine"/>
      </w:pPr>
      <w:r>
        <w:t xml:space="preserve">            throw new BusinessException(ErrorCode.FORBIDDEN);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(user.getRoles() == null) {</w:t>
      </w:r>
    </w:p>
    <w:p>
      <w:pPr>
        <w:pStyle w:val="CodeLine"/>
      </w:pPr>
      <w:r>
        <w:t xml:space="preserve">            throw new BusinessException(ErrorCode.FORBIDDEN);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for (User.Role allowed : allowedRoles) {</w:t>
      </w:r>
    </w:p>
    <w:p>
      <w:pPr>
        <w:pStyle w:val="CodeLine"/>
      </w:pPr>
      <w:r>
        <w:t xml:space="preserve">            if (allowed != null &amp;&amp; user.getRoles().contains(allowed)) {</w:t>
      </w:r>
    </w:p>
    <w:p>
      <w:pPr>
        <w:pStyle w:val="CodeLine"/>
      </w:pPr>
      <w:r>
        <w:t xml:space="preserve">                return;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throw new BusinessException(ErrorCode.FORBIDDEN);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static boolean isActive(User user) {</w:t>
      </w:r>
    </w:p>
    <w:p>
      <w:pPr>
        <w:pStyle w:val="CodeLine"/>
      </w:pPr>
      <w:r>
        <w:t xml:space="preserve">        return user.getActive() != null &amp;&amp; user.getActive();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com.mydreamjob.talentdiscovery;</w:t>
      </w:r>
    </w:p>
    <w:p>
      <w:pPr>
        <w:pStyle w:val="CodeLine"/>
      </w:pPr>
      <w:r>
        <w:t>import org.springframework.beans.factory.annotation.Value;</w:t>
      </w:r>
    </w:p>
    <w:p>
      <w:pPr>
        <w:pStyle w:val="CodeLine"/>
      </w:pPr>
      <w:r>
        <w:t>import org.springframework.stereotype.Component;</w:t>
      </w:r>
    </w:p>
    <w:p>
      <w:pPr>
        <w:pStyle w:val="CodeLine"/>
      </w:pPr>
      <w:r>
        <w:t>import javax.crypto.Mac;</w:t>
      </w:r>
    </w:p>
    <w:p>
      <w:pPr>
        <w:pStyle w:val="CodeLine"/>
      </w:pPr>
      <w:r>
        <w:t>import javax.crypto.spec.SecretKeySpec;</w:t>
      </w:r>
    </w:p>
    <w:p>
      <w:pPr>
        <w:pStyle w:val="CodeLine"/>
      </w:pPr>
      <w:r>
        <w:t>import java.nio.charset.StandardCharsets;</w:t>
      </w:r>
    </w:p>
    <w:p>
      <w:pPr>
        <w:pStyle w:val="CodeLine"/>
      </w:pPr>
      <w:r>
        <w:t>import java.time.LocalDate;</w:t>
      </w:r>
    </w:p>
    <w:p>
      <w:pPr>
        <w:pStyle w:val="CodeLine"/>
      </w:pPr>
      <w:r>
        <w:t>import java.util.Base64;</w:t>
      </w:r>
    </w:p>
    <w:p>
      <w:pPr>
        <w:pStyle w:val="CodeLine"/>
      </w:pPr>
      <w:r>
        <w:t>/** 生成与公司、岗位和日期桶绑定的不可逆候选人展示键。 */</w:t>
      </w:r>
    </w:p>
    <w:p>
      <w:pPr>
        <w:pStyle w:val="CodeLine"/>
      </w:pPr>
      <w:r>
        <w:t>@Component</w:t>
      </w:r>
    </w:p>
    <w:p>
      <w:pPr>
        <w:pStyle w:val="CodeLine"/>
      </w:pPr>
      <w:r>
        <w:t>public class CandidateKeyGenerator {</w:t>
      </w:r>
    </w:p>
    <w:p>
      <w:pPr>
        <w:pStyle w:val="CodeLine"/>
      </w:pPr>
      <w:r>
        <w:t xml:space="preserve">    private static final String HMAC = "HmacSHA256";</w:t>
      </w:r>
    </w:p>
    <w:p>
      <w:pPr>
        <w:pStyle w:val="CodeLine"/>
      </w:pPr>
      <w:r>
        <w:t xml:space="preserve">    private final byte[] secret;</w:t>
      </w:r>
    </w:p>
    <w:p>
      <w:pPr>
        <w:pStyle w:val="CodeLine"/>
      </w:pPr>
      <w:r>
        <w:t xml:space="preserve">    public CandidateKeyGenerator(@Value("${app.jwt.secret:}") String configuredSecret) {</w:t>
      </w:r>
    </w:p>
    <w:p>
      <w:pPr>
        <w:pStyle w:val="CodeLine"/>
      </w:pPr>
      <w:r>
        <w:t xml:space="preserve">        this.secret = (configuredSecret == null ? "" : configuredSecret).getBytes(StandardCharsets.UTF_8);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String generate(Long companyId, Long jobId, Long studentUserId, LocalDate capturedDate) {</w:t>
      </w:r>
    </w:p>
    <w:p>
      <w:pPr>
        <w:pStyle w:val="CodeLine"/>
      </w:pPr>
      <w:r>
        <w:t xml:space="preserve">        if (companyId == null || jobId == null || studentUserId == null || capturedDate == null ||</w:t>
      </w:r>
    </w:p>
    <w:p>
      <w:pPr>
        <w:pStyle w:val="CodeLine"/>
      </w:pPr>
      <w:r>
        <w:t>secret.length == 0)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    throw new IllegalArgumentException("candidate key parameters are invalid");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String message = "talent-discovery:v1|" + companyId + "|" + jobId + "|" + studentUserId + "|" +</w:t>
      </w:r>
    </w:p>
    <w:p>
      <w:pPr>
        <w:pStyle w:val="CodeLine"/>
      </w:pPr>
      <w:r>
        <w:t>capturedDate;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Mac mac = Mac.getInstance(HMAC);</w:t>
      </w:r>
    </w:p>
    <w:p>
      <w:pPr>
        <w:pStyle w:val="CodeLine"/>
      </w:pPr>
      <w:r>
        <w:t xml:space="preserve">            mac.init(new SecretKeySpec(secret, HMAC));</w:t>
      </w:r>
    </w:p>
    <w:p>
      <w:pPr>
        <w:pStyle w:val="CodeLine"/>
      </w:pPr>
      <w:r>
        <w:t xml:space="preserve">            return Base64.getUrlEncoder().withoutPadding().encodeToString(mac.doFinal(message.getBytes(Standa</w:t>
      </w:r>
    </w:p>
    <w:p>
      <w:pPr>
        <w:pStyle w:val="CodeLine"/>
      </w:pPr>
      <w:r>
        <w:t>rdCharsets.UTF_8)));</w:t>
      </w:r>
    </w:p>
    <w:p>
      <w:pPr>
        <w:pStyle w:val="CodeLine"/>
      </w:pPr>
      <w:r>
        <w:t xml:space="preserve">        } catch (Exception e) {</w:t>
      </w:r>
    </w:p>
    <w:p>
      <w:pPr>
        <w:pStyle w:val="CodeLine"/>
      </w:pPr>
      <w:r>
        <w:t xml:space="preserve">            throw new IllegalStateException("unable to generate candidate key", e);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com.mydreamjob.talentdiscovery;</w:t>
      </w:r>
    </w:p>
    <w:p>
      <w:pPr>
        <w:pStyle w:val="CodeLine"/>
      </w:pPr>
      <w:r>
        <w:t>import jakarta.persistence.Column;</w:t>
      </w:r>
    </w:p>
    <w:p>
      <w:pPr>
        <w:pStyle w:val="CodeLine"/>
      </w:pPr>
      <w:r>
        <w:t>import jakarta.persistence.Entity;</w:t>
      </w:r>
    </w:p>
    <w:p>
      <w:pPr>
        <w:pStyle w:val="CodeLine"/>
      </w:pPr>
      <w:r>
        <w:t>import jakarta.persistence.EntityListeners;</w:t>
      </w:r>
    </w:p>
    <w:p>
      <w:pPr>
        <w:pStyle w:val="CodeLine"/>
      </w:pPr>
      <w:r>
        <w:t>import jakarta.persistence.GeneratedValue;</w:t>
      </w:r>
    </w:p>
    <w:p>
      <w:pPr>
        <w:pStyle w:val="CodeLine"/>
      </w:pPr>
      <w:r>
        <w:t>import jakarta.persistence.GenerationType;</w:t>
      </w:r>
    </w:p>
    <w:p>
      <w:pPr>
        <w:pStyle w:val="CodeLine"/>
      </w:pPr>
      <w:r>
        <w:t>import jakarta.persistence.Id;</w:t>
      </w:r>
    </w:p>
    <w:p>
      <w:pPr>
        <w:pStyle w:val="CodeLine"/>
      </w:pPr>
      <w:r>
        <w:t>import jakarta.persistence.Table;</w:t>
      </w:r>
    </w:p>
    <w:p>
      <w:pPr>
        <w:pStyle w:val="CodeLine"/>
      </w:pPr>
      <w:r>
        <w:t>import jakarta.persistence.Version;</w:t>
      </w:r>
    </w:p>
    <w:p>
      <w:pPr>
        <w:pStyle w:val="CodeLine"/>
      </w:pPr>
      <w:r>
        <w:t>import lombok.AllArgsConstructor;</w:t>
      </w:r>
    </w:p>
    <w:p>
      <w:pPr>
        <w:pStyle w:val="CodeLine"/>
      </w:pPr>
      <w:r>
        <w:t>import lombok.Builder;</w:t>
      </w:r>
    </w:p>
    <w:p>
      <w:pPr>
        <w:pStyle w:val="CodeLine"/>
      </w:pPr>
      <w:r>
        <w:t>import lombok.Data;</w:t>
      </w:r>
    </w:p>
    <w:p>
      <w:pPr>
        <w:pStyle w:val="CodeLine"/>
        <w:pageBreakBefore/>
      </w:pPr>
      <w:r>
        <w:t>import lombok.NoArgsConstructor;</w:t>
      </w:r>
    </w:p>
    <w:p>
      <w:pPr>
        <w:pStyle w:val="CodeLine"/>
      </w:pPr>
      <w:r>
        <w:t>import org.hibernate.annotations.JdbcTypeCode;</w:t>
      </w:r>
    </w:p>
    <w:p>
      <w:pPr>
        <w:pStyle w:val="CodeLine"/>
      </w:pPr>
      <w:r>
        <w:t>import org.hibernate.type.SqlTypes;</w:t>
      </w:r>
    </w:p>
    <w:p>
      <w:pPr>
        <w:pStyle w:val="CodeLine"/>
      </w:pPr>
      <w:r>
        <w:t>import org.springframework.data.annotation.CreatedDate;</w:t>
      </w:r>
    </w:p>
    <w:p>
      <w:pPr>
        <w:pStyle w:val="CodeLine"/>
      </w:pPr>
      <w:r>
        <w:t>import org.springframework.data.annotation.LastModifiedDate;</w:t>
      </w:r>
    </w:p>
    <w:p>
      <w:pPr>
        <w:pStyle w:val="CodeLine"/>
      </w:pPr>
      <w:r>
        <w:t>import org.springframework.data.jpa.domain.support.AuditingEntityListener;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/** 学生对“被企业发现”的显式授权。无记录等价于关闭。 */</w:t>
      </w:r>
    </w:p>
    <w:p>
      <w:pPr>
        <w:pStyle w:val="CodeLine"/>
      </w:pPr>
      <w:r>
        <w:t>@Data</w:t>
      </w:r>
    </w:p>
    <w:p>
      <w:pPr>
        <w:pStyle w:val="CodeLine"/>
      </w:pPr>
      <w:r>
        <w:t>@Builder</w:t>
      </w:r>
    </w:p>
    <w:p>
      <w:pPr>
        <w:pStyle w:val="CodeLine"/>
      </w:pPr>
      <w:r>
        <w:t>@NoArgsConstructor</w:t>
      </w:r>
    </w:p>
    <w:p>
      <w:pPr>
        <w:pStyle w:val="CodeLine"/>
      </w:pPr>
      <w:r>
        <w:t>@AllArgsConstructor</w:t>
      </w:r>
    </w:p>
    <w:p>
      <w:pPr>
        <w:pStyle w:val="CodeLine"/>
      </w:pPr>
      <w:r>
        <w:t>@Entity</w:t>
      </w:r>
    </w:p>
    <w:p>
      <w:pPr>
        <w:pStyle w:val="CodeLine"/>
      </w:pPr>
      <w:r>
        <w:t>@Table(name = "student_talent_discovery_preferences")</w:t>
      </w:r>
    </w:p>
    <w:p>
      <w:pPr>
        <w:pStyle w:val="CodeLine"/>
      </w:pPr>
      <w:r>
        <w:t>@EntityListeners(AuditingEntityListener.class)</w:t>
      </w:r>
    </w:p>
    <w:p>
      <w:pPr>
        <w:pStyle w:val="CodeLine"/>
      </w:pPr>
      <w:r>
        <w:t>public class StudentTalentDiscoveryPreference {</w:t>
      </w:r>
    </w:p>
    <w:p>
      <w:pPr>
        <w:pStyle w:val="CodeLine"/>
      </w:pPr>
      <w:r>
        <w:t xml:space="preserve">    @Id</w:t>
      </w:r>
    </w:p>
    <w:p>
      <w:pPr>
        <w:pStyle w:val="CodeLine"/>
      </w:pPr>
      <w:r>
        <w:t xml:space="preserve">    @GeneratedValue(strategy = GenerationType.IDENTITY)</w:t>
      </w:r>
    </w:p>
    <w:p>
      <w:pPr>
        <w:pStyle w:val="CodeLine"/>
      </w:pPr>
      <w:r>
        <w:t xml:space="preserve">    private Long id;</w:t>
      </w:r>
    </w:p>
    <w:p>
      <w:pPr>
        <w:pStyle w:val="CodeLine"/>
      </w:pPr>
      <w:r>
        <w:t xml:space="preserve">    @Column(name = "student_user_id", nullable = false, unique = true)</w:t>
      </w:r>
    </w:p>
    <w:p>
      <w:pPr>
        <w:pStyle w:val="CodeLine"/>
      </w:pPr>
      <w:r>
        <w:t xml:space="preserve">    private Long studentUserId;</w:t>
      </w:r>
    </w:p>
    <w:p>
      <w:pPr>
        <w:pStyle w:val="CodeLine"/>
      </w:pPr>
      <w:r>
        <w:t xml:space="preserve">    @JdbcTypeCode(SqlTypes.TINYINT)</w:t>
      </w:r>
    </w:p>
    <w:p>
      <w:pPr>
        <w:pStyle w:val="CodeLine"/>
      </w:pPr>
      <w:r>
        <w:t xml:space="preserve">    @Column(nullable = false)</w:t>
      </w:r>
    </w:p>
    <w:p>
      <w:pPr>
        <w:pStyle w:val="CodeLine"/>
      </w:pPr>
      <w:r>
        <w:t xml:space="preserve">    @Builder.Default</w:t>
      </w:r>
    </w:p>
    <w:p>
      <w:pPr>
        <w:pStyle w:val="CodeLine"/>
      </w:pPr>
      <w:r>
        <w:t xml:space="preserve">    private Boolean enabled = false;</w:t>
      </w:r>
    </w:p>
    <w:p>
      <w:pPr>
        <w:pStyle w:val="CodeLine"/>
      </w:pPr>
      <w:r>
        <w:t xml:space="preserve">    @Version</w:t>
      </w:r>
    </w:p>
    <w:p>
      <w:pPr>
        <w:pStyle w:val="CodeLine"/>
      </w:pPr>
      <w:r>
        <w:t xml:space="preserve">    @Column(nullable = false)</w:t>
      </w:r>
    </w:p>
    <w:p>
      <w:pPr>
        <w:pStyle w:val="CodeLine"/>
      </w:pPr>
      <w:r>
        <w:t xml:space="preserve">    @Builder.Default</w:t>
      </w:r>
    </w:p>
    <w:p>
      <w:pPr>
        <w:pStyle w:val="CodeLine"/>
      </w:pPr>
      <w:r>
        <w:t xml:space="preserve">    private Long version = 0L;</w:t>
      </w:r>
    </w:p>
    <w:p>
      <w:pPr>
        <w:pStyle w:val="CodeLine"/>
      </w:pPr>
      <w:r>
        <w:t xml:space="preserve">    @CreatedDate</w:t>
      </w:r>
    </w:p>
    <w:p>
      <w:pPr>
        <w:pStyle w:val="CodeLine"/>
      </w:pPr>
      <w:r>
        <w:t xml:space="preserve">    @Column(name = "created_at", nullable = false, updatable = false)</w:t>
      </w:r>
    </w:p>
    <w:p>
      <w:pPr>
        <w:pStyle w:val="CodeLine"/>
      </w:pPr>
      <w:r>
        <w:t xml:space="preserve">    private LocalDateTime createdAt;</w:t>
      </w:r>
    </w:p>
    <w:p>
      <w:pPr>
        <w:pStyle w:val="CodeLine"/>
      </w:pPr>
      <w:r>
        <w:t xml:space="preserve">    @LastModifiedDate</w:t>
      </w:r>
    </w:p>
    <w:p>
      <w:pPr>
        <w:pStyle w:val="CodeLine"/>
      </w:pPr>
      <w:r>
        <w:t xml:space="preserve">    @Column(name = "updated_at", nullable = false)</w:t>
      </w:r>
    </w:p>
    <w:p>
      <w:pPr>
        <w:pStyle w:val="CodeLine"/>
      </w:pPr>
      <w:r>
        <w:t xml:space="preserve">    private LocalDateTime updatedAt;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com.mydreamjob.talentdiscovery;</w:t>
      </w:r>
    </w:p>
    <w:p>
      <w:pPr>
        <w:pStyle w:val="CodeLine"/>
      </w:pPr>
      <w:r>
        <w:t>import org.springframework.data.jpa.repository.JpaRepository;</w:t>
      </w:r>
    </w:p>
    <w:p>
      <w:pPr>
        <w:pStyle w:val="CodeLine"/>
      </w:pPr>
      <w:r>
        <w:t>import org.springframework.stereotype.Repository;</w:t>
      </w:r>
    </w:p>
    <w:p>
      <w:pPr>
        <w:pStyle w:val="CodeLine"/>
      </w:pPr>
      <w:r>
        <w:t>import java.util.Collection;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import java.util.Optional;</w:t>
      </w:r>
    </w:p>
    <w:p>
      <w:pPr>
        <w:pStyle w:val="CodeLine"/>
      </w:pPr>
      <w:r>
        <w:t>@Repository</w:t>
      </w:r>
    </w:p>
    <w:p>
      <w:pPr>
        <w:pStyle w:val="CodeLine"/>
      </w:pPr>
      <w:r>
        <w:t>public interface StudentTalentDiscoveryPreferenceRepository</w:t>
      </w:r>
    </w:p>
    <w:p>
      <w:pPr>
        <w:pStyle w:val="CodeLine"/>
      </w:pPr>
      <w:r>
        <w:t xml:space="preserve">        extends JpaRepository&lt;StudentTalentDiscoveryPreference, Long&gt; {</w:t>
      </w:r>
    </w:p>
    <w:p>
      <w:pPr>
        <w:pStyle w:val="CodeLine"/>
      </w:pPr>
      <w:r>
        <w:t xml:space="preserve">    Optional&lt;StudentTalentDiscoveryPreference&gt; findByStudentUserId(Long studentUserId);</w:t>
      </w:r>
    </w:p>
    <w:p>
      <w:pPr>
        <w:pStyle w:val="CodeLine"/>
      </w:pPr>
      <w:r>
        <w:t xml:space="preserve">    List&lt;StudentTalentDiscoveryPreference&gt; findByStudentUserIdInAndEnabledTrue(Collection&lt;Long&gt;</w:t>
      </w:r>
    </w:p>
    <w:p>
      <w:pPr>
        <w:pStyle w:val="CodeLine"/>
      </w:pPr>
      <w:r>
        <w:t>studentUserIds);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com.mydreamjob.talentdiscovery;</w:t>
      </w:r>
    </w:p>
    <w:p>
      <w:pPr>
        <w:pStyle w:val="CodeLine"/>
      </w:pPr>
      <w:r>
        <w:t>import com.fasterxml.jackson.core.type.TypeReference;</w:t>
      </w:r>
    </w:p>
    <w:p>
      <w:pPr>
        <w:pStyle w:val="CodeLine"/>
      </w:pPr>
      <w:r>
        <w:t>import com.fasterxml.jackson.databind.ObjectMapper;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org.springframework.jdbc.core.JdbcTemplate;</w:t>
      </w:r>
    </w:p>
    <w:p>
      <w:pPr>
        <w:pStyle w:val="CodeLine"/>
      </w:pPr>
      <w:r>
        <w:t>import org.springframework.stereotype.Component;</w:t>
      </w:r>
    </w:p>
    <w:p>
      <w:pPr>
        <w:pStyle w:val="CodeLine"/>
      </w:pPr>
      <w:r>
        <w:t>import java.math.BigDecimal;</w:t>
      </w:r>
    </w:p>
    <w:p>
      <w:pPr>
        <w:pStyle w:val="CodeLine"/>
      </w:pPr>
      <w:r>
        <w:t>import java.sql.Timestamp;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import java.util.ArrayList;</w:t>
      </w:r>
    </w:p>
    <w:p>
      <w:pPr>
        <w:pStyle w:val="CodeLine"/>
      </w:pPr>
      <w:r>
        <w:t>import java.util.Collection;</w:t>
      </w:r>
    </w:p>
    <w:p>
      <w:pPr>
        <w:pStyle w:val="CodeLine"/>
      </w:pPr>
      <w:r>
        <w:t>import java.util.Collections;</w:t>
      </w:r>
    </w:p>
    <w:p>
      <w:pPr>
        <w:pStyle w:val="CodeLine"/>
      </w:pPr>
      <w:r>
        <w:t>import java.util.HashMap;</w:t>
      </w:r>
    </w:p>
    <w:p>
      <w:pPr>
        <w:pStyle w:val="CodeLine"/>
      </w:pPr>
      <w:r>
        <w:t>import java.util.HashSet;</w:t>
      </w:r>
    </w:p>
    <w:p>
      <w:pPr>
        <w:pStyle w:val="CodeLine"/>
      </w:pPr>
      <w:r>
        <w:t>import java.util.LinkedHashMap;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import java.util.Map;</w:t>
      </w:r>
    </w:p>
    <w:p>
      <w:pPr>
        <w:pStyle w:val="CodeLine"/>
      </w:pPr>
      <w:r>
        <w:t>import java.util.Set;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V41 的批量只读数据源。这里集中保存资格 SQL 与聚合结果读取，Controller/Service 不执行 SQL。</w:t>
      </w:r>
    </w:p>
    <w:p>
      <w:pPr>
        <w:pStyle w:val="CodeLine"/>
      </w:pPr>
      <w:r>
        <w:t xml:space="preserve"> * 所有 ID 都通过 JDBC 参数绑定；仅动态生成与参数数量相同的 ? 占位符。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@Component</w:t>
      </w:r>
    </w:p>
    <w:p>
      <w:pPr>
        <w:pStyle w:val="CodeLine"/>
        <w:pageBreakBefore/>
      </w:pPr>
      <w:r>
        <w:t>@RequiredArgsConstructor</w:t>
      </w:r>
    </w:p>
    <w:p>
      <w:pPr>
        <w:pStyle w:val="CodeLine"/>
      </w:pPr>
      <w:r>
        <w:t>public class TalentDiscoveryCandidateSource {</w:t>
      </w:r>
    </w:p>
    <w:p>
      <w:pPr>
        <w:pStyle w:val="CodeLine"/>
      </w:pPr>
      <w:r>
        <w:t xml:space="preserve">    private static final Set&lt;String&gt; RIASEC_DIMENSIONS = Set.of("R", "I", "A", "S", "E", "C");</w:t>
      </w:r>
    </w:p>
    <w:p>
      <w:pPr>
        <w:pStyle w:val="CodeLine"/>
      </w:pPr>
      <w:r>
        <w:t xml:space="preserve">    private static final Set&lt;String&gt; ABILITY_DIMENSIONS = Set.of("LOGIC", "COMMUNICATION", "EXECUTION",</w:t>
      </w:r>
    </w:p>
    <w:p>
      <w:pPr>
        <w:pStyle w:val="CodeLine"/>
      </w:pPr>
      <w:r>
        <w:t>"LEARNING");</w:t>
      </w:r>
    </w:p>
    <w:p>
      <w:pPr>
        <w:pStyle w:val="CodeLine"/>
      </w:pPr>
      <w:r>
        <w:t xml:space="preserve">    private static final TypeReference&lt;List&lt;Map&lt;String, Object&gt;&gt;&gt; LIST = new TypeReference&lt;&gt;() { };</w:t>
      </w:r>
    </w:p>
    <w:p>
      <w:pPr>
        <w:pStyle w:val="CodeLine"/>
      </w:pPr>
      <w:r>
        <w:t xml:space="preserve">    private static final TypeReference&lt;List&lt;String&gt;&gt; STRINGS = new TypeReference&lt;&gt;() { };</w:t>
      </w:r>
    </w:p>
    <w:p>
      <w:pPr>
        <w:pStyle w:val="CodeLine"/>
      </w:pPr>
      <w:r>
        <w:t xml:space="preserve">    private final JdbcTemplate jdbcTemplate;</w:t>
      </w:r>
    </w:p>
    <w:p>
      <w:pPr>
        <w:pStyle w:val="CodeLine"/>
      </w:pPr>
      <w:r>
        <w:t xml:space="preserve">    private final ObjectMapper objectMapper;</w:t>
      </w:r>
    </w:p>
    <w:p>
      <w:pPr>
        <w:pStyle w:val="CodeLine"/>
      </w:pPr>
      <w:r>
        <w:t xml:space="preserve">    /**</w:t>
      </w:r>
    </w:p>
    <w:p>
      <w:pPr>
        <w:pStyle w:val="CodeLine"/>
      </w:pPr>
      <w:r>
        <w:t xml:space="preserve">     * 读取全部合格候选，不做数据库分页。账号注销限制和当前企业任意历史投递均在 SQL 中排除。</w:t>
      </w:r>
    </w:p>
    <w:p>
      <w:pPr>
        <w:pStyle w:val="CodeLine"/>
      </w:pPr>
      <w:r>
        <w:t xml:space="preserve">     */</w:t>
      </w:r>
    </w:p>
    <w:p>
      <w:pPr>
        <w:pStyle w:val="CodeLine"/>
      </w:pPr>
      <w:r>
        <w:t xml:space="preserve">    public List&lt;CandidateSeed&gt; findEligibleCandidates(Long companyId) {</w:t>
      </w:r>
    </w:p>
    <w:p>
      <w:pPr>
        <w:pStyle w:val="CodeLine"/>
      </w:pPr>
      <w:r>
        <w:t xml:space="preserve">        if (companyId == null) return List.of();</w:t>
      </w:r>
    </w:p>
    <w:p>
      <w:pPr>
        <w:pStyle w:val="CodeLine"/>
      </w:pPr>
      <w:r>
        <w:t xml:space="preserve">        String sql = """</w:t>
      </w:r>
    </w:p>
    <w:p>
      <w:pPr>
        <w:pStyle w:val="CodeLine"/>
      </w:pPr>
      <w:r>
        <w:t xml:space="preserve">                SELECT u.id AS student_user_id, p.location, p.education, p.graduation_year,</w:t>
      </w:r>
    </w:p>
    <w:p>
      <w:pPr>
        <w:pStyle w:val="CodeLine"/>
      </w:pPr>
      <w:r>
        <w:t xml:space="preserve">                       p.skills_json, p.updated_at</w:t>
      </w:r>
    </w:p>
    <w:p>
      <w:pPr>
        <w:pStyle w:val="CodeLine"/>
      </w:pPr>
      <w:r>
        <w:t xml:space="preserve">                FROM users u</w:t>
      </w:r>
    </w:p>
    <w:p>
      <w:pPr>
        <w:pStyle w:val="CodeLine"/>
      </w:pPr>
      <w:r>
        <w:t xml:space="preserve">                JOIN student_talent_discovery_preferences td ON td.student_user_id = u.id AND td.enabled = 1</w:t>
      </w:r>
    </w:p>
    <w:p>
      <w:pPr>
        <w:pStyle w:val="CodeLine"/>
      </w:pPr>
      <w:r>
        <w:t xml:space="preserve">                JOIN student_profiles p ON p.user_id = u.id</w:t>
      </w:r>
    </w:p>
    <w:p>
      <w:pPr>
        <w:pStyle w:val="CodeLine"/>
      </w:pPr>
      <w:r>
        <w:t xml:space="preserve">                WHERE u.role = 'STUDENT'</w:t>
      </w:r>
    </w:p>
    <w:p>
      <w:pPr>
        <w:pStyle w:val="CodeLine"/>
      </w:pPr>
      <w:r>
        <w:t xml:space="preserve">                  AND u.is_active = 1</w:t>
      </w:r>
    </w:p>
    <w:p>
      <w:pPr>
        <w:pStyle w:val="CodeLine"/>
      </w:pPr>
      <w:r>
        <w:t xml:space="preserve">                  AND NOT EXISTS (</w:t>
      </w:r>
    </w:p>
    <w:p>
      <w:pPr>
        <w:pStyle w:val="CodeLine"/>
      </w:pPr>
      <w:r>
        <w:t xml:space="preserve">                      SELECT 1 FROM account_deletions ad</w:t>
      </w:r>
    </w:p>
    <w:p>
      <w:pPr>
        <w:pStyle w:val="CodeLine"/>
      </w:pPr>
      <w:r>
        <w:t xml:space="preserve">                      WHERE ad.user_id = u.id AND ad.status IN ('PENDING', 'COMPLETED')</w:t>
      </w:r>
    </w:p>
    <w:p>
      <w:pPr>
        <w:pStyle w:val="CodeLine"/>
      </w:pPr>
      <w:r>
        <w:t xml:space="preserve">                  )</w:t>
      </w:r>
    </w:p>
    <w:p>
      <w:pPr>
        <w:pStyle w:val="CodeLine"/>
      </w:pPr>
      <w:r>
        <w:t xml:space="preserve">                  AND NOT EXISTS (</w:t>
      </w:r>
    </w:p>
    <w:p>
      <w:pPr>
        <w:pStyle w:val="CodeLine"/>
      </w:pPr>
      <w:r>
        <w:t xml:space="preserve">                      SELECT 1 FROM applications a</w:t>
      </w:r>
    </w:p>
    <w:p>
      <w:pPr>
        <w:pStyle w:val="CodeLine"/>
      </w:pPr>
      <w:r>
        <w:t xml:space="preserve">                      JOIN jobs j ON j.id = a.job_id</w:t>
      </w:r>
    </w:p>
    <w:p>
      <w:pPr>
        <w:pStyle w:val="CodeLine"/>
      </w:pPr>
      <w:r>
        <w:t xml:space="preserve">                      WHERE a.student_user_id = u.id AND j.company_id = ?</w:t>
      </w:r>
    </w:p>
    <w:p>
      <w:pPr>
        <w:pStyle w:val="CodeLine"/>
      </w:pPr>
      <w:r>
        <w:t xml:space="preserve">                  )</w:t>
      </w:r>
    </w:p>
    <w:p>
      <w:pPr>
        <w:pStyle w:val="CodeLine"/>
      </w:pPr>
      <w:r>
        <w:t xml:space="preserve">                ORDER BY p.updated_at DESC, u.id DESC</w:t>
      </w:r>
    </w:p>
    <w:p>
      <w:pPr>
        <w:pStyle w:val="CodeLine"/>
      </w:pPr>
      <w:r>
        <w:t xml:space="preserve">                """;</w:t>
      </w:r>
    </w:p>
    <w:p>
      <w:pPr>
        <w:pStyle w:val="CodeLine"/>
      </w:pPr>
      <w:r>
        <w:t xml:space="preserve">        return jdbcTemplate.query(sql, (rs, rowNum) -&gt; new CandidateSeed(</w:t>
      </w:r>
    </w:p>
    <w:p>
      <w:pPr>
        <w:pStyle w:val="CodeLine"/>
      </w:pPr>
      <w:r>
        <w:t xml:space="preserve">                rs.getLong("student_user_id"),</w:t>
      </w:r>
    </w:p>
    <w:p>
      <w:pPr>
        <w:pStyle w:val="CodeLine"/>
      </w:pPr>
      <w:r>
        <w:t xml:space="preserve">                rs.getString("location"),</w:t>
      </w:r>
    </w:p>
    <w:p>
      <w:pPr>
        <w:pStyle w:val="CodeLine"/>
      </w:pPr>
      <w:r>
        <w:t xml:space="preserve">                rs.getString("education"),</w:t>
      </w:r>
    </w:p>
    <w:p>
      <w:pPr>
        <w:pStyle w:val="CodeLine"/>
      </w:pPr>
      <w:r>
        <w:t xml:space="preserve">                rs.getObject("graduation_year", Short.class) == null ? null :</w:t>
      </w:r>
    </w:p>
    <w:p>
      <w:pPr>
        <w:pStyle w:val="CodeLine"/>
      </w:pPr>
      <w:r>
        <w:t>rs.getObject("graduation_year", Short.class).intValue(),</w:t>
      </w:r>
    </w:p>
    <w:p>
      <w:pPr>
        <w:pStyle w:val="CodeLine"/>
      </w:pPr>
      <w:r>
        <w:t xml:space="preserve">                rs.getString("skills_json"),</w:t>
      </w:r>
    </w:p>
    <w:p>
      <w:pPr>
        <w:pStyle w:val="CodeLine"/>
      </w:pPr>
      <w:r>
        <w:t xml:space="preserve">                timestamp(rs.getTimestamp("updated_at"))), companyId);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/** 批量读取偏好，一次调用对应一条带 IN 参数的 SQL。 */</w:t>
      </w:r>
    </w:p>
    <w:p>
      <w:pPr>
        <w:pStyle w:val="CodeLine"/>
      </w:pPr>
      <w:r>
        <w:t xml:space="preserve">    public Map&lt;Long, PreferenceSignal&gt; findPreferences(Collection&lt;Long&gt; studentIds) {</w:t>
      </w:r>
    </w:p>
    <w:p>
      <w:pPr>
        <w:pStyle w:val="CodeLine"/>
      </w:pPr>
      <w:r>
        <w:t xml:space="preserve">        if (studentIds == null || studentIds.isEmpty()) return Map.of();</w:t>
      </w:r>
    </w:p>
    <w:p>
      <w:pPr>
        <w:pStyle w:val="CodeLine"/>
      </w:pPr>
      <w:r>
        <w:t xml:space="preserve">        List&lt;Long&gt; ids = distinctIds(studentIds);</w:t>
      </w:r>
    </w:p>
    <w:p>
      <w:pPr>
        <w:pStyle w:val="CodeLine"/>
      </w:pPr>
      <w:r>
        <w:t xml:space="preserve">        String sql = "SELECT student_user_id, expected_salary_min, expected_salary_max, preferred_cities,</w:t>
      </w:r>
    </w:p>
    <w:p>
      <w:pPr>
        <w:pStyle w:val="CodeLine"/>
      </w:pPr>
      <w:r>
        <w:t>employment_types,</w:t>
      </w:r>
    </w:p>
    <w:p>
      <w:pPr>
        <w:pStyle w:val="CodeLine"/>
      </w:pPr>
      <w:r>
        <w:t>"</w:t>
      </w:r>
    </w:p>
    <w:p>
      <w:pPr>
        <w:pStyle w:val="CodeLine"/>
      </w:pPr>
      <w:r>
        <w:t xml:space="preserve">                + "preferred_industries, preferred_job_types, remote_allowed FROM student_preferences WHERE</w:t>
      </w:r>
    </w:p>
    <w:p>
      <w:pPr>
        <w:pStyle w:val="CodeLine"/>
      </w:pPr>
      <w:r>
        <w:t>student_user_id IN</w:t>
      </w:r>
    </w:p>
    <w:p>
      <w:pPr>
        <w:pStyle w:val="CodeLine"/>
      </w:pPr>
      <w:r>
        <w:t>("</w:t>
      </w:r>
    </w:p>
    <w:p>
      <w:pPr>
        <w:pStyle w:val="CodeLine"/>
      </w:pPr>
      <w:r>
        <w:t xml:space="preserve">                + placeholders(ids.size()) + ")";</w:t>
      </w:r>
    </w:p>
    <w:p>
      <w:pPr>
        <w:pStyle w:val="CodeLine"/>
      </w:pPr>
      <w:r>
        <w:t xml:space="preserve">        Object[] args = ids.toArray();</w:t>
      </w:r>
    </w:p>
    <w:p>
      <w:pPr>
        <w:pStyle w:val="CodeLine"/>
      </w:pPr>
      <w:r>
        <w:t xml:space="preserve">        Map&lt;Long, PreferenceSignal&gt; out = new HashMap&lt;&gt;();</w:t>
      </w:r>
    </w:p>
    <w:p>
      <w:pPr>
        <w:pStyle w:val="CodeLine"/>
      </w:pPr>
      <w:r>
        <w:t xml:space="preserve">        jdbcTemplate.query(sql, rs -&gt; {</w:t>
      </w:r>
    </w:p>
    <w:p>
      <w:pPr>
        <w:pStyle w:val="CodeLine"/>
      </w:pPr>
      <w:r>
        <w:t xml:space="preserve">            Long id = rs.getLong("student_user_id");</w:t>
      </w:r>
    </w:p>
    <w:p>
      <w:pPr>
        <w:pStyle w:val="CodeLine"/>
      </w:pPr>
      <w:r>
        <w:t xml:space="preserve">            out.put(id, new PreferenceSignal(</w:t>
      </w:r>
    </w:p>
    <w:p>
      <w:pPr>
        <w:pStyle w:val="CodeLine"/>
      </w:pPr>
      <w:r>
        <w:t xml:space="preserve">                    rs.getObject("expected_salary_min", Integer.class),</w:t>
      </w:r>
    </w:p>
    <w:p>
      <w:pPr>
        <w:pStyle w:val="CodeLine"/>
      </w:pPr>
      <w:r>
        <w:t xml:space="preserve">                    rs.getObject("expected_salary_max", Integer.class),</w:t>
      </w:r>
    </w:p>
    <w:p>
      <w:pPr>
        <w:pStyle w:val="CodeLine"/>
      </w:pPr>
      <w:r>
        <w:t xml:space="preserve">                    readStrings(rs.getString("preferred_cities")),</w:t>
      </w:r>
    </w:p>
    <w:p>
      <w:pPr>
        <w:pStyle w:val="CodeLine"/>
      </w:pPr>
      <w:r>
        <w:t xml:space="preserve">                    readStrings(rs.getString("employment_types")),</w:t>
      </w:r>
    </w:p>
    <w:p>
      <w:pPr>
        <w:pStyle w:val="CodeLine"/>
      </w:pPr>
      <w:r>
        <w:t xml:space="preserve">                    readStrings(rs.getString("preferred_industries")),</w:t>
      </w:r>
    </w:p>
    <w:p>
      <w:pPr>
        <w:pStyle w:val="CodeLine"/>
      </w:pPr>
      <w:r>
        <w:t xml:space="preserve">                    readStrings(rs.getString("preferred_job_types")),</w:t>
      </w:r>
    </w:p>
    <w:p>
      <w:pPr>
        <w:pStyle w:val="CodeLine"/>
      </w:pPr>
      <w:r>
        <w:t xml:space="preserve">                    bool(rs.getObject("remote_allowed"))));</w:t>
      </w:r>
    </w:p>
    <w:p>
      <w:pPr>
        <w:pStyle w:val="CodeLine"/>
      </w:pPr>
      <w:r>
        <w:t xml:space="preserve">        }, args);</w:t>
      </w:r>
    </w:p>
    <w:p>
      <w:pPr>
        <w:pStyle w:val="CodeLine"/>
      </w:pPr>
      <w:r>
        <w:t xml:space="preserve">        return out;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/** 批量读取每位学生最新一份 RIASEC 结果；先按时间选一条，再解析，禁止取历史最高。 */</w:t>
      </w:r>
    </w:p>
    <w:p>
      <w:pPr>
        <w:pStyle w:val="CodeLine"/>
      </w:pPr>
      <w:r>
        <w:t xml:space="preserve">    public Map&lt;Long, ScoreSignal&gt; findLatestRiasec(Collection&lt;Long&gt; studentIds) {</w:t>
      </w:r>
    </w:p>
    <w:p>
      <w:pPr>
        <w:pStyle w:val="CodeLine"/>
      </w:pPr>
      <w:r>
        <w:t xml:space="preserve">        if (studentIds == null || studentIds.isEmpty()) return Map.of();</w:t>
      </w:r>
    </w:p>
    <w:p>
      <w:pPr>
        <w:pStyle w:val="CodeLine"/>
      </w:pPr>
      <w:r>
        <w:t xml:space="preserve">        List&lt;Long&gt; ids = distinctIds(studentIds);</w:t>
      </w:r>
    </w:p>
    <w:p>
      <w:pPr>
        <w:pStyle w:val="CodeLine"/>
        <w:pageBreakBefore/>
      </w:pPr>
      <w:r>
        <w:t xml:space="preserve">        String sql = "SELECT a.student_user_id, a.id AS attempt_id, a.completed_at, r.answered_count,</w:t>
      </w:r>
    </w:p>
    <w:p>
      <w:pPr>
        <w:pStyle w:val="CodeLine"/>
      </w:pPr>
      <w:r>
        <w:t>r.dimension_scores_text</w:t>
      </w:r>
    </w:p>
    <w:p>
      <w:pPr>
        <w:pStyle w:val="CodeLine"/>
      </w:pPr>
      <w:r>
        <w:t>"</w:t>
      </w:r>
    </w:p>
    <w:p>
      <w:pPr>
        <w:pStyle w:val="CodeLine"/>
      </w:pPr>
      <w:r>
        <w:t xml:space="preserve">                + "FROM assessment_results r JOIN assessment_attempts a ON a.id=r.attempt_id "</w:t>
      </w:r>
    </w:p>
    <w:p>
      <w:pPr>
        <w:pStyle w:val="CodeLine"/>
      </w:pPr>
      <w:r>
        <w:t xml:space="preserve">                + "JOIN assessment_definitions d ON d.id=a.definition_id "</w:t>
      </w:r>
    </w:p>
    <w:p>
      <w:pPr>
        <w:pStyle w:val="CodeLine"/>
      </w:pPr>
      <w:r>
        <w:t xml:space="preserve">                + "WHERE a.student_user_id IN (" + placeholders(ids.size()) + ") "</w:t>
      </w:r>
    </w:p>
    <w:p>
      <w:pPr>
        <w:pStyle w:val="CodeLine"/>
      </w:pPr>
      <w:r>
        <w:t xml:space="preserve">                + "AND a.status='COMPLETED' AND d.type_code='HOLLAND_RIASEC' "</w:t>
      </w:r>
    </w:p>
    <w:p>
      <w:pPr>
        <w:pStyle w:val="CodeLine"/>
      </w:pPr>
      <w:r>
        <w:t xml:space="preserve">                + "ORDER BY a.student_user_id, a.completed_at DESC, a.id DESC";</w:t>
      </w:r>
    </w:p>
    <w:p>
      <w:pPr>
        <w:pStyle w:val="CodeLine"/>
      </w:pPr>
      <w:r>
        <w:t xml:space="preserve">        Map&lt;Long, ScoreSignal&gt; out = new LinkedHashMap&lt;&gt;();</w:t>
      </w:r>
    </w:p>
    <w:p>
      <w:pPr>
        <w:pStyle w:val="CodeLine"/>
      </w:pPr>
      <w:r>
        <w:t xml:space="preserve">        jdbcTemplate.query(sql, rs -&gt; {</w:t>
      </w:r>
    </w:p>
    <w:p>
      <w:pPr>
        <w:pStyle w:val="CodeLine"/>
      </w:pPr>
      <w:r>
        <w:t xml:space="preserve">            Long id = rs.getLong("student_user_id");</w:t>
      </w:r>
    </w:p>
    <w:p>
      <w:pPr>
        <w:pStyle w:val="CodeLine"/>
      </w:pPr>
      <w:r>
        <w:t xml:space="preserve">            if (!out.containsKey(id)) {</w:t>
      </w:r>
    </w:p>
    <w:p>
      <w:pPr>
        <w:pStyle w:val="CodeLine"/>
      </w:pPr>
      <w:r>
        <w:t xml:space="preserve">                out.put(id, new ScoreSignal(parseScores(rs.getString("dimension_scores_text"),</w:t>
      </w:r>
    </w:p>
    <w:p>
      <w:pPr>
        <w:pStyle w:val="CodeLine"/>
      </w:pPr>
      <w:r>
        <w:t>RIASEC_DIMENSIONS,</w:t>
      </w:r>
    </w:p>
    <w:p>
      <w:pPr>
        <w:pStyle w:val="CodeLine"/>
      </w:pPr>
      <w:r>
        <w:t xml:space="preserve">                        rs.getObject("answered_count", Integer.class), 30),</w:t>
      </w:r>
    </w:p>
    <w:p>
      <w:pPr>
        <w:pStyle w:val="CodeLine"/>
      </w:pPr>
      <w:r>
        <w:t xml:space="preserve">                        timestamp(rs.getTimestamp("completed_at")), null));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}, ids.toArray());</w:t>
      </w:r>
    </w:p>
    <w:p>
      <w:pPr>
        <w:pStyle w:val="CodeLine"/>
      </w:pPr>
      <w:r>
        <w:t xml:space="preserve">        return out;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/** 批量读取每位学生最新、尚未过期的能力结果；valid_until 等于 capturedNow 不可用。 */</w:t>
      </w:r>
    </w:p>
    <w:p>
      <w:pPr>
        <w:pStyle w:val="CodeLine"/>
      </w:pPr>
      <w:r>
        <w:t xml:space="preserve">    public Map&lt;Long, ScoreSignal&gt; findLatestAbility(Collection&lt;Long&gt; studentIds, LocalDateTime capturedNow) {</w:t>
      </w:r>
    </w:p>
    <w:p>
      <w:pPr>
        <w:pStyle w:val="CodeLine"/>
      </w:pPr>
      <w:r>
        <w:t xml:space="preserve">        if (studentIds == null || studentIds.isEmpty() || capturedNow == null) return Map.of();</w:t>
      </w:r>
    </w:p>
    <w:p>
      <w:pPr>
        <w:pStyle w:val="CodeLine"/>
      </w:pPr>
      <w:r>
        <w:t xml:space="preserve">        List&lt;Long&gt; ids = distinctIds(studentIds);</w:t>
      </w:r>
    </w:p>
    <w:p>
      <w:pPr>
        <w:pStyle w:val="CodeLine"/>
      </w:pPr>
      <w:r>
        <w:t xml:space="preserve">        String sql = "SELECT a.student_user_id, a.id AS attempt_id, a.completed_at, a.answered_count,</w:t>
      </w:r>
    </w:p>
    <w:p>
      <w:pPr>
        <w:pStyle w:val="CodeLine"/>
      </w:pPr>
      <w:r>
        <w:t>r.valid_until, r.dimension_scores_json</w:t>
      </w:r>
    </w:p>
    <w:p>
      <w:pPr>
        <w:pStyle w:val="CodeLine"/>
      </w:pPr>
      <w:r>
        <w:t>"</w:t>
      </w:r>
    </w:p>
    <w:p>
      <w:pPr>
        <w:pStyle w:val="CodeLine"/>
      </w:pPr>
      <w:r>
        <w:t xml:space="preserve">                + "FROM ability_results r JOIN ability_attempts a ON a.id=r.attempt_id "</w:t>
      </w:r>
    </w:p>
    <w:p>
      <w:pPr>
        <w:pStyle w:val="CodeLine"/>
      </w:pPr>
      <w:r>
        <w:t xml:space="preserve">                + "JOIN ability_definitions d ON d.id=a.definition_id "</w:t>
      </w:r>
    </w:p>
    <w:p>
      <w:pPr>
        <w:pStyle w:val="CodeLine"/>
      </w:pPr>
      <w:r>
        <w:t xml:space="preserve">                + "WHERE a.student_user_id IN (" + placeholders(ids.size()) + ") "</w:t>
      </w:r>
    </w:p>
    <w:p>
      <w:pPr>
        <w:pStyle w:val="CodeLine"/>
      </w:pPr>
      <w:r>
        <w:t xml:space="preserve">                + "AND a.status='COMPLETED' AND d.type_code='WORKPLACE_ABILITY' AND r.valid_until &gt; ? "</w:t>
      </w:r>
    </w:p>
    <w:p>
      <w:pPr>
        <w:pStyle w:val="CodeLine"/>
      </w:pPr>
      <w:r>
        <w:t xml:space="preserve">                + "ORDER BY a.student_user_id, a.completed_at DESC, a.id DESC";</w:t>
      </w:r>
    </w:p>
    <w:p>
      <w:pPr>
        <w:pStyle w:val="CodeLine"/>
      </w:pPr>
      <w:r>
        <w:t xml:space="preserve">        List&lt;Object&gt; args = new ArrayList&lt;&gt;(ids);</w:t>
      </w:r>
    </w:p>
    <w:p>
      <w:pPr>
        <w:pStyle w:val="CodeLine"/>
      </w:pPr>
      <w:r>
        <w:t xml:space="preserve">        args.add(capturedNow);</w:t>
      </w:r>
    </w:p>
    <w:p>
      <w:pPr>
        <w:pStyle w:val="CodeLine"/>
      </w:pPr>
      <w:r>
        <w:t xml:space="preserve">        Map&lt;Long, ScoreSignal&gt; out = new LinkedHashMap&lt;&gt;();</w:t>
      </w:r>
    </w:p>
    <w:p>
      <w:pPr>
        <w:pStyle w:val="CodeLine"/>
      </w:pPr>
      <w:r>
        <w:t xml:space="preserve">        jdbcTemplate.query(sql, rs -&gt; {</w:t>
      </w:r>
    </w:p>
    <w:p>
      <w:pPr>
        <w:pStyle w:val="CodeLine"/>
      </w:pPr>
      <w:r>
        <w:t xml:space="preserve">            Long id = rs.getLong("student_user_id");</w:t>
      </w:r>
    </w:p>
    <w:p>
      <w:pPr>
        <w:pStyle w:val="CodeLine"/>
      </w:pPr>
      <w:r>
        <w:t xml:space="preserve">            if (!out.containsKey(id)) {</w:t>
      </w:r>
    </w:p>
    <w:p>
      <w:pPr>
        <w:pStyle w:val="CodeLine"/>
      </w:pPr>
      <w:r>
        <w:t xml:space="preserve">                out.put(id, new ScoreSignal(parseScores(rs.getString("dimension_scores_json"),</w:t>
      </w:r>
    </w:p>
    <w:p>
      <w:pPr>
        <w:pStyle w:val="CodeLine"/>
      </w:pPr>
      <w:r>
        <w:t>ABILITY_DIMENSIONS,</w:t>
      </w:r>
    </w:p>
    <w:p>
      <w:pPr>
        <w:pStyle w:val="CodeLine"/>
      </w:pPr>
      <w:r>
        <w:t xml:space="preserve">                        rs.getObject("answered_count", Integer.class), 24),</w:t>
      </w:r>
    </w:p>
    <w:p>
      <w:pPr>
        <w:pStyle w:val="CodeLine"/>
      </w:pPr>
      <w:r>
        <w:t xml:space="preserve">                        timestamp(rs.getTimestamp("completed_at")),</w:t>
      </w:r>
    </w:p>
    <w:p>
      <w:pPr>
        <w:pStyle w:val="CodeLine"/>
      </w:pPr>
      <w:r>
        <w:t>timestamp(rs.getTimestamp("valid_until"))));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}, args.toArray());</w:t>
      </w:r>
    </w:p>
    <w:p>
      <w:pPr>
        <w:pStyle w:val="CodeLine"/>
      </w:pPr>
      <w:r>
        <w:t xml:space="preserve">        return out;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Map&lt;String, BigDecimal&gt; parseScores(String raw, Set&lt;String&gt; expected, Integer totalAnswered, int</w:t>
      </w:r>
    </w:p>
    <w:p>
      <w:pPr>
        <w:pStyle w:val="CodeLine"/>
      </w:pPr>
      <w:r>
        <w:t>requiredTotal)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if (raw == null || raw.isBlank() || totalAnswered == null || totalAnswered != requiredTotal) return</w:t>
      </w:r>
    </w:p>
    <w:p>
      <w:pPr>
        <w:pStyle w:val="CodeLine"/>
      </w:pPr>
      <w:r>
        <w:t>Map.of();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List&lt;Map&lt;String, Object&gt;&gt; rows = objectMapper.readValue(raw, LIST);</w:t>
      </w:r>
    </w:p>
    <w:p>
      <w:pPr>
        <w:pStyle w:val="CodeLine"/>
      </w:pPr>
      <w:r>
        <w:t xml:space="preserve">            if (rows == null || rows.size() != expected.size()) return Map.of();</w:t>
      </w:r>
    </w:p>
    <w:p>
      <w:pPr>
        <w:pStyle w:val="CodeLine"/>
      </w:pPr>
      <w:r>
        <w:t xml:space="preserve">            Map&lt;String, BigDecimal&gt; out = new LinkedHashMap&lt;&gt;();</w:t>
      </w:r>
    </w:p>
    <w:p>
      <w:pPr>
        <w:pStyle w:val="CodeLine"/>
      </w:pPr>
      <w:r>
        <w:t xml:space="preserve">            for (Map&lt;String, Object&gt; row : rows) {</w:t>
      </w:r>
    </w:p>
    <w:p>
      <w:pPr>
        <w:pStyle w:val="CodeLine"/>
      </w:pPr>
      <w:r>
        <w:t xml:space="preserve">                // V35 RIASEC 持久化字段名是 dimension；V36 能力结果字段名是 code。</w:t>
      </w:r>
    </w:p>
    <w:p>
      <w:pPr>
        <w:pStyle w:val="CodeLine"/>
      </w:pPr>
      <w:r>
        <w:t xml:space="preserve">                // 按测评实际 JSON 结构选择字段，禁止把任意字段静默当成维度。</w:t>
      </w:r>
    </w:p>
    <w:p>
      <w:pPr>
        <w:pStyle w:val="CodeLine"/>
      </w:pPr>
      <w:r>
        <w:t xml:space="preserve">                Object codeValue = expected.equals(ABILITY_DIMENSIONS)</w:t>
      </w:r>
    </w:p>
    <w:p>
      <w:pPr>
        <w:pStyle w:val="CodeLine"/>
      </w:pPr>
      <w:r>
        <w:t xml:space="preserve">                        ? row.get("code")</w:t>
      </w:r>
    </w:p>
    <w:p>
      <w:pPr>
        <w:pStyle w:val="CodeLine"/>
      </w:pPr>
      <w:r>
        <w:t xml:space="preserve">                        : (row.containsKey("dimension") ? row.get("dimension") : row.get("code"));</w:t>
      </w:r>
    </w:p>
    <w:p>
      <w:pPr>
        <w:pStyle w:val="CodeLine"/>
      </w:pPr>
      <w:r>
        <w:t xml:space="preserve">                if (!(codeValue instanceof String code) || !expected.contains(code) ||</w:t>
      </w:r>
    </w:p>
    <w:p>
      <w:pPr>
        <w:pStyle w:val="CodeLine"/>
      </w:pPr>
      <w:r>
        <w:t>out.containsKey(code)) return</w:t>
      </w:r>
    </w:p>
    <w:p>
      <w:pPr>
        <w:pStyle w:val="CodeLine"/>
      </w:pPr>
      <w:r>
        <w:t>Map.of();</w:t>
      </w:r>
    </w:p>
    <w:p>
      <w:pPr>
        <w:pStyle w:val="CodeLine"/>
      </w:pPr>
      <w:r>
        <w:t xml:space="preserve">                BigDecimal score = decimal(row.get("score"));</w:t>
      </w:r>
    </w:p>
    <w:p>
      <w:pPr>
        <w:pStyle w:val="CodeLine"/>
      </w:pPr>
      <w:r>
        <w:t xml:space="preserve">                if (score == null || score.compareTo(BigDecimal.ZERO) &lt; 0 ||</w:t>
      </w:r>
    </w:p>
    <w:p>
      <w:pPr>
        <w:pStyle w:val="CodeLine"/>
      </w:pPr>
      <w:r>
        <w:t>score.compareTo(BigDecimal.valueOf(100)) &gt; 0) return</w:t>
      </w:r>
    </w:p>
    <w:p>
      <w:pPr>
        <w:pStyle w:val="CodeLine"/>
      </w:pPr>
      <w:r>
        <w:t>Map.of();</w:t>
      </w:r>
    </w:p>
    <w:p>
      <w:pPr>
        <w:pStyle w:val="CodeLine"/>
      </w:pPr>
      <w:r>
        <w:t xml:space="preserve">                if (expected.equals(ABILITY_DIMENSIONS)) {</w:t>
      </w:r>
    </w:p>
    <w:p>
      <w:pPr>
        <w:pStyle w:val="CodeLine"/>
      </w:pPr>
      <w:r>
        <w:t xml:space="preserve">                    Integer perDimension = exactInteger(row.get("answeredCount"));</w:t>
      </w:r>
    </w:p>
    <w:p>
      <w:pPr>
        <w:pStyle w:val="CodeLine"/>
      </w:pPr>
      <w:r>
        <w:t xml:space="preserve">                    if (perDimension == null || perDimension != 6) return Map.of();</w:t>
      </w:r>
    </w:p>
    <w:p>
      <w:pPr>
        <w:pStyle w:val="CodeLine"/>
        <w:pageBreakBefore/>
      </w:pPr>
      <w:r>
        <w:t xml:space="preserve">                }</w:t>
      </w:r>
    </w:p>
    <w:p>
      <w:pPr>
        <w:pStyle w:val="CodeLine"/>
      </w:pPr>
      <w:r>
        <w:t xml:space="preserve">                out.put(code, score);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    return out.keySet().equals(expected) ? out : Map.of();</w:t>
      </w:r>
    </w:p>
    <w:p>
      <w:pPr>
        <w:pStyle w:val="CodeLine"/>
      </w:pPr>
      <w:r>
        <w:t xml:space="preserve">        } catch (Exception ignored) {</w:t>
      </w:r>
    </w:p>
    <w:p>
      <w:pPr>
        <w:pStyle w:val="CodeLine"/>
      </w:pPr>
      <w:r>
        <w:t xml:space="preserve">            return Map.of();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List&lt;String&gt; readStrings(String raw) {</w:t>
      </w:r>
    </w:p>
    <w:p>
      <w:pPr>
        <w:pStyle w:val="CodeLine"/>
      </w:pPr>
      <w:r>
        <w:t xml:space="preserve">        if (raw == null || raw.isBlank()) return List.of();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List&lt;String&gt; values = objectMapper.readValue(raw, STRINGS);</w:t>
      </w:r>
    </w:p>
    <w:p>
      <w:pPr>
        <w:pStyle w:val="CodeLine"/>
      </w:pPr>
      <w:r>
        <w:t xml:space="preserve">            if (values == null) return List.of();</w:t>
      </w:r>
    </w:p>
    <w:p>
      <w:pPr>
        <w:pStyle w:val="CodeLine"/>
      </w:pPr>
      <w:r>
        <w:t xml:space="preserve">            return values.stream().filter(v -&gt; v != null &amp;&amp; !v.trim().isEmpty()).map(String::trim).toList();</w:t>
      </w:r>
    </w:p>
    <w:p>
      <w:pPr>
        <w:pStyle w:val="CodeLine"/>
      </w:pPr>
      <w:r>
        <w:t xml:space="preserve">        } catch (Exception ignored) {</w:t>
      </w:r>
    </w:p>
    <w:p>
      <w:pPr>
        <w:pStyle w:val="CodeLine"/>
      </w:pPr>
      <w:r>
        <w:t xml:space="preserve">            return List.of();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BigDecimal decimal(Object value) {</w:t>
      </w:r>
    </w:p>
    <w:p>
      <w:pPr>
        <w:pStyle w:val="CodeLine"/>
      </w:pPr>
      <w:r>
        <w:t xml:space="preserve">        if (value == null) return null;</w:t>
      </w:r>
    </w:p>
    <w:p>
      <w:pPr>
        <w:pStyle w:val="CodeLine"/>
      </w:pPr>
      <w:r>
        <w:t xml:space="preserve">        try { return new BigDecimal(String.valueOf(value)); } catch (Exception e) { return null;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Integer exactInteger(Object value) {</w:t>
      </w:r>
    </w:p>
    <w:p>
      <w:pPr>
        <w:pStyle w:val="CodeLine"/>
      </w:pPr>
      <w:r>
        <w:t xml:space="preserve">        BigDecimal number = decimal(value);</w:t>
      </w:r>
    </w:p>
    <w:p>
      <w:pPr>
        <w:pStyle w:val="CodeLine"/>
      </w:pPr>
      <w:r>
        <w:t xml:space="preserve">        if (number == null) return null;</w:t>
      </w:r>
    </w:p>
    <w:p>
      <w:pPr>
        <w:pStyle w:val="CodeLine"/>
      </w:pPr>
      <w:r>
        <w:t xml:space="preserve">        try { return number.stripTrailingZeros().intValueExact(); } catch (ArithmeticException e) { return</w:t>
      </w:r>
    </w:p>
    <w:p>
      <w:pPr>
        <w:pStyle w:val="CodeLine"/>
      </w:pPr>
      <w:r>
        <w:t>null;</w:t>
      </w:r>
    </w:p>
    <w:p>
      <w:pPr>
        <w:pStyle w:val="CodeLine"/>
      </w:pPr>
      <w:r>
        <w:t>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boolean bool(Object value) {</w:t>
      </w:r>
    </w:p>
    <w:p>
      <w:pPr>
        <w:pStyle w:val="CodeLine"/>
      </w:pPr>
      <w:r>
        <w:t xml:space="preserve">        if (value instanceof Boolean b) return b;</w:t>
      </w:r>
    </w:p>
    <w:p>
      <w:pPr>
        <w:pStyle w:val="CodeLine"/>
      </w:pPr>
      <w:r>
        <w:t xml:space="preserve">        if (value instanceof Number n) return n.intValue() != 0;</w:t>
      </w:r>
    </w:p>
    <w:p>
      <w:pPr>
        <w:pStyle w:val="CodeLine"/>
      </w:pPr>
      <w:r>
        <w:t xml:space="preserve">        return "true".equalsIgnoreCase(String.valueOf(value)) || "1".equals(String.valueOf(value));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static LocalDateTime timestamp(Timestamp timestamp) {</w:t>
      </w:r>
    </w:p>
    <w:p>
      <w:pPr>
        <w:pStyle w:val="CodeLine"/>
      </w:pPr>
      <w:r>
        <w:t xml:space="preserve">        return timestamp == null ? null : timestamp.toLocalDateTime();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static List&lt;Long&gt; distinctIds(Collection&lt;Long&gt; ids) {</w:t>
      </w:r>
    </w:p>
    <w:p>
      <w:pPr>
        <w:pStyle w:val="CodeLine"/>
      </w:pPr>
      <w:r>
        <w:t xml:space="preserve">        return ids.stream().filter(java.util.Objects::nonNull).distinct().toList();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static String placeholders(int count) {</w:t>
      </w:r>
    </w:p>
    <w:p>
      <w:pPr>
        <w:pStyle w:val="CodeLine"/>
      </w:pPr>
      <w:r>
        <w:t xml:space="preserve">        return String.join(",", Collections.nCopies(count, "?"));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record CandidateSeed(Long studentUserId, String city, String education, Integer graduationYear,</w:t>
      </w:r>
    </w:p>
    <w:p>
      <w:pPr>
        <w:pStyle w:val="CodeLine"/>
      </w:pPr>
      <w:r>
        <w:t xml:space="preserve">                                String skillsJson, LocalDateTime profileUpdatedAt) { }</w:t>
      </w:r>
    </w:p>
    <w:p>
      <w:pPr>
        <w:pStyle w:val="CodeLine"/>
      </w:pPr>
      <w:r>
        <w:t xml:space="preserve">    public record PreferenceSignal(Integer expectedSalaryMin, Integer expectedSalaryMax, List&lt;String&gt; cities,</w:t>
      </w:r>
    </w:p>
    <w:p>
      <w:pPr>
        <w:pStyle w:val="CodeLine"/>
      </w:pPr>
      <w:r>
        <w:t xml:space="preserve">                                   List&lt;String&gt; employmentTypes, List&lt;String&gt; industries, List&lt;String&gt;</w:t>
      </w:r>
    </w:p>
    <w:p>
      <w:pPr>
        <w:pStyle w:val="CodeLine"/>
      </w:pPr>
      <w:r>
        <w:t>jobTypes,</w:t>
      </w:r>
    </w:p>
    <w:p>
      <w:pPr>
        <w:pStyle w:val="CodeLine"/>
      </w:pPr>
      <w:r>
        <w:t xml:space="preserve">                                   boolean remoteAllowed) { }</w:t>
      </w:r>
    </w:p>
    <w:p>
      <w:pPr>
        <w:pStyle w:val="CodeLine"/>
      </w:pPr>
      <w:r>
        <w:t xml:space="preserve">    public record ScoreSignal(Map&lt;String, BigDecimal&gt; scores, LocalDateTime completedAt, LocalDateTime</w:t>
      </w:r>
    </w:p>
    <w:p>
      <w:pPr>
        <w:pStyle w:val="CodeLine"/>
      </w:pPr>
      <w:r>
        <w:t>validUntil) {</w:t>
      </w:r>
    </w:p>
    <w:p>
      <w:pPr>
        <w:pStyle w:val="CodeLine"/>
      </w:pPr>
      <w:r>
        <w:t>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com.mydreamjob.talentdiscovery;</w:t>
      </w:r>
    </w:p>
    <w:p>
      <w:pPr>
        <w:pStyle w:val="CodeLine"/>
      </w:pPr>
      <w:r>
        <w:t>import com.mydreamjob.audit.AuditContext;</w:t>
      </w:r>
    </w:p>
    <w:p>
      <w:pPr>
        <w:pStyle w:val="CodeLine"/>
      </w:pPr>
      <w:r>
        <w:t>import com.mydreamjob.common.api.ApiResponse;</w:t>
      </w:r>
    </w:p>
    <w:p>
      <w:pPr>
        <w:pStyle w:val="CodeLine"/>
      </w:pPr>
      <w:r>
        <w:t>import com.mydreamjob.common.exception.BusinessException;</w:t>
      </w:r>
    </w:p>
    <w:p>
      <w:pPr>
        <w:pStyle w:val="CodeLine"/>
      </w:pPr>
      <w:r>
        <w:t>import com.mydreamjob.common.exception.ErrorCode;</w:t>
      </w:r>
    </w:p>
    <w:p>
      <w:pPr>
        <w:pStyle w:val="CodeLine"/>
      </w:pPr>
      <w:r>
        <w:t>import com.mydreamjob.talentdiscovery.dto.TalentDiscoveryPageResponse;</w:t>
      </w:r>
    </w:p>
    <w:p>
      <w:pPr>
        <w:pStyle w:val="CodeLine"/>
      </w:pPr>
      <w:r>
        <w:t>import com.mydreamjob.talentdiscovery.dto.TalentDiscoveryPreferenceResponse;</w:t>
      </w:r>
    </w:p>
    <w:p>
      <w:pPr>
        <w:pStyle w:val="CodeLine"/>
      </w:pPr>
      <w:r>
        <w:t>import com.mydreamjob.talentdiscovery.dto.TalentDiscoveryPreferenceUpdateRequest;</w:t>
      </w:r>
    </w:p>
    <w:p>
      <w:pPr>
        <w:pStyle w:val="CodeLine"/>
      </w:pPr>
      <w:r>
        <w:t>import io.swagger.v3.oas.annotations.Operation;</w:t>
      </w:r>
    </w:p>
    <w:p>
      <w:pPr>
        <w:pStyle w:val="CodeLine"/>
      </w:pPr>
      <w:r>
        <w:t>import io.swagger.v3.oas.annotations.media.Content;</w:t>
      </w:r>
    </w:p>
    <w:p>
      <w:pPr>
        <w:pStyle w:val="CodeLine"/>
      </w:pPr>
      <w:r>
        <w:t>import io.swagger.v3.oas.annotations.media.Schema;</w:t>
      </w:r>
    </w:p>
    <w:p>
      <w:pPr>
        <w:pStyle w:val="CodeLine"/>
      </w:pPr>
      <w:r>
        <w:t>import io.swagger.v3.oas.annotations.responses.ApiResponses;</w:t>
      </w:r>
    </w:p>
    <w:p>
      <w:pPr>
        <w:pStyle w:val="CodeLine"/>
      </w:pPr>
      <w:r>
        <w:t>import io.swagger.v3.oas.annotations.security.SecurityRequirement;</w:t>
      </w:r>
    </w:p>
    <w:p>
      <w:pPr>
        <w:pStyle w:val="CodeLine"/>
      </w:pPr>
      <w:r>
        <w:t>import io.swagger.v3.oas.annotations.tags.Tag;</w:t>
      </w:r>
    </w:p>
    <w:p>
      <w:pPr>
        <w:pStyle w:val="CodeLine"/>
      </w:pPr>
      <w:r>
        <w:t>import jakarta.servlet.http.HttpServletRequest;</w:t>
      </w:r>
    </w:p>
    <w:p>
      <w:pPr>
        <w:pStyle w:val="CodeLine"/>
      </w:pPr>
      <w:r>
        <w:t>import jakarta.validation.Valid;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org.springframework.web.bind.annotation.GetMapping;</w:t>
      </w:r>
    </w:p>
    <w:p>
      <w:pPr>
        <w:pStyle w:val="CodeLine"/>
      </w:pPr>
      <w:r>
        <w:t>import org.springframework.web.bind.annotation.PutMapping;</w:t>
      </w:r>
    </w:p>
    <w:p>
      <w:pPr>
        <w:pStyle w:val="CodeLine"/>
        <w:pageBreakBefore/>
      </w:pPr>
      <w:r>
        <w:t>import org.springframework.web.bind.annotation.RequestBody;</w:t>
      </w:r>
    </w:p>
    <w:p>
      <w:pPr>
        <w:pStyle w:val="CodeLine"/>
      </w:pPr>
      <w:r>
        <w:t>import org.springframework.web.bind.annotation.RequestParam;</w:t>
      </w:r>
    </w:p>
    <w:p>
      <w:pPr>
        <w:pStyle w:val="CodeLine"/>
      </w:pPr>
      <w:r>
        <w:t>import org.springframework.web.bind.annotation.PathVariable;</w:t>
      </w:r>
    </w:p>
    <w:p>
      <w:pPr>
        <w:pStyle w:val="CodeLine"/>
      </w:pPr>
      <w:r>
        <w:t>import org.springframework.web.bind.annotation.RestController;</w:t>
      </w:r>
    </w:p>
    <w:p>
      <w:pPr>
        <w:pStyle w:val="CodeLine"/>
      </w:pPr>
      <w:r>
        <w:t>/** V41 学生授权与企业人才发现接口；身份只从 SecurityContext 获取。 */</w:t>
      </w:r>
    </w:p>
    <w:p>
      <w:pPr>
        <w:pStyle w:val="CodeLine"/>
      </w:pPr>
      <w:r>
        <w:t>@RestController</w:t>
      </w:r>
    </w:p>
    <w:p>
      <w:pPr>
        <w:pStyle w:val="CodeLine"/>
      </w:pPr>
      <w:r>
        <w:t>@RequiredArgsConstructor</w:t>
      </w:r>
    </w:p>
    <w:p>
      <w:pPr>
        <w:pStyle w:val="CodeLine"/>
      </w:pPr>
      <w:r>
        <w:t>@Tag(name = "企业人才发现", description = "学生显式授权后，认证企业按自有岗位发现匿名候选人")</w:t>
      </w:r>
    </w:p>
    <w:p>
      <w:pPr>
        <w:pStyle w:val="CodeLine"/>
      </w:pPr>
      <w:r>
        <w:t>public class TalentDiscoveryController {</w:t>
      </w:r>
    </w:p>
    <w:p>
      <w:pPr>
        <w:pStyle w:val="CodeLine"/>
      </w:pPr>
      <w:r>
        <w:t xml:space="preserve">    /** R01-A4：身份只来自安全上下文，不接受请求参数传入的 userId。 */</w:t>
      </w:r>
    </w:p>
    <w:p>
      <w:pPr>
        <w:pStyle w:val="CodeLine"/>
      </w:pPr>
      <w:r>
        <w:t xml:space="preserve">    private final com.mydreamjob.security.CurrentUserAccessor currentUserAccessor;</w:t>
      </w:r>
    </w:p>
    <w:p>
      <w:pPr>
        <w:pStyle w:val="CodeLine"/>
      </w:pPr>
      <w:r>
        <w:t xml:space="preserve">    /** R01-A4：requestId 只来自过滤器规范化后的唯一产出点。 */</w:t>
      </w:r>
    </w:p>
    <w:p>
      <w:pPr>
        <w:pStyle w:val="CodeLine"/>
      </w:pPr>
      <w:r>
        <w:t xml:space="preserve">    private final com.mydreamjob.common.logging.RequestIdAccessor requestIdAccessor;</w:t>
      </w:r>
    </w:p>
    <w:p>
      <w:pPr>
        <w:pStyle w:val="CodeLine"/>
      </w:pPr>
      <w:r>
        <w:t xml:space="preserve">    private final TalentDiscoveryService service;</w:t>
      </w:r>
    </w:p>
    <w:p>
      <w:pPr>
        <w:pStyle w:val="CodeLine"/>
      </w:pPr>
      <w:r>
        <w:t xml:space="preserve">    @GetMapping("/profile/me/talent-discovery")</w:t>
      </w:r>
    </w:p>
    <w:p>
      <w:pPr>
        <w:pStyle w:val="CodeLine"/>
      </w:pPr>
      <w:r>
        <w:t xml:space="preserve">    @Operation(summary = "查询人才发现授权", security = @SecurityRequirement(name = "bearerAuth"))</w:t>
      </w:r>
    </w:p>
    <w:p>
      <w:pPr>
        <w:pStyle w:val="CodeLine"/>
      </w:pPr>
      <w:r>
        <w:t xml:space="preserve">    @ApiResponses(@io.swagger.v3.oas.annotations.responses.ApiResponse(responseCode = "200", content =</w:t>
      </w:r>
    </w:p>
    <w:p>
      <w:pPr>
        <w:pStyle w:val="CodeLine"/>
      </w:pPr>
      <w:r>
        <w:t>@Content(schema = @Schema(ref = "#/components/schemas/ApiResponseTalentDiscoveryPreferenceResponse"))))</w:t>
      </w:r>
    </w:p>
    <w:p>
      <w:pPr>
        <w:pStyle w:val="CodeLine"/>
      </w:pPr>
      <w:r>
        <w:t xml:space="preserve">    public ApiResponse&lt;TalentDiscoveryPreferenceResponse&gt; getPreference(HttpServletRequest request) {</w:t>
      </w:r>
    </w:p>
    <w:p>
      <w:pPr>
        <w:pStyle w:val="CodeLine"/>
      </w:pPr>
      <w:r>
        <w:t xml:space="preserve">        return ApiResponse.ok(service.getPreference(currentUserAccessor.requireUserId()),</w:t>
      </w:r>
    </w:p>
    <w:p>
      <w:pPr>
        <w:pStyle w:val="CodeLine"/>
      </w:pPr>
      <w:r>
        <w:t>requestIdAccessor.get(request));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@PutMapping("/profile/me/talent-discovery")</w:t>
      </w:r>
    </w:p>
    <w:p>
      <w:pPr>
        <w:pStyle w:val="CodeLine"/>
      </w:pPr>
      <w:r>
        <w:t xml:space="preserve">    @Operation(summary = "更新人才发现授权", description = "仅当前学生本人可更新；expectedVersion</w:t>
      </w:r>
    </w:p>
    <w:p>
      <w:pPr>
        <w:pStyle w:val="CodeLine"/>
      </w:pPr>
      <w:r>
        <w:t>用于乐观锁并发控制。", security = @SecurityRequirement(name =</w:t>
      </w:r>
    </w:p>
    <w:p>
      <w:pPr>
        <w:pStyle w:val="CodeLine"/>
      </w:pPr>
      <w:r>
        <w:t>"bearerAuth"))</w:t>
      </w:r>
    </w:p>
    <w:p>
      <w:pPr>
        <w:pStyle w:val="CodeLine"/>
      </w:pPr>
      <w:r>
        <w:t xml:space="preserve">    @ApiResponses(@io.swagger.v3.oas.annotations.responses.ApiResponse(responseCode = "200", content =</w:t>
      </w:r>
    </w:p>
    <w:p>
      <w:pPr>
        <w:pStyle w:val="CodeLine"/>
      </w:pPr>
      <w:r>
        <w:t>@Content(schema = @Schema(ref = "#/components/schemas/ApiResponseTalentDiscoveryPreferenceResponse"))))</w:t>
      </w:r>
    </w:p>
    <w:p>
      <w:pPr>
        <w:pStyle w:val="CodeLine"/>
      </w:pPr>
      <w:r>
        <w:t xml:space="preserve">    public ApiResponse&lt;TalentDiscoveryPreferenceResponse&gt; updatePreference(</w:t>
      </w:r>
    </w:p>
    <w:p>
      <w:pPr>
        <w:pStyle w:val="CodeLine"/>
      </w:pPr>
      <w:r>
        <w:t xml:space="preserve">            @Valid @RequestBody TalentDiscoveryPreferenceUpdateRequest body, HttpServletRequest request) {</w:t>
      </w:r>
    </w:p>
    <w:p>
      <w:pPr>
        <w:pStyle w:val="CodeLine"/>
      </w:pPr>
      <w:r>
        <w:t xml:space="preserve">        return ApiResponse.ok(service.updatePreference(currentUserAccessor.requireUserId(), body,</w:t>
      </w:r>
    </w:p>
    <w:p>
      <w:pPr>
        <w:pStyle w:val="CodeLine"/>
      </w:pPr>
      <w:r>
        <w:t>AuditContext.from(request)), requestIdAccessor.get(request));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@GetMapping("/companies/me/jobs/{jobId}/talent-recommendations")</w:t>
      </w:r>
    </w:p>
    <w:p>
      <w:pPr>
        <w:pStyle w:val="CodeLine"/>
      </w:pPr>
      <w:r>
        <w:t xml:space="preserve">    @Operation(summary = "查询岗位人才发现推荐", description =</w:t>
      </w:r>
    </w:p>
    <w:p>
      <w:pPr>
        <w:pStyle w:val="CodeLine"/>
      </w:pPr>
      <w:r>
        <w:t>"仅已认证企业可查询本人已发布且具备审核通过画像的岗位；候选卡不包含学生身份或测评详情。", security =</w:t>
      </w:r>
    </w:p>
    <w:p>
      <w:pPr>
        <w:pStyle w:val="CodeLine"/>
      </w:pPr>
      <w:r>
        <w:t>@SecurityRequirement(name =</w:t>
      </w:r>
    </w:p>
    <w:p>
      <w:pPr>
        <w:pStyle w:val="CodeLine"/>
      </w:pPr>
      <w:r>
        <w:t>"bearerAuth"))</w:t>
      </w:r>
    </w:p>
    <w:p>
      <w:pPr>
        <w:pStyle w:val="CodeLine"/>
      </w:pPr>
      <w:r>
        <w:t xml:space="preserve">    @ApiResponses(@io.swagger.v3.oas.annotations.responses.ApiResponse(responseCode = "200", content =</w:t>
      </w:r>
    </w:p>
    <w:p>
      <w:pPr>
        <w:pStyle w:val="CodeLine"/>
      </w:pPr>
      <w:r>
        <w:t>@Content(schema = @Schema(ref = "#/components/schemas/ApiResponseTalentDiscoveryPageResponse"))))</w:t>
      </w:r>
    </w:p>
    <w:p>
      <w:pPr>
        <w:pStyle w:val="CodeLine"/>
      </w:pPr>
      <w:r>
        <w:t xml:space="preserve">    public ApiResponse&lt;TalentDiscoveryPageResponse&gt; recommendations(</w:t>
      </w:r>
    </w:p>
    <w:p>
      <w:pPr>
        <w:pStyle w:val="CodeLine"/>
      </w:pPr>
      <w:r>
        <w:t xml:space="preserve">            @PathVariable Long jobId,</w:t>
      </w:r>
    </w:p>
    <w:p>
      <w:pPr>
        <w:pStyle w:val="CodeLine"/>
      </w:pPr>
      <w:r>
        <w:t xml:space="preserve">            @RequestParam(defaultValue = "0") int page,</w:t>
      </w:r>
    </w:p>
    <w:p>
      <w:pPr>
        <w:pStyle w:val="CodeLine"/>
      </w:pPr>
      <w:r>
        <w:t xml:space="preserve">            @RequestParam(defaultValue = "20") int size,</w:t>
      </w:r>
    </w:p>
    <w:p>
      <w:pPr>
        <w:pStyle w:val="CodeLine"/>
      </w:pPr>
      <w:r>
        <w:t xml:space="preserve">            HttpServletRequest request) {</w:t>
      </w:r>
    </w:p>
    <w:p>
      <w:pPr>
        <w:pStyle w:val="CodeLine"/>
      </w:pPr>
      <w:r>
        <w:t xml:space="preserve">        return ApiResponse.ok(service.recommendations(currentUserAccessor.requireUserId(), jobId, page,</w:t>
      </w:r>
    </w:p>
    <w:p>
      <w:pPr>
        <w:pStyle w:val="CodeLine"/>
      </w:pPr>
      <w:r>
        <w:t>size), requestIdAccessor.get(request));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com.mydreamjob.talentdiscovery;</w:t>
      </w:r>
    </w:p>
    <w:p>
      <w:pPr>
        <w:pStyle w:val="CodeLine"/>
      </w:pPr>
      <w:r>
        <w:t>import org.springframework.stereotype.Component;</w:t>
      </w:r>
    </w:p>
    <w:p>
      <w:pPr>
        <w:pStyle w:val="CodeLine"/>
      </w:pPr>
      <w:r>
        <w:t>import java.math.BigDecimal;</w:t>
      </w:r>
    </w:p>
    <w:p>
      <w:pPr>
        <w:pStyle w:val="CodeLine"/>
      </w:pPr>
      <w:r>
        <w:t>import java.math.RoundingMode;</w:t>
      </w:r>
    </w:p>
    <w:p>
      <w:pPr>
        <w:pStyle w:val="CodeLine"/>
      </w:pPr>
      <w:r>
        <w:t>import java.util.ArrayList;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import java.util.Optional;</w:t>
      </w:r>
    </w:p>
    <w:p>
      <w:pPr>
        <w:pStyle w:val="CodeLine"/>
      </w:pPr>
      <w:r>
        <w:t>/** V41 人才发现评分纯函数；不访问数据库，也不生成对外的数值分数。 */</w:t>
      </w:r>
    </w:p>
    <w:p>
      <w:pPr>
        <w:pStyle w:val="CodeLine"/>
      </w:pPr>
      <w:r>
        <w:t>@Component</w:t>
      </w:r>
    </w:p>
    <w:p>
      <w:pPr>
        <w:pStyle w:val="CodeLine"/>
      </w:pPr>
      <w:r>
        <w:t>public class TalentDiscoveryScoreCalculator {</w:t>
      </w:r>
    </w:p>
    <w:p>
      <w:pPr>
        <w:pStyle w:val="CodeLine"/>
      </w:pPr>
      <w:r>
        <w:t xml:space="preserve">    public static final BigDecimal PREFERENCE_WEIGHT = new BigDecimal("40");</w:t>
      </w:r>
    </w:p>
    <w:p>
      <w:pPr>
        <w:pStyle w:val="CodeLine"/>
      </w:pPr>
      <w:r>
        <w:t xml:space="preserve">    public static final BigDecimal RIASEC_WEIGHT = new BigDecimal("35");</w:t>
      </w:r>
    </w:p>
    <w:p>
      <w:pPr>
        <w:pStyle w:val="CodeLine"/>
      </w:pPr>
      <w:r>
        <w:t xml:space="preserve">    public static final BigDecimal ABILITY_WEIGHT = new BigDecimal("25");</w:t>
      </w:r>
    </w:p>
    <w:p>
      <w:pPr>
        <w:pStyle w:val="CodeLine"/>
      </w:pPr>
      <w:r>
        <w:t xml:space="preserve">    private static final BigDecimal MIN = BigDecimal.ZERO;</w:t>
      </w:r>
    </w:p>
    <w:p>
      <w:pPr>
        <w:pStyle w:val="CodeLine"/>
      </w:pPr>
      <w:r>
        <w:t xml:space="preserve">    private static final BigDecimal MAX = new BigDecimal("100");</w:t>
      </w:r>
    </w:p>
    <w:p>
      <w:pPr>
        <w:pStyle w:val="CodeLine"/>
      </w:pPr>
      <w:r>
        <w:t xml:space="preserve">    public record Calculation(BigDecimal fitScore, String fitBand, List&lt;String&gt; signalsAvailable) { }</w:t>
      </w:r>
    </w:p>
    <w:p>
      <w:pPr>
        <w:pStyle w:val="CodeLine"/>
      </w:pPr>
      <w:r>
        <w:t xml:space="preserve">    /** 缺失信号不按 0 处罚，仅对有效信号权重重新归一化。 */</w:t>
      </w:r>
    </w:p>
    <w:p>
      <w:pPr>
        <w:pStyle w:val="CodeLine"/>
      </w:pPr>
      <w:r>
        <w:t xml:space="preserve">    public Optional&lt;Calculation&gt; calculate(BigDecimal preference, BigDecimal riasec, BigDecimal ability) {</w:t>
      </w:r>
    </w:p>
    <w:p>
      <w:pPr>
        <w:pStyle w:val="CodeLine"/>
      </w:pPr>
      <w:r>
        <w:t xml:space="preserve">        BigDecimal numerator = BigDecimal.ZERO;</w:t>
      </w:r>
    </w:p>
    <w:p>
      <w:pPr>
        <w:pStyle w:val="CodeLine"/>
      </w:pPr>
      <w:r>
        <w:t xml:space="preserve">        BigDecimal denominator = BigDecimal.ZERO;</w:t>
      </w:r>
    </w:p>
    <w:p>
      <w:pPr>
        <w:pStyle w:val="CodeLine"/>
      </w:pPr>
      <w:r>
        <w:t xml:space="preserve">        List&lt;String&gt; available = new ArrayList&lt;&gt;();</w:t>
      </w:r>
    </w:p>
    <w:p>
      <w:pPr>
        <w:pStyle w:val="CodeLine"/>
      </w:pPr>
      <w:r>
        <w:t xml:space="preserve">        if (valid(preference)) { numerator = numerator.add(preference.multiply(PREFERENCE_WEIGHT));</w:t>
      </w:r>
    </w:p>
    <w:p>
      <w:pPr>
        <w:pStyle w:val="CodeLine"/>
      </w:pPr>
      <w:r>
        <w:t>denominator = denominator.add(PREFERENCE_WEIGHT); available.add("PREFERENCE");</w:t>
      </w:r>
    </w:p>
    <w:p>
      <w:pPr>
        <w:pStyle w:val="CodeLine"/>
        <w:pageBreakBefore/>
      </w:pPr>
      <w:r>
        <w:t>}</w:t>
      </w:r>
    </w:p>
    <w:p>
      <w:pPr>
        <w:pStyle w:val="CodeLine"/>
      </w:pPr>
      <w:r>
        <w:t xml:space="preserve">        if (valid(riasec)) { numerator = numerator.add(riasec.multiply(RIASEC_WEIGHT)); denominator =</w:t>
      </w:r>
    </w:p>
    <w:p>
      <w:pPr>
        <w:pStyle w:val="CodeLine"/>
      </w:pPr>
      <w:r>
        <w:t>denominator.add(RIASEC_WEIGHT); available.add("RIASEC");</w:t>
      </w:r>
    </w:p>
    <w:p>
      <w:pPr>
        <w:pStyle w:val="CodeLine"/>
      </w:pPr>
      <w:r>
        <w:t>}</w:t>
      </w:r>
    </w:p>
    <w:p>
      <w:pPr>
        <w:pStyle w:val="CodeLine"/>
      </w:pPr>
      <w:r>
        <w:t xml:space="preserve">        if (valid(ability)) { numerator = numerator.add(ability.multiply(ABILITY_WEIGHT)); denominator =</w:t>
      </w:r>
    </w:p>
    <w:p>
      <w:pPr>
        <w:pStyle w:val="CodeLine"/>
      </w:pPr>
      <w:r>
        <w:t>denominator.add(ABILITY_WEIGHT); available.add("ABILITY");</w:t>
      </w:r>
    </w:p>
    <w:p>
      <w:pPr>
        <w:pStyle w:val="CodeLine"/>
      </w:pPr>
      <w:r>
        <w:t>}</w:t>
      </w:r>
    </w:p>
    <w:p>
      <w:pPr>
        <w:pStyle w:val="CodeLine"/>
      </w:pPr>
      <w:r>
        <w:t xml:space="preserve">        if (denominator.signum() == 0) return Optional.empty();</w:t>
      </w:r>
    </w:p>
    <w:p>
      <w:pPr>
        <w:pStyle w:val="CodeLine"/>
      </w:pPr>
      <w:r>
        <w:t xml:space="preserve">        BigDecimal score = numerator.divide(denominator, 2, RoundingMode.HALF_UP);</w:t>
      </w:r>
    </w:p>
    <w:p>
      <w:pPr>
        <w:pStyle w:val="CodeLine"/>
      </w:pPr>
      <w:r>
        <w:t xml:space="preserve">        return Optional.of(new Calculation(score, band(score), List.copyOf(available)));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String band(BigDecimal score) {</w:t>
      </w:r>
    </w:p>
    <w:p>
      <w:pPr>
        <w:pStyle w:val="CodeLine"/>
      </w:pPr>
      <w:r>
        <w:t xml:space="preserve">        if (score == null) return null;</w:t>
      </w:r>
    </w:p>
    <w:p>
      <w:pPr>
        <w:pStyle w:val="CodeLine"/>
      </w:pPr>
      <w:r>
        <w:t xml:space="preserve">        if (score.compareTo(new BigDecimal("75")) &gt;= 0) return "HIGH";</w:t>
      </w:r>
    </w:p>
    <w:p>
      <w:pPr>
        <w:pStyle w:val="CodeLine"/>
      </w:pPr>
      <w:r>
        <w:t xml:space="preserve">        if (score.compareTo(new BigDecimal("60")) &gt;= 0) return "MEDIUM";</w:t>
      </w:r>
    </w:p>
    <w:p>
      <w:pPr>
        <w:pStyle w:val="CodeLine"/>
      </w:pPr>
      <w:r>
        <w:t xml:space="preserve">        return "BASIC";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boolean valid(BigDecimal value) {</w:t>
      </w:r>
    </w:p>
    <w:p>
      <w:pPr>
        <w:pStyle w:val="CodeLine"/>
      </w:pPr>
      <w:r>
        <w:t xml:space="preserve">        return value != null &amp;&amp; value.compareTo(MIN) &gt;= 0 &amp;&amp; value.compareTo(MAX) &lt;= 0</w:t>
      </w:r>
    </w:p>
    <w:p>
      <w:pPr>
        <w:pStyle w:val="CodeLine"/>
      </w:pPr>
      <w:r>
        <w:t xml:space="preserve">                &amp;&amp; value.scale() &lt; 1000;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com.mydreamjob.talentdiscovery;</w:t>
      </w:r>
    </w:p>
    <w:p>
      <w:pPr>
        <w:pStyle w:val="CodeLine"/>
      </w:pPr>
      <w:r>
        <w:t>import com.fasterxml.jackson.core.type.TypeReference;</w:t>
      </w:r>
    </w:p>
    <w:p>
      <w:pPr>
        <w:pStyle w:val="CodeLine"/>
      </w:pPr>
      <w:r>
        <w:t>import com.fasterxml.jackson.databind.ObjectMapper;</w:t>
      </w:r>
    </w:p>
    <w:p>
      <w:pPr>
        <w:pStyle w:val="CodeLine"/>
      </w:pPr>
      <w:r>
        <w:t>import com.mydreamjob.audit.AuditContext;</w:t>
      </w:r>
    </w:p>
    <w:p>
      <w:pPr>
        <w:pStyle w:val="CodeLine"/>
      </w:pPr>
      <w:r>
        <w:t>import com.mydreamjob.audit.AuditService;</w:t>
      </w:r>
    </w:p>
    <w:p>
      <w:pPr>
        <w:pStyle w:val="CodeLine"/>
      </w:pPr>
      <w:r>
        <w:t>import com.mydreamjob.auth.User;</w:t>
      </w:r>
    </w:p>
    <w:p>
      <w:pPr>
        <w:pStyle w:val="CodeLine"/>
      </w:pPr>
      <w:r>
        <w:t>import com.mydreamjob.auth.UserRepository;</w:t>
      </w:r>
    </w:p>
    <w:p>
      <w:pPr>
        <w:pStyle w:val="CodeLine"/>
      </w:pPr>
      <w:r>
        <w:t>import com.mydreamjob.common.exception.BusinessException;</w:t>
      </w:r>
    </w:p>
    <w:p>
      <w:pPr>
        <w:pStyle w:val="CodeLine"/>
      </w:pPr>
      <w:r>
        <w:t>import com.mydreamjob.common.exception.ErrorCode;</w:t>
      </w:r>
    </w:p>
    <w:p>
      <w:pPr>
        <w:pStyle w:val="CodeLine"/>
      </w:pPr>
      <w:r>
        <w:t>import com.mydreamjob.company.Company;</w:t>
      </w:r>
    </w:p>
    <w:p>
      <w:pPr>
        <w:pStyle w:val="CodeLine"/>
      </w:pPr>
      <w:r>
        <w:t>import com.mydreamjob.company.CompanyRepository;</w:t>
      </w:r>
    </w:p>
    <w:p>
      <w:pPr>
        <w:pStyle w:val="CodeLine"/>
      </w:pPr>
      <w:r>
        <w:t>import com.mydreamjob.job.Job;</w:t>
      </w:r>
    </w:p>
    <w:p>
      <w:pPr>
        <w:pStyle w:val="CodeLine"/>
      </w:pPr>
      <w:r>
        <w:t>import com.mydreamjob.job.JobRepository;</w:t>
      </w:r>
    </w:p>
    <w:p>
      <w:pPr>
        <w:pStyle w:val="CodeLine"/>
      </w:pPr>
      <w:r>
        <w:t>import com.mydreamjob.recommendation.JobPreferenceScoreCalculator;</w:t>
      </w:r>
    </w:p>
    <w:p>
      <w:pPr>
        <w:pStyle w:val="CodeLine"/>
      </w:pPr>
      <w:r>
        <w:t>import com.mydreamjob.recommendation.JobRecommendationProfile;</w:t>
      </w:r>
    </w:p>
    <w:p>
      <w:pPr>
        <w:pStyle w:val="CodeLine"/>
      </w:pPr>
      <w:r>
        <w:t>import com.mydreamjob.recommendation.JobRecommendationProfileRepository;</w:t>
      </w:r>
    </w:p>
    <w:p>
      <w:pPr>
        <w:pStyle w:val="CodeLine"/>
      </w:pPr>
      <w:r>
        <w:t>import com.mydreamjob.talentdiscovery.dto.TalentDiscoveryCandidateResponse;</w:t>
      </w:r>
    </w:p>
    <w:p>
      <w:pPr>
        <w:pStyle w:val="CodeLine"/>
      </w:pPr>
      <w:r>
        <w:t>import com.mydreamjob.talentdiscovery.dto.TalentDiscoveryPageResponse;</w:t>
      </w:r>
    </w:p>
    <w:p>
      <w:pPr>
        <w:pStyle w:val="CodeLine"/>
      </w:pPr>
      <w:r>
        <w:t>import com.mydreamjob.talentdiscovery.dto.TalentDiscoveryPreferenceResponse;</w:t>
      </w:r>
    </w:p>
    <w:p>
      <w:pPr>
        <w:pStyle w:val="CodeLine"/>
      </w:pPr>
      <w:r>
        <w:t>import com.mydreamjob.talentdiscovery.dto.TalentDiscoveryPreferenceUpdateRequest;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org.springframework.dao.DataIntegrityViolationException;</w:t>
      </w:r>
    </w:p>
    <w:p>
      <w:pPr>
        <w:pStyle w:val="CodeLine"/>
      </w:pPr>
      <w:r>
        <w:t>import org.springframework.orm.ObjectOptimisticLockingFailureException;</w:t>
      </w:r>
    </w:p>
    <w:p>
      <w:pPr>
        <w:pStyle w:val="CodeLine"/>
      </w:pPr>
      <w:r>
        <w:t>import org.springframework.stereotype.Service;</w:t>
      </w:r>
    </w:p>
    <w:p>
      <w:pPr>
        <w:pStyle w:val="CodeLine"/>
      </w:pPr>
      <w:r>
        <w:t>import org.springframework.transaction.annotation.Transactional;</w:t>
      </w:r>
    </w:p>
    <w:p>
      <w:pPr>
        <w:pStyle w:val="CodeLine"/>
      </w:pPr>
      <w:r>
        <w:t>import java.math.BigDecimal;</w:t>
      </w:r>
    </w:p>
    <w:p>
      <w:pPr>
        <w:pStyle w:val="CodeLine"/>
      </w:pPr>
      <w:r>
        <w:t>import java.math.RoundingMode;</w:t>
      </w:r>
    </w:p>
    <w:p>
      <w:pPr>
        <w:pStyle w:val="CodeLine"/>
      </w:pPr>
      <w:r>
        <w:t>import java.time.LocalDate;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import java.util.ArrayList;</w:t>
      </w:r>
    </w:p>
    <w:p>
      <w:pPr>
        <w:pStyle w:val="CodeLine"/>
      </w:pPr>
      <w:r>
        <w:t>import java.util.Comparator;</w:t>
      </w:r>
    </w:p>
    <w:p>
      <w:pPr>
        <w:pStyle w:val="CodeLine"/>
      </w:pPr>
      <w:r>
        <w:t>import java.util.HashMap;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import java.util.Map;</w:t>
      </w:r>
    </w:p>
    <w:p>
      <w:pPr>
        <w:pStyle w:val="CodeLine"/>
      </w:pPr>
      <w:r>
        <w:t>import java.util.Set;</w:t>
      </w:r>
    </w:p>
    <w:p>
      <w:pPr>
        <w:pStyle w:val="CodeLine"/>
      </w:pPr>
      <w:r>
        <w:t>import java.util.regex.Pattern;</w:t>
      </w:r>
    </w:p>
    <w:p>
      <w:pPr>
        <w:pStyle w:val="CodeLine"/>
      </w:pPr>
      <w:r>
        <w:t>/** V41 企业人才发现服务。只读候选池，不写推荐历史、曝光或候选评分快照。 */</w:t>
      </w:r>
    </w:p>
    <w:p>
      <w:pPr>
        <w:pStyle w:val="CodeLine"/>
      </w:pPr>
      <w:r>
        <w:t>@Service</w:t>
      </w:r>
    </w:p>
    <w:p>
      <w:pPr>
        <w:pStyle w:val="CodeLine"/>
      </w:pPr>
      <w:r>
        <w:t>@RequiredArgsConstructor</w:t>
      </w:r>
    </w:p>
    <w:p>
      <w:pPr>
        <w:pStyle w:val="CodeLine"/>
      </w:pPr>
      <w:r>
        <w:t>public class TalentDiscoveryService {</w:t>
      </w:r>
    </w:p>
    <w:p>
      <w:pPr>
        <w:pStyle w:val="CodeLine"/>
      </w:pPr>
      <w:r>
        <w:t xml:space="preserve">    private static final ObjectMapper JSON = new ObjectMapper();</w:t>
      </w:r>
    </w:p>
    <w:p>
      <w:pPr>
        <w:pStyle w:val="CodeLine"/>
      </w:pPr>
      <w:r>
        <w:t xml:space="preserve">    private static final TypeReference&lt;Map&lt;String, Object&gt;&gt; MAP = new TypeReference&lt;&gt;() { };</w:t>
      </w:r>
    </w:p>
    <w:p>
      <w:pPr>
        <w:pStyle w:val="CodeLine"/>
      </w:pPr>
      <w:r>
        <w:t xml:space="preserve">    private static final TypeReference&lt;List&lt;String&gt;&gt; LIST = new TypeReference&lt;&gt;() { };</w:t>
      </w:r>
    </w:p>
    <w:p>
      <w:pPr>
        <w:pStyle w:val="CodeLine"/>
      </w:pPr>
      <w:r>
        <w:t xml:space="preserve">    private static final int BATCH_SIZE = 500;</w:t>
      </w:r>
    </w:p>
    <w:p>
      <w:pPr>
        <w:pStyle w:val="CodeLine"/>
      </w:pPr>
      <w:r>
        <w:t xml:space="preserve">    private static final Pattern SAFE_SKILL = Pattern.compile("[\\p{L}\\p{N}+#./()（）·\\-_ ]+");</w:t>
      </w:r>
    </w:p>
    <w:p>
      <w:pPr>
        <w:pStyle w:val="CodeLine"/>
      </w:pPr>
      <w:r>
        <w:t xml:space="preserve">    private final com.mydreamjob.security.UserRoleGuard userRoleGuard;</w:t>
      </w:r>
    </w:p>
    <w:p>
      <w:pPr>
        <w:pStyle w:val="CodeLine"/>
      </w:pPr>
      <w:r>
        <w:t xml:space="preserve">    private final StudentTalentDiscoveryPreferenceRepository preferenceRepository;</w:t>
      </w:r>
    </w:p>
    <w:p>
      <w:pPr>
        <w:pStyle w:val="CodeLine"/>
      </w:pPr>
      <w:r>
        <w:t xml:space="preserve">    private final UserRepository userRepository;</w:t>
      </w:r>
    </w:p>
    <w:p>
      <w:pPr>
        <w:pStyle w:val="CodeLine"/>
      </w:pPr>
      <w:r>
        <w:t xml:space="preserve">    private final CompanyRepository companyRepository;</w:t>
      </w:r>
    </w:p>
    <w:p>
      <w:pPr>
        <w:pStyle w:val="CodeLine"/>
      </w:pPr>
      <w:r>
        <w:t xml:space="preserve">    private final JobRepository jobRepository;</w:t>
      </w:r>
    </w:p>
    <w:p>
      <w:pPr>
        <w:pStyle w:val="CodeLine"/>
        <w:pageBreakBefore/>
      </w:pPr>
      <w:r>
        <w:t xml:space="preserve">    private final JobRecommendationProfileRepository profileRepository;</w:t>
      </w:r>
    </w:p>
    <w:p>
      <w:pPr>
        <w:pStyle w:val="CodeLine"/>
      </w:pPr>
      <w:r>
        <w:t xml:space="preserve">    private final TalentDiscoveryCandidateSource candidateSource;</w:t>
      </w:r>
    </w:p>
    <w:p>
      <w:pPr>
        <w:pStyle w:val="CodeLine"/>
      </w:pPr>
      <w:r>
        <w:t xml:space="preserve">    private final TalentDiscoveryScoreCalculator scoreCalculator;</w:t>
      </w:r>
    </w:p>
    <w:p>
      <w:pPr>
        <w:pStyle w:val="CodeLine"/>
      </w:pPr>
      <w:r>
        <w:t xml:space="preserve">    private final CandidateKeyGenerator candidateKeyGenerator;</w:t>
      </w:r>
    </w:p>
    <w:p>
      <w:pPr>
        <w:pStyle w:val="CodeLine"/>
      </w:pPr>
      <w:r>
        <w:t xml:space="preserve">    private final AuditService auditService;</w:t>
      </w:r>
    </w:p>
    <w:p>
      <w:pPr>
        <w:pStyle w:val="CodeLine"/>
      </w:pPr>
      <w:r>
        <w:t xml:space="preserve">    @Transactional(readOnly = true)</w:t>
      </w:r>
    </w:p>
    <w:p>
      <w:pPr>
        <w:pStyle w:val="CodeLine"/>
      </w:pPr>
      <w:r>
        <w:t xml:space="preserve">    public TalentDiscoveryPreferenceResponse getPreference(Long userId) {</w:t>
      </w:r>
    </w:p>
    <w:p>
      <w:pPr>
        <w:pStyle w:val="CodeLine"/>
      </w:pPr>
      <w:r>
        <w:t xml:space="preserve">        userRoleGuard.requireStudent(userId);</w:t>
      </w:r>
    </w:p>
    <w:p>
      <w:pPr>
        <w:pStyle w:val="CodeLine"/>
      </w:pPr>
      <w:r>
        <w:t xml:space="preserve">        StudentTalentDiscoveryPreference value = preferenceRepository.findByStudentUserId(userId).orElse(null</w:t>
      </w:r>
    </w:p>
    <w:p>
      <w:pPr>
        <w:pStyle w:val="CodeLine"/>
      </w:pPr>
      <w:r>
        <w:t>);</w:t>
      </w:r>
    </w:p>
    <w:p>
      <w:pPr>
        <w:pStyle w:val="CodeLine"/>
      </w:pPr>
      <w:r>
        <w:t xml:space="preserve">        return toPreference(value);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</w:t>
      </w:r>
    </w:p>
    <w:p>
      <w:pPr>
        <w:pStyle w:val="CodeLine"/>
      </w:pPr>
      <w:r>
        <w:t xml:space="preserve">    public TalentDiscoveryPreferenceResponse updatePreference(Long userId,</w:t>
      </w:r>
    </w:p>
    <w:p>
      <w:pPr>
        <w:pStyle w:val="CodeLine"/>
      </w:pPr>
      <w:r>
        <w:t xml:space="preserve">                                                              TalentDiscoveryPreferenceUpdateRequest request,</w:t>
      </w:r>
    </w:p>
    <w:p>
      <w:pPr>
        <w:pStyle w:val="CodeLine"/>
      </w:pPr>
      <w:r>
        <w:t xml:space="preserve">                                                              AuditContext context) {</w:t>
      </w:r>
    </w:p>
    <w:p>
      <w:pPr>
        <w:pStyle w:val="CodeLine"/>
      </w:pPr>
      <w:r>
        <w:t xml:space="preserve">        userRoleGuard.requireStudent(userId);</w:t>
      </w:r>
    </w:p>
    <w:p>
      <w:pPr>
        <w:pStyle w:val="CodeLine"/>
      </w:pPr>
      <w:r>
        <w:t xml:space="preserve">        if (request == null || request.getEnabled() == null) {</w:t>
      </w:r>
    </w:p>
    <w:p>
      <w:pPr>
        <w:pStyle w:val="CodeLine"/>
      </w:pPr>
      <w:r>
        <w:t xml:space="preserve">            throw new BusinessException(ErrorCode.BAD_REQUEST);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StudentTalentDiscoveryPreference existing = preferenceRepository.findByStudentUserId(userId).orElse(n</w:t>
      </w:r>
    </w:p>
    <w:p>
      <w:pPr>
        <w:pStyle w:val="CodeLine"/>
      </w:pPr>
      <w:r>
        <w:t>ull);</w:t>
      </w:r>
    </w:p>
    <w:p>
      <w:pPr>
        <w:pStyle w:val="CodeLine"/>
      </w:pPr>
      <w:r>
        <w:t xml:space="preserve">        Long expected = request.getExpectedVersion();</w:t>
      </w:r>
    </w:p>
    <w:p>
      <w:pPr>
        <w:pStyle w:val="CodeLine"/>
      </w:pPr>
      <w:r>
        <w:t xml:space="preserve">        if (existing == null &amp;&amp; expected != null &amp;&amp; expected != 0L) {</w:t>
      </w:r>
    </w:p>
    <w:p>
      <w:pPr>
        <w:pStyle w:val="CodeLine"/>
      </w:pPr>
      <w:r>
        <w:t xml:space="preserve">            throw new BusinessException(ErrorCode.PRIVACY_SETTINGS_CONCURRENT_UPDATE);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(existing != null &amp;&amp; expected != null &amp;&amp; !java.util.Objects.equals(existing.getVersion(),</w:t>
      </w:r>
    </w:p>
    <w:p>
      <w:pPr>
        <w:pStyle w:val="CodeLine"/>
      </w:pPr>
      <w:r>
        <w:t>expected))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    throw new BusinessException(ErrorCode.PRIVACY_SETTINGS_CONCURRENT_UPDATE);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StudentTalentDiscoveryPreference saved;</w:t>
      </w:r>
    </w:p>
    <w:p>
      <w:pPr>
        <w:pStyle w:val="CodeLine"/>
      </w:pPr>
      <w:r>
        <w:t xml:space="preserve">            if (existing == null) {</w:t>
      </w:r>
    </w:p>
    <w:p>
      <w:pPr>
        <w:pStyle w:val="CodeLine"/>
      </w:pPr>
      <w:r>
        <w:t xml:space="preserve">                saved = preferenceRepository.saveAndFlush(StudentTalentDiscoveryPreference.builder()</w:t>
      </w:r>
    </w:p>
    <w:p>
      <w:pPr>
        <w:pStyle w:val="CodeLine"/>
      </w:pPr>
      <w:r>
        <w:t xml:space="preserve">                        .studentUserId(userId).enabled(request.getEnabled()).version(0L).build());</w:t>
      </w:r>
    </w:p>
    <w:p>
      <w:pPr>
        <w:pStyle w:val="CodeLine"/>
      </w:pPr>
      <w:r>
        <w:t xml:space="preserve">            } else {</w:t>
      </w:r>
    </w:p>
    <w:p>
      <w:pPr>
        <w:pStyle w:val="CodeLine"/>
      </w:pPr>
      <w:r>
        <w:t xml:space="preserve">                existing.setEnabled(request.getEnabled());</w:t>
      </w:r>
    </w:p>
    <w:p>
      <w:pPr>
        <w:pStyle w:val="CodeLine"/>
      </w:pPr>
      <w:r>
        <w:t xml:space="preserve">                saved = preferenceRepository.saveAndFlush(existing);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    String requestId = context == null ? null : context.getRequestId();</w:t>
      </w:r>
    </w:p>
    <w:p>
      <w:pPr>
        <w:pStyle w:val="CodeLine"/>
      </w:pPr>
      <w:r>
        <w:t xml:space="preserve">            String details = "{\"enabled\":" + saved.getEnabled()</w:t>
      </w:r>
    </w:p>
    <w:p>
      <w:pPr>
        <w:pStyle w:val="CodeLine"/>
      </w:pPr>
      <w:r>
        <w:t xml:space="preserve">                    + ",\"version\":" + saved.getVersion()</w:t>
      </w:r>
    </w:p>
    <w:p>
      <w:pPr>
        <w:pStyle w:val="CodeLine"/>
      </w:pPr>
      <w:r>
        <w:t xml:space="preserve">                    + ",\"requestId\":" + (requestId == null ? "null" : quote(requestId)) + "}";</w:t>
      </w:r>
    </w:p>
    <w:p>
      <w:pPr>
        <w:pStyle w:val="CodeLine"/>
      </w:pPr>
      <w:r>
        <w:t xml:space="preserve">            auditService.log(userId, "TALENT_DISCOVERY_PREFERENCE_UPDATED",</w:t>
      </w:r>
    </w:p>
    <w:p>
      <w:pPr>
        <w:pStyle w:val="CodeLine"/>
      </w:pPr>
      <w:r>
        <w:t xml:space="preserve">                    "STUDENT_TALENT_DISCOVERY_PREFERENCE", saved.getId(), details, context);</w:t>
      </w:r>
    </w:p>
    <w:p>
      <w:pPr>
        <w:pStyle w:val="CodeLine"/>
      </w:pPr>
      <w:r>
        <w:t xml:space="preserve">            return toPreference(saved);</w:t>
      </w:r>
    </w:p>
    <w:p>
      <w:pPr>
        <w:pStyle w:val="CodeLine"/>
      </w:pPr>
      <w:r>
        <w:t xml:space="preserve">        } catch (ObjectOptimisticLockingFailureException | DataIntegrityViolationException ex) {</w:t>
      </w:r>
    </w:p>
    <w:p>
      <w:pPr>
        <w:pStyle w:val="CodeLine"/>
      </w:pPr>
      <w:r>
        <w:t xml:space="preserve">            throw new BusinessException(ErrorCode.PRIVACY_SETTINGS_CONCURRENT_UPDATE);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@Transactional(readOnly = true)</w:t>
      </w:r>
    </w:p>
    <w:p>
      <w:pPr>
        <w:pStyle w:val="CodeLine"/>
      </w:pPr>
      <w:r>
        <w:t xml:space="preserve">    public TalentDiscoveryPageResponse recommendations(Long userId, Long jobId, int page, int size) {</w:t>
      </w:r>
    </w:p>
    <w:p>
      <w:pPr>
        <w:pStyle w:val="CodeLine"/>
      </w:pPr>
      <w:r>
        <w:t xml:space="preserve">        validatePage(jobId, page, size);</w:t>
      </w:r>
    </w:p>
    <w:p>
      <w:pPr>
        <w:pStyle w:val="CodeLine"/>
      </w:pPr>
      <w:r>
        <w:t xml:space="preserve">        Company company = requireVerifiedCompany(userId);</w:t>
      </w:r>
    </w:p>
    <w:p>
      <w:pPr>
        <w:pStyle w:val="CodeLine"/>
      </w:pPr>
      <w:r>
        <w:t xml:space="preserve">        Job job = jobRepository.findById(jobId).orElseThrow(() -&gt; new</w:t>
      </w:r>
    </w:p>
    <w:p>
      <w:pPr>
        <w:pStyle w:val="CodeLine"/>
      </w:pPr>
      <w:r>
        <w:t>BusinessException(ErrorCode.JOB_NOT_FOUND));</w:t>
      </w:r>
    </w:p>
    <w:p>
      <w:pPr>
        <w:pStyle w:val="CodeLine"/>
      </w:pPr>
      <w:r>
        <w:t xml:space="preserve">        if (!company.getId().equals(job.getCompanyId())) {</w:t>
      </w:r>
    </w:p>
    <w:p>
      <w:pPr>
        <w:pStyle w:val="CodeLine"/>
      </w:pPr>
      <w:r>
        <w:t xml:space="preserve">            throw new BusinessException(ErrorCode.FORBIDDEN);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(!"PUBLISHED".equals(job.getStatus())) {</w:t>
      </w:r>
    </w:p>
    <w:p>
      <w:pPr>
        <w:pStyle w:val="CodeLine"/>
      </w:pPr>
      <w:r>
        <w:t xml:space="preserve">            throw new BusinessException(ErrorCode.INVALID_JOB_STATUS_TRANSITION);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JobRecommendationProfile profile = profileRepository.findByJobId(jobId).orElse(null);</w:t>
      </w:r>
    </w:p>
    <w:p>
      <w:pPr>
        <w:pStyle w:val="CodeLine"/>
      </w:pPr>
      <w:r>
        <w:t xml:space="preserve">        if (profile == null || !Boolean.TRUE.equals(profile.getEnabled())</w:t>
      </w:r>
    </w:p>
    <w:p>
      <w:pPr>
        <w:pStyle w:val="CodeLine"/>
      </w:pPr>
      <w:r>
        <w:t xml:space="preserve">                || !JobRecommendationProfile.APPROVED.equals(profile.getReviewStatus())) {</w:t>
      </w:r>
    </w:p>
    <w:p>
      <w:pPr>
        <w:pStyle w:val="CodeLine"/>
      </w:pPr>
      <w:r>
        <w:t xml:space="preserve">            return page("UNAVAILABLE", List.of(), 0, page, size, "该岗位尚无审核通过的推荐画像");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LocalDateTime capturedNow = LocalDateTime.now();</w:t>
      </w:r>
    </w:p>
    <w:p>
      <w:pPr>
        <w:pStyle w:val="CodeLine"/>
      </w:pPr>
      <w:r>
        <w:t xml:space="preserve">        List&lt;TalentDiscoveryCandidateSource.CandidateSeed&gt; seeds =</w:t>
      </w:r>
    </w:p>
    <w:p>
      <w:pPr>
        <w:pStyle w:val="CodeLine"/>
      </w:pPr>
      <w:r>
        <w:t>candidateSource.findEligibleCandidates(company.getId());</w:t>
      </w:r>
    </w:p>
    <w:p>
      <w:pPr>
        <w:pStyle w:val="CodeLine"/>
      </w:pPr>
      <w:r>
        <w:t xml:space="preserve">        if (seeds.isEmpty()) {</w:t>
      </w:r>
    </w:p>
    <w:p>
      <w:pPr>
        <w:pStyle w:val="CodeLine"/>
        <w:pageBreakBefore/>
      </w:pPr>
      <w:r>
        <w:t xml:space="preserve">            return page("NO_ELIGIBLE_CANDIDATE", List.of(), 0, page, size,</w:t>
      </w:r>
    </w:p>
    <w:p>
      <w:pPr>
        <w:pStyle w:val="CodeLine"/>
      </w:pPr>
      <w:r>
        <w:t>"暂未发现已授权且满足基础条件的候选人");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Map&lt;Long, TalentDiscoveryCandidateSource.PreferenceSignal&gt; preferences = new HashMap&lt;&gt;();</w:t>
      </w:r>
    </w:p>
    <w:p>
      <w:pPr>
        <w:pStyle w:val="CodeLine"/>
      </w:pPr>
      <w:r>
        <w:t xml:space="preserve">        Map&lt;Long, TalentDiscoveryCandidateSource.ScoreSignal&gt; riasec = new HashMap&lt;&gt;();</w:t>
      </w:r>
    </w:p>
    <w:p>
      <w:pPr>
        <w:pStyle w:val="CodeLine"/>
      </w:pPr>
      <w:r>
        <w:t xml:space="preserve">        Map&lt;Long, TalentDiscoveryCandidateSource.ScoreSignal&gt; ability = new HashMap&lt;&gt;();</w:t>
      </w:r>
    </w:p>
    <w:p>
      <w:pPr>
        <w:pStyle w:val="CodeLine"/>
      </w:pPr>
      <w:r>
        <w:t xml:space="preserve">        for (int from = 0; from &lt; seeds.size(); from += BATCH_SIZE) {</w:t>
      </w:r>
    </w:p>
    <w:p>
      <w:pPr>
        <w:pStyle w:val="CodeLine"/>
      </w:pPr>
      <w:r>
        <w:t xml:space="preserve">            int to = Math.min(from + BATCH_SIZE, seeds.size());</w:t>
      </w:r>
    </w:p>
    <w:p>
      <w:pPr>
        <w:pStyle w:val="CodeLine"/>
      </w:pPr>
      <w:r>
        <w:t xml:space="preserve">            List&lt;Long&gt; ids = seeds.subList(from, to).stream()</w:t>
      </w:r>
    </w:p>
    <w:p>
      <w:pPr>
        <w:pStyle w:val="CodeLine"/>
      </w:pPr>
      <w:r>
        <w:t xml:space="preserve">                    .map(TalentDiscoveryCandidateSource.CandidateSeed::studentUserId).toList();</w:t>
      </w:r>
    </w:p>
    <w:p>
      <w:pPr>
        <w:pStyle w:val="CodeLine"/>
      </w:pPr>
      <w:r>
        <w:t xml:space="preserve">            preferences.putAll(candidateSource.findPreferences(ids));</w:t>
      </w:r>
    </w:p>
    <w:p>
      <w:pPr>
        <w:pStyle w:val="CodeLine"/>
      </w:pPr>
      <w:r>
        <w:t xml:space="preserve">            riasec.putAll(candidateSource.findLatestRiasec(ids));</w:t>
      </w:r>
    </w:p>
    <w:p>
      <w:pPr>
        <w:pStyle w:val="CodeLine"/>
      </w:pPr>
      <w:r>
        <w:t xml:space="preserve">            ability.putAll(candidateSource.findLatestAbility(ids, capturedNow));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List&lt;ScoredCandidate&gt; scored = new ArrayList&lt;&gt;();</w:t>
      </w:r>
    </w:p>
    <w:p>
      <w:pPr>
        <w:pStyle w:val="CodeLine"/>
      </w:pPr>
      <w:r>
        <w:t xml:space="preserve">        for (TalentDiscoveryCandidateSource.CandidateSeed seed : seeds) {</w:t>
      </w:r>
    </w:p>
    <w:p>
      <w:pPr>
        <w:pStyle w:val="CodeLine"/>
      </w:pPr>
      <w:r>
        <w:t xml:space="preserve">            BigDecimal p = preferenceScore(preferences.get(seed.studentUserId()), profile, job);</w:t>
      </w:r>
    </w:p>
    <w:p>
      <w:pPr>
        <w:pStyle w:val="CodeLine"/>
      </w:pPr>
      <w:r>
        <w:t xml:space="preserve">            TalentDiscoveryCandidateSource.ScoreSignal iSignal = riasec.get(seed.studentUserId());</w:t>
      </w:r>
    </w:p>
    <w:p>
      <w:pPr>
        <w:pStyle w:val="CodeLine"/>
      </w:pPr>
      <w:r>
        <w:t xml:space="preserve">            BigDecimal i = weighted(iSignal == null ? Map.of() : iSignal.scores(),</w:t>
      </w:r>
    </w:p>
    <w:p>
      <w:pPr>
        <w:pStyle w:val="CodeLine"/>
      </w:pPr>
      <w:r>
        <w:t>parseMap(profile.getRiasecWeightsJson()), Set.of("R", "I", "A", "S", "E",</w:t>
      </w:r>
    </w:p>
    <w:p>
      <w:pPr>
        <w:pStyle w:val="CodeLine"/>
      </w:pPr>
      <w:r>
        <w:t>"C"));</w:t>
      </w:r>
    </w:p>
    <w:p>
      <w:pPr>
        <w:pStyle w:val="CodeLine"/>
      </w:pPr>
      <w:r>
        <w:t xml:space="preserve">            TalentDiscoveryCandidateSource.ScoreSignal aSignal = ability.get(seed.studentUserId());</w:t>
      </w:r>
    </w:p>
    <w:p>
      <w:pPr>
        <w:pStyle w:val="CodeLine"/>
      </w:pPr>
      <w:r>
        <w:t xml:space="preserve">            BigDecimal a = weighted(aSignal == null ? Map.of() : aSignal.scores(),</w:t>
      </w:r>
    </w:p>
    <w:p>
      <w:pPr>
        <w:pStyle w:val="CodeLine"/>
      </w:pPr>
      <w:r>
        <w:t>parseMap(profile.getAbilityExpectationsJson()), Set.of("LOGIC", "COMMUNICATION", "EXECUTION",</w:t>
      </w:r>
    </w:p>
    <w:p>
      <w:pPr>
        <w:pStyle w:val="CodeLine"/>
      </w:pPr>
      <w:r>
        <w:t>"LEARNING"));</w:t>
      </w:r>
    </w:p>
    <w:p>
      <w:pPr>
        <w:pStyle w:val="CodeLine"/>
      </w:pPr>
      <w:r>
        <w:t xml:space="preserve">            var calculation = scoreCalculator.calculate(p, i, a);</w:t>
      </w:r>
    </w:p>
    <w:p>
      <w:pPr>
        <w:pStyle w:val="CodeLine"/>
      </w:pPr>
      <w:r>
        <w:t xml:space="preserve">            if (calculation.isEmpty()) continue;</w:t>
      </w:r>
    </w:p>
    <w:p>
      <w:pPr>
        <w:pStyle w:val="CodeLine"/>
      </w:pPr>
      <w:r>
        <w:t xml:space="preserve">            TalentDiscoveryScoreCalculator.Calculation value = calculation.get();</w:t>
      </w:r>
    </w:p>
    <w:p>
      <w:pPr>
        <w:pStyle w:val="CodeLine"/>
      </w:pPr>
      <w:r>
        <w:t xml:space="preserve">            scored.add(new ScoredCandidate(seed, value));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(scored.isEmpty()) {</w:t>
      </w:r>
    </w:p>
    <w:p>
      <w:pPr>
        <w:pStyle w:val="CodeLine"/>
      </w:pPr>
      <w:r>
        <w:t xml:space="preserve">            return page("NO_ELIGIBLE_CANDIDATE", List.of(), 0, page, size,</w:t>
      </w:r>
    </w:p>
    <w:p>
      <w:pPr>
        <w:pStyle w:val="CodeLine"/>
      </w:pPr>
      <w:r>
        <w:t xml:space="preserve">                    "暂未发现已授权且满足基础条件的候选人");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scored.sort(Comparator.comparing((ScoredCandidate c) -&gt; c.calculation.fitScore()).reversed()</w:t>
      </w:r>
    </w:p>
    <w:p>
      <w:pPr>
        <w:pStyle w:val="CodeLine"/>
      </w:pPr>
      <w:r>
        <w:t xml:space="preserve">                .thenComparing(c -&gt; c.seed.profileUpdatedAt(), Comparator.nullsLast(Comparator.reverseOrder()</w:t>
      </w:r>
    </w:p>
    <w:p>
      <w:pPr>
        <w:pStyle w:val="CodeLine"/>
      </w:pPr>
      <w:r>
        <w:t>))</w:t>
      </w:r>
    </w:p>
    <w:p>
      <w:pPr>
        <w:pStyle w:val="CodeLine"/>
      </w:pPr>
      <w:r>
        <w:t xml:space="preserve">                .thenComparing(c -&gt; c.seed.studentUserId(), Comparator.reverseOrder()));</w:t>
      </w:r>
    </w:p>
    <w:p>
      <w:pPr>
        <w:pStyle w:val="CodeLine"/>
      </w:pPr>
      <w:r>
        <w:t xml:space="preserve">        int total = scored.size();</w:t>
      </w:r>
    </w:p>
    <w:p>
      <w:pPr>
        <w:pStyle w:val="CodeLine"/>
      </w:pPr>
      <w:r>
        <w:t xml:space="preserve">        long offset = (long) page * size;</w:t>
      </w:r>
    </w:p>
    <w:p>
      <w:pPr>
        <w:pStyle w:val="CodeLine"/>
      </w:pPr>
      <w:r>
        <w:t xml:space="preserve">        int from = offset &gt;= total ? total : (int) offset;</w:t>
      </w:r>
    </w:p>
    <w:p>
      <w:pPr>
        <w:pStyle w:val="CodeLine"/>
      </w:pPr>
      <w:r>
        <w:t xml:space="preserve">        int to = Math.min(from + size, total);</w:t>
      </w:r>
    </w:p>
    <w:p>
      <w:pPr>
        <w:pStyle w:val="CodeLine"/>
      </w:pPr>
      <w:r>
        <w:t xml:space="preserve">        List&lt;TalentDiscoveryCandidateResponse&gt; items = scored.subList(from, to).stream()</w:t>
      </w:r>
    </w:p>
    <w:p>
      <w:pPr>
        <w:pStyle w:val="CodeLine"/>
      </w:pPr>
      <w:r>
        <w:t xml:space="preserve">                .map(c -&gt; toCandidate(c, company.getId(), job.getId(), capturedNow.toLocalDate())).toList();</w:t>
      </w:r>
    </w:p>
    <w:p>
      <w:pPr>
        <w:pStyle w:val="CodeLine"/>
      </w:pPr>
      <w:r>
        <w:t xml:space="preserve">        return page("PERSONALIZED", items, total, page, size, null);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TalentDiscoveryCandidateResponse toCandidate(ScoredCandidate scored, Long companyId, Long jobId,</w:t>
      </w:r>
    </w:p>
    <w:p>
      <w:pPr>
        <w:pStyle w:val="CodeLine"/>
      </w:pPr>
      <w:r>
        <w:t>LocalDate date)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TalentDiscoveryCandidateSource.CandidateSeed seed = scored.seed;</w:t>
      </w:r>
    </w:p>
    <w:p>
      <w:pPr>
        <w:pStyle w:val="CodeLine"/>
      </w:pPr>
      <w:r>
        <w:t xml:space="preserve">        return TalentDiscoveryCandidateResponse.builder()</w:t>
      </w:r>
    </w:p>
    <w:p>
      <w:pPr>
        <w:pStyle w:val="CodeLine"/>
      </w:pPr>
      <w:r>
        <w:t xml:space="preserve">                .candidateKey(candidateKeyGenerator.generate(companyId, jobId, seed.studentUserId(), date))</w:t>
      </w:r>
    </w:p>
    <w:p>
      <w:pPr>
        <w:pStyle w:val="CodeLine"/>
      </w:pPr>
      <w:r>
        <w:t xml:space="preserve">                .candidateLabel("开放人才候选人")</w:t>
      </w:r>
    </w:p>
    <w:p>
      <w:pPr>
        <w:pStyle w:val="CodeLine"/>
      </w:pPr>
      <w:r>
        <w:t xml:space="preserve">                .city(safeText(seed.city(), 100))</w:t>
      </w:r>
    </w:p>
    <w:p>
      <w:pPr>
        <w:pStyle w:val="CodeLine"/>
      </w:pPr>
      <w:r>
        <w:t xml:space="preserve">                .education(safeText(seed.education(), 100))</w:t>
      </w:r>
    </w:p>
    <w:p>
      <w:pPr>
        <w:pStyle w:val="CodeLine"/>
      </w:pPr>
      <w:r>
        <w:t xml:space="preserve">                .graduationYear(seed.graduationYear())</w:t>
      </w:r>
    </w:p>
    <w:p>
      <w:pPr>
        <w:pStyle w:val="CodeLine"/>
      </w:pPr>
      <w:r>
        <w:t xml:space="preserve">                .skills(safeSkills(seed.skillsJson()))</w:t>
      </w:r>
    </w:p>
    <w:p>
      <w:pPr>
        <w:pStyle w:val="CodeLine"/>
      </w:pPr>
      <w:r>
        <w:t xml:space="preserve">                .fitBand(scored.calculation.fitBand())</w:t>
      </w:r>
    </w:p>
    <w:p>
      <w:pPr>
        <w:pStyle w:val="CodeLine"/>
      </w:pPr>
      <w:r>
        <w:t xml:space="preserve">                .summary(summary(scored.calculation.fitBand()))</w:t>
      </w:r>
    </w:p>
    <w:p>
      <w:pPr>
        <w:pStyle w:val="CodeLine"/>
      </w:pPr>
      <w:r>
        <w:t xml:space="preserve">                .signalsAvailable(scored.calculation.signalsAvailable())</w:t>
      </w:r>
    </w:p>
    <w:p>
      <w:pPr>
        <w:pStyle w:val="CodeLine"/>
      </w:pPr>
      <w:r>
        <w:t xml:space="preserve">                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/**</w:t>
      </w:r>
    </w:p>
    <w:p>
      <w:pPr>
        <w:pStyle w:val="CodeLine"/>
      </w:pPr>
      <w:r>
        <w:t xml:space="preserve">     * R01-C：改为委托 {@link JobPreferenceScoreCalculator}。</w:t>
      </w:r>
    </w:p>
    <w:p>
      <w:pPr>
        <w:pStyle w:val="CodeLine"/>
      </w:pPr>
      <w:r>
        <w:t xml:space="preserve">     *</w:t>
      </w:r>
    </w:p>
    <w:p>
      <w:pPr>
        <w:pStyle w:val="CodeLine"/>
      </w:pPr>
      <w:r>
        <w:t xml:space="preserve">     * &lt;p&gt;原先此处内联了与 {@code JobRecommendationService} 完全相同的一套 30/20/20/15/15 规则</w:t>
      </w:r>
    </w:p>
    <w:p>
      <w:pPr>
        <w:pStyle w:val="CodeLine"/>
      </w:pPr>
      <w:r>
        <w:t xml:space="preserve">     * （维度顺序、权重、匹配语义、{@code matched*100/available}、scale=2、HALF_UP 与</w:t>
      </w:r>
    </w:p>
    <w:p>
      <w:pPr>
        <w:pStyle w:val="CodeLine"/>
      </w:pPr>
      <w:r>
        <w:t xml:space="preserve">     * available==0 → null 均逐字一致）。收束后两处共用唯一实现，**行为不变**。&lt;/p&gt;</w:t>
      </w:r>
    </w:p>
    <w:p>
      <w:pPr>
        <w:pStyle w:val="CodeLine"/>
      </w:pPr>
      <w:r>
        <w:t xml:space="preserve">     */</w:t>
      </w:r>
    </w:p>
    <w:p>
      <w:pPr>
        <w:pStyle w:val="CodeLine"/>
      </w:pPr>
      <w:r>
        <w:t xml:space="preserve">    private BigDecimal preferenceScore(TalentDiscoveryCandidateSource.PreferenceSignal preference,</w:t>
      </w:r>
    </w:p>
    <w:p>
      <w:pPr>
        <w:pStyle w:val="CodeLine"/>
      </w:pPr>
      <w:r>
        <w:t xml:space="preserve">                                       JobRecommendationProfile profile, Job job) {</w:t>
      </w:r>
    </w:p>
    <w:p>
      <w:pPr>
        <w:pStyle w:val="CodeLine"/>
      </w:pPr>
      <w:r>
        <w:t xml:space="preserve">        if (preference == null) return null;</w:t>
      </w:r>
    </w:p>
    <w:p>
      <w:pPr>
        <w:pStyle w:val="CodeLine"/>
        <w:pageBreakBefore/>
      </w:pPr>
      <w:r>
        <w:t xml:space="preserve">        return JobPreferenceScoreCalculator.calculate(</w:t>
      </w:r>
    </w:p>
    <w:p>
      <w:pPr>
        <w:pStyle w:val="CodeLine"/>
      </w:pPr>
      <w:r>
        <w:t xml:space="preserve">                new JobPreferenceScoreCalculator.Criteria(</w:t>
      </w:r>
    </w:p>
    <w:p>
      <w:pPr>
        <w:pStyle w:val="CodeLine"/>
      </w:pPr>
      <w:r>
        <w:t xml:space="preserve">                        preference.cities(),</w:t>
      </w:r>
    </w:p>
    <w:p>
      <w:pPr>
        <w:pStyle w:val="CodeLine"/>
      </w:pPr>
      <w:r>
        <w:t xml:space="preserve">                        preference.employmentTypes(),</w:t>
      </w:r>
    </w:p>
    <w:p>
      <w:pPr>
        <w:pStyle w:val="CodeLine"/>
      </w:pPr>
      <w:r>
        <w:t xml:space="preserve">                        preference.expectedSalaryMin(),</w:t>
      </w:r>
    </w:p>
    <w:p>
      <w:pPr>
        <w:pStyle w:val="CodeLine"/>
      </w:pPr>
      <w:r>
        <w:t xml:space="preserve">                        preference.industries(),</w:t>
      </w:r>
    </w:p>
    <w:p>
      <w:pPr>
        <w:pStyle w:val="CodeLine"/>
      </w:pPr>
      <w:r>
        <w:t xml:space="preserve">                        preference.jobTypes()),</w:t>
      </w:r>
    </w:p>
    <w:p>
      <w:pPr>
        <w:pStyle w:val="CodeLine"/>
      </w:pPr>
      <w:r>
        <w:t xml:space="preserve">                new JobPreferenceScoreCalculator.Target(</w:t>
      </w:r>
    </w:p>
    <w:p>
      <w:pPr>
        <w:pStyle w:val="CodeLine"/>
      </w:pPr>
      <w:r>
        <w:t xml:space="preserve">                        job.getCity(),</w:t>
      </w:r>
    </w:p>
    <w:p>
      <w:pPr>
        <w:pStyle w:val="CodeLine"/>
      </w:pPr>
      <w:r>
        <w:t xml:space="preserve">                        job.getEmploymentType(),</w:t>
      </w:r>
    </w:p>
    <w:p>
      <w:pPr>
        <w:pStyle w:val="CodeLine"/>
      </w:pPr>
      <w:r>
        <w:t xml:space="preserve">                        job.getSalaryMax(),</w:t>
      </w:r>
    </w:p>
    <w:p>
      <w:pPr>
        <w:pStyle w:val="CodeLine"/>
      </w:pPr>
      <w:r>
        <w:t xml:space="preserve">                        profile.getIndustryCode(),</w:t>
      </w:r>
    </w:p>
    <w:p>
      <w:pPr>
        <w:pStyle w:val="CodeLine"/>
      </w:pPr>
      <w:r>
        <w:t xml:space="preserve">                        profile.getJobFamilyCode()));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BigDecimal weighted(Map&lt;String, BigDecimal&gt; scores, Map&lt;String, BigDecimal&gt; expected,</w:t>
      </w:r>
    </w:p>
    <w:p>
      <w:pPr>
        <w:pStyle w:val="CodeLine"/>
      </w:pPr>
      <w:r>
        <w:t>Set&lt;String&gt; allowed)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if (scores.isEmpty() || expected.isEmpty()) return null;</w:t>
      </w:r>
    </w:p>
    <w:p>
      <w:pPr>
        <w:pStyle w:val="CodeLine"/>
      </w:pPr>
      <w:r>
        <w:t xml:space="preserve">        BigDecimal numerator = BigDecimal.ZERO;</w:t>
      </w:r>
    </w:p>
    <w:p>
      <w:pPr>
        <w:pStyle w:val="CodeLine"/>
      </w:pPr>
      <w:r>
        <w:t xml:space="preserve">        BigDecimal denominator = BigDecimal.ZERO;</w:t>
      </w:r>
    </w:p>
    <w:p>
      <w:pPr>
        <w:pStyle w:val="CodeLine"/>
      </w:pPr>
      <w:r>
        <w:t xml:space="preserve">        for (Map.Entry&lt;String, BigDecimal&gt; entry : expected.entrySet()) {</w:t>
      </w:r>
    </w:p>
    <w:p>
      <w:pPr>
        <w:pStyle w:val="CodeLine"/>
      </w:pPr>
      <w:r>
        <w:t xml:space="preserve">            if (!allowed.contains(entry.getKey()) || !scores.containsKey(entry.getKey()) || entry.getValue()</w:t>
      </w:r>
    </w:p>
    <w:p>
      <w:pPr>
        <w:pStyle w:val="CodeLine"/>
      </w:pPr>
      <w:r>
        <w:t>== null || entry.getValue().signum() &lt;= 0)</w:t>
      </w:r>
    </w:p>
    <w:p>
      <w:pPr>
        <w:pStyle w:val="CodeLine"/>
      </w:pPr>
      <w:r>
        <w:t>continue;</w:t>
      </w:r>
    </w:p>
    <w:p>
      <w:pPr>
        <w:pStyle w:val="CodeLine"/>
      </w:pPr>
      <w:r>
        <w:t xml:space="preserve">            numerator = numerator.add(scores.get(entry.getKey()).multiply(entry.getValue()));</w:t>
      </w:r>
    </w:p>
    <w:p>
      <w:pPr>
        <w:pStyle w:val="CodeLine"/>
      </w:pPr>
      <w:r>
        <w:t xml:space="preserve">            denominator = denominator.add(entry.getValue());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return denominator.signum() == 0 ? null : numerator.divide(denominator, 2, RoundingMode.HALF_UP);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Map&lt;String, BigDecimal&gt; parseMap(String raw) {</w:t>
      </w:r>
    </w:p>
    <w:p>
      <w:pPr>
        <w:pStyle w:val="CodeLine"/>
      </w:pPr>
      <w:r>
        <w:t xml:space="preserve">        if (raw == null || raw.isBlank()) return Map.of();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Map&lt;String, Object&gt; input = JSON.readValue(raw, MAP);</w:t>
      </w:r>
    </w:p>
    <w:p>
      <w:pPr>
        <w:pStyle w:val="CodeLine"/>
      </w:pPr>
      <w:r>
        <w:t xml:space="preserve">            Map&lt;String, BigDecimal&gt; result = new HashMap&lt;&gt;();</w:t>
      </w:r>
    </w:p>
    <w:p>
      <w:pPr>
        <w:pStyle w:val="CodeLine"/>
      </w:pPr>
      <w:r>
        <w:t xml:space="preserve">            for (Map.Entry&lt;String, Object&gt; entry : input.entrySet()) {</w:t>
      </w:r>
    </w:p>
    <w:p>
      <w:pPr>
        <w:pStyle w:val="CodeLine"/>
      </w:pPr>
      <w:r>
        <w:t xml:space="preserve">                if (entry.getKey() == null || entry.getValue() == null) return Map.of();</w:t>
      </w:r>
    </w:p>
    <w:p>
      <w:pPr>
        <w:pStyle w:val="CodeLine"/>
      </w:pPr>
      <w:r>
        <w:t xml:space="preserve">                BigDecimal value = new BigDecimal(String.valueOf(entry.getValue()));</w:t>
      </w:r>
    </w:p>
    <w:p>
      <w:pPr>
        <w:pStyle w:val="CodeLine"/>
      </w:pPr>
      <w:r>
        <w:t xml:space="preserve">                if (value.compareTo(BigDecimal.ZERO) &lt; 0 || value.compareTo(BigDecimal.valueOf(100)) &gt; 0)</w:t>
      </w:r>
    </w:p>
    <w:p>
      <w:pPr>
        <w:pStyle w:val="CodeLine"/>
      </w:pPr>
      <w:r>
        <w:t>return Map.of();</w:t>
      </w:r>
    </w:p>
    <w:p>
      <w:pPr>
        <w:pStyle w:val="CodeLine"/>
      </w:pPr>
      <w:r>
        <w:t xml:space="preserve">                result.put(entry.getKey(), value);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    return result;</w:t>
      </w:r>
    </w:p>
    <w:p>
      <w:pPr>
        <w:pStyle w:val="CodeLine"/>
      </w:pPr>
      <w:r>
        <w:t xml:space="preserve">        } catch (Exception ignored) { return Map.of();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List&lt;String&gt; safeSkills(String raw) {</w:t>
      </w:r>
    </w:p>
    <w:p>
      <w:pPr>
        <w:pStyle w:val="CodeLine"/>
      </w:pPr>
      <w:r>
        <w:t xml:space="preserve">        if (raw == null || raw.isBlank()) return List.of();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List&lt;String&gt; values = JSON.readValue(raw, LIST);</w:t>
      </w:r>
    </w:p>
    <w:p>
      <w:pPr>
        <w:pStyle w:val="CodeLine"/>
      </w:pPr>
      <w:r>
        <w:t xml:space="preserve">            if (values == null) return List.of();</w:t>
      </w:r>
    </w:p>
    <w:p>
      <w:pPr>
        <w:pStyle w:val="CodeLine"/>
      </w:pPr>
      <w:r>
        <w:t xml:space="preserve">            return values.stream().map(v -&gt; safeSkill(v)).filter(v -&gt; v != null &amp;&amp; !v.isBlank())</w:t>
      </w:r>
    </w:p>
    <w:p>
      <w:pPr>
        <w:pStyle w:val="CodeLine"/>
      </w:pPr>
      <w:r>
        <w:t xml:space="preserve">                    .distinct().limit(10).toList();</w:t>
      </w:r>
    </w:p>
    <w:p>
      <w:pPr>
        <w:pStyle w:val="CodeLine"/>
      </w:pPr>
      <w:r>
        <w:t xml:space="preserve">        } catch (Exception ignored) { return List.of();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String safeSkill(String value) {</w:t>
      </w:r>
    </w:p>
    <w:p>
      <w:pPr>
        <w:pStyle w:val="CodeLine"/>
      </w:pPr>
      <w:r>
        <w:t xml:space="preserve">        String text = safeText(value, 40);</w:t>
      </w:r>
    </w:p>
    <w:p>
      <w:pPr>
        <w:pStyle w:val="CodeLine"/>
      </w:pPr>
      <w:r>
        <w:t xml:space="preserve">        return text != null &amp;&amp; SAFE_SKILL.matcher(text).matches() ? text : null;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String safeText(String value, int max) {</w:t>
      </w:r>
    </w:p>
    <w:p>
      <w:pPr>
        <w:pStyle w:val="CodeLine"/>
      </w:pPr>
      <w:r>
        <w:t xml:space="preserve">        if (value == null) return null;</w:t>
      </w:r>
    </w:p>
    <w:p>
      <w:pPr>
        <w:pStyle w:val="CodeLine"/>
      </w:pPr>
      <w:r>
        <w:t xml:space="preserve">        String text = value.trim();</w:t>
      </w:r>
    </w:p>
    <w:p>
      <w:pPr>
        <w:pStyle w:val="CodeLine"/>
      </w:pPr>
      <w:r>
        <w:t xml:space="preserve">        if (text.isEmpty()) return null;</w:t>
      </w:r>
    </w:p>
    <w:p>
      <w:pPr>
        <w:pStyle w:val="CodeLine"/>
      </w:pPr>
      <w:r>
        <w:t xml:space="preserve">        return text.length() &lt;= max ? text : text.substring(0, max);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String summary(String band) {</w:t>
      </w:r>
    </w:p>
    <w:p>
      <w:pPr>
        <w:pStyle w:val="CodeLine"/>
      </w:pPr>
      <w:r>
        <w:t xml:space="preserve">        return switch (band) {</w:t>
      </w:r>
    </w:p>
    <w:p>
      <w:pPr>
        <w:pStyle w:val="CodeLine"/>
      </w:pPr>
      <w:r>
        <w:t xml:space="preserve">            case "HIGH" -&gt; "岗位画像与候选人公开资料存在较高匹配度";</w:t>
      </w:r>
    </w:p>
    <w:p>
      <w:pPr>
        <w:pStyle w:val="CodeLine"/>
      </w:pPr>
      <w:r>
        <w:t xml:space="preserve">            case "MEDIUM" -&gt; "岗位画像与候选人公开资料存在一定匹配度";</w:t>
      </w:r>
    </w:p>
    <w:p>
      <w:pPr>
        <w:pStyle w:val="CodeLine"/>
      </w:pPr>
      <w:r>
        <w:t xml:space="preserve">            default -&gt; "候选人满足部分岗位画像条件";</w:t>
      </w:r>
    </w:p>
    <w:p>
      <w:pPr>
        <w:pStyle w:val="CodeLine"/>
      </w:pPr>
      <w:r>
        <w:t xml:space="preserve">        };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Company requireVerifiedCompany(Long userId) {</w:t>
      </w:r>
    </w:p>
    <w:p>
      <w:pPr>
        <w:pStyle w:val="CodeLine"/>
      </w:pPr>
      <w:r>
        <w:t xml:space="preserve">        User user = requireUser(userId);</w:t>
      </w:r>
    </w:p>
    <w:p>
      <w:pPr>
        <w:pStyle w:val="CodeLine"/>
        <w:pageBreakBefore/>
      </w:pPr>
      <w:r>
        <w:t xml:space="preserve">        if (!hasRole(user, User.Role.COMPANY)) throw new BusinessException(ErrorCode.FORBIDDEN);</w:t>
      </w:r>
    </w:p>
    <w:p>
      <w:pPr>
        <w:pStyle w:val="CodeLine"/>
      </w:pPr>
      <w:r>
        <w:t xml:space="preserve">        Company company = companyRepository.findByOwnerUserId(userId)</w:t>
      </w:r>
    </w:p>
    <w:p>
      <w:pPr>
        <w:pStyle w:val="CodeLine"/>
      </w:pPr>
      <w:r>
        <w:t xml:space="preserve">                .orElseThrow(() -&gt; new BusinessException(ErrorCode.COMPANY_NOT_FOUND));</w:t>
      </w:r>
    </w:p>
    <w:p>
      <w:pPr>
        <w:pStyle w:val="CodeLine"/>
      </w:pPr>
      <w:r>
        <w:t xml:space="preserve">        if (!Boolean.TRUE.equals(company.getVerified())) throw new BusinessException(ErrorCode.FORBIDDEN);</w:t>
      </w:r>
    </w:p>
    <w:p>
      <w:pPr>
        <w:pStyle w:val="CodeLine"/>
      </w:pPr>
      <w:r>
        <w:t xml:space="preserve">        return company;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User requireUser(Long userId) {</w:t>
      </w:r>
    </w:p>
    <w:p>
      <w:pPr>
        <w:pStyle w:val="CodeLine"/>
      </w:pPr>
      <w:r>
        <w:t xml:space="preserve">        if (userId == null) throw new BusinessException(ErrorCode.UNAUTHORIZED);</w:t>
      </w:r>
    </w:p>
    <w:p>
      <w:pPr>
        <w:pStyle w:val="CodeLine"/>
      </w:pPr>
      <w:r>
        <w:t xml:space="preserve">        return userRepository.findById(userId).orElseThrow(() -&gt; new</w:t>
      </w:r>
    </w:p>
    <w:p>
      <w:pPr>
        <w:pStyle w:val="CodeLine"/>
      </w:pPr>
      <w:r>
        <w:t>BusinessException(ErrorCode.USER_NOT_FOUND));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boolean hasRole(User user, User.Role role) {</w:t>
      </w:r>
    </w:p>
    <w:p>
      <w:pPr>
        <w:pStyle w:val="CodeLine"/>
      </w:pPr>
      <w:r>
        <w:t xml:space="preserve">        return user != null &amp;&amp; ((user.getRoles() != null &amp;&amp; user.getRoles().contains(role)) ||</w:t>
      </w:r>
    </w:p>
    <w:p>
      <w:pPr>
        <w:pStyle w:val="CodeLine"/>
      </w:pPr>
      <w:r>
        <w:t>user.getRole() ==</w:t>
      </w:r>
    </w:p>
    <w:p>
      <w:pPr>
        <w:pStyle w:val="CodeLine"/>
      </w:pPr>
      <w:r>
        <w:t>role);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void validatePage(Long jobId, int page, int size) {</w:t>
      </w:r>
    </w:p>
    <w:p>
      <w:pPr>
        <w:pStyle w:val="CodeLine"/>
      </w:pPr>
      <w:r>
        <w:t xml:space="preserve">        if (jobId == null || jobId &lt;= 0 || page &lt; 0 || size &lt; 1 || size &gt; 50) {</w:t>
      </w:r>
    </w:p>
    <w:p>
      <w:pPr>
        <w:pStyle w:val="CodeLine"/>
      </w:pPr>
      <w:r>
        <w:t xml:space="preserve">            throw new BusinessException(ErrorCode.BAD_REQUEST);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TalentDiscoveryPreferenceResponse toPreference(StudentTalentDiscoveryPreference value) {</w:t>
      </w:r>
    </w:p>
    <w:p>
      <w:pPr>
        <w:pStyle w:val="CodeLine"/>
      </w:pPr>
      <w:r>
        <w:t xml:space="preserve">        if (value == null) return TalentDiscoveryPreferenceResponse.builder().enabled(false).version(0L).buil</w:t>
      </w:r>
    </w:p>
    <w:p>
      <w:pPr>
        <w:pStyle w:val="CodeLine"/>
      </w:pPr>
      <w:r>
        <w:t>d();</w:t>
      </w:r>
    </w:p>
    <w:p>
      <w:pPr>
        <w:pStyle w:val="CodeLine"/>
      </w:pPr>
      <w:r>
        <w:t xml:space="preserve">        return TalentDiscoveryPreferenceResponse.builder().enabled(Boolean.TRUE.equals(value.getEnabled()))</w:t>
      </w:r>
    </w:p>
    <w:p>
      <w:pPr>
        <w:pStyle w:val="CodeLine"/>
      </w:pPr>
      <w:r>
        <w:t xml:space="preserve">                .version(value.getVersion() == null ? 0L : value.getVersion())</w:t>
      </w:r>
    </w:p>
    <w:p>
      <w:pPr>
        <w:pStyle w:val="CodeLine"/>
      </w:pPr>
      <w:r>
        <w:t xml:space="preserve">                .createdAt(value.getCreatedAt()).updatedAt(value.getUpdatedAt()).build();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TalentDiscoveryPageResponse page(String mode, List&lt;TalentDiscoveryCandidateResponse&gt; items, long</w:t>
      </w:r>
    </w:p>
    <w:p>
      <w:pPr>
        <w:pStyle w:val="CodeLine"/>
      </w:pPr>
      <w:r>
        <w:t>total,</w:t>
      </w:r>
    </w:p>
    <w:p>
      <w:pPr>
        <w:pStyle w:val="CodeLine"/>
      </w:pPr>
      <w:r>
        <w:t xml:space="preserve">                                             int page, int size, String message) {</w:t>
      </w:r>
    </w:p>
    <w:p>
      <w:pPr>
        <w:pStyle w:val="CodeLine"/>
      </w:pPr>
      <w:r>
        <w:t xml:space="preserve">        int totalPages = total == 0 ? 0 : (int) Math.ceil((double) total / size);</w:t>
      </w:r>
    </w:p>
    <w:p>
      <w:pPr>
        <w:pStyle w:val="CodeLine"/>
      </w:pPr>
      <w:r>
        <w:t xml:space="preserve">        return TalentDiscoveryPageResponse.builder().mode(mode).items(items).total(total)</w:t>
      </w:r>
    </w:p>
    <w:p>
      <w:pPr>
        <w:pStyle w:val="CodeLine"/>
      </w:pPr>
      <w:r>
        <w:t xml:space="preserve">                .page(page).size(size).totalPages(totalPages).message(message).build();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String quote(String value) {</w:t>
      </w:r>
    </w:p>
    <w:p>
      <w:pPr>
        <w:pStyle w:val="CodeLine"/>
      </w:pPr>
      <w:r>
        <w:t xml:space="preserve">        return "\"" + value.replace("\\", "\\\\").replace("\"", "\\\"") + "\"";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record ScoredCandidate(TalentDiscoveryCandidateSource.CandidateSeed seed,</w:t>
      </w:r>
    </w:p>
    <w:p>
      <w:pPr>
        <w:pStyle w:val="CodeLine"/>
      </w:pPr>
      <w:r>
        <w:t xml:space="preserve">                                   TalentDiscoveryScoreCalculator.Calculation calculation) {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com.mydreamjob.talentdiscovery.dto;</w:t>
      </w:r>
    </w:p>
    <w:p>
      <w:pPr>
        <w:pStyle w:val="CodeLine"/>
      </w:pPr>
      <w:r>
        <w:t>import io.swagger.v3.oas.annotations.media.Schema;</w:t>
      </w:r>
    </w:p>
    <w:p>
      <w:pPr>
        <w:pStyle w:val="CodeLine"/>
      </w:pPr>
      <w:r>
        <w:t>import lombok.AllArgsConstructor;</w:t>
      </w:r>
    </w:p>
    <w:p>
      <w:pPr>
        <w:pStyle w:val="CodeLine"/>
      </w:pPr>
      <w:r>
        <w:t>import lombok.Builder;</w:t>
      </w:r>
    </w:p>
    <w:p>
      <w:pPr>
        <w:pStyle w:val="CodeLine"/>
      </w:pPr>
      <w:r>
        <w:t>import lombok.Data;</w:t>
      </w:r>
    </w:p>
    <w:p>
      <w:pPr>
        <w:pStyle w:val="CodeLine"/>
      </w:pPr>
      <w:r>
        <w:t>import lombok.NoArgsConstructor;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@Data</w:t>
      </w:r>
    </w:p>
    <w:p>
      <w:pPr>
        <w:pStyle w:val="CodeLine"/>
      </w:pPr>
      <w:r>
        <w:t>@Builder</w:t>
      </w:r>
    </w:p>
    <w:p>
      <w:pPr>
        <w:pStyle w:val="CodeLine"/>
      </w:pPr>
      <w:r>
        <w:t>@NoArgsConstructor</w:t>
      </w:r>
    </w:p>
    <w:p>
      <w:pPr>
        <w:pStyle w:val="CodeLine"/>
      </w:pPr>
      <w:r>
        <w:t>@AllArgsConstructor</w:t>
      </w:r>
    </w:p>
    <w:p>
      <w:pPr>
        <w:pStyle w:val="CodeLine"/>
      </w:pPr>
      <w:r>
        <w:t>@Schema(description = "企业人才发现候选人卡片；不含候选人身份、联系方式或测评分数")</w:t>
      </w:r>
    </w:p>
    <w:p>
      <w:pPr>
        <w:pStyle w:val="CodeLine"/>
      </w:pPr>
      <w:r>
        <w:t>public class TalentDiscoveryCandidateResponse {</w:t>
      </w:r>
    </w:p>
    <w:p>
      <w:pPr>
        <w:pStyle w:val="CodeLine"/>
      </w:pPr>
      <w:r>
        <w:t xml:space="preserve">    private String candidateKey;</w:t>
      </w:r>
    </w:p>
    <w:p>
      <w:pPr>
        <w:pStyle w:val="CodeLine"/>
      </w:pPr>
      <w:r>
        <w:t xml:space="preserve">    private String candidateLabel;</w:t>
      </w:r>
    </w:p>
    <w:p>
      <w:pPr>
        <w:pStyle w:val="CodeLine"/>
      </w:pPr>
      <w:r>
        <w:t xml:space="preserve">    private String city;</w:t>
      </w:r>
    </w:p>
    <w:p>
      <w:pPr>
        <w:pStyle w:val="CodeLine"/>
      </w:pPr>
      <w:r>
        <w:t xml:space="preserve">    private String education;</w:t>
      </w:r>
    </w:p>
    <w:p>
      <w:pPr>
        <w:pStyle w:val="CodeLine"/>
      </w:pPr>
      <w:r>
        <w:t xml:space="preserve">    private Integer graduationYear;</w:t>
      </w:r>
    </w:p>
    <w:p>
      <w:pPr>
        <w:pStyle w:val="CodeLine"/>
      </w:pPr>
      <w:r>
        <w:t xml:space="preserve">    private List&lt;String&gt; skills;</w:t>
      </w:r>
    </w:p>
    <w:p>
      <w:pPr>
        <w:pStyle w:val="CodeLine"/>
      </w:pPr>
      <w:r>
        <w:t xml:space="preserve">    private String fitBand;</w:t>
      </w:r>
    </w:p>
    <w:p>
      <w:pPr>
        <w:pStyle w:val="CodeLine"/>
      </w:pPr>
      <w:r>
        <w:t xml:space="preserve">    private String summary;</w:t>
      </w:r>
    </w:p>
    <w:p>
      <w:pPr>
        <w:pStyle w:val="CodeLine"/>
      </w:pPr>
      <w:r>
        <w:t xml:space="preserve">    private List&lt;String&gt; signalsAvailable;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com.mydreamjob.talentdiscovery.dto;</w:t>
      </w:r>
    </w:p>
    <w:p>
      <w:pPr>
        <w:pStyle w:val="CodeLine"/>
      </w:pPr>
      <w:r>
        <w:t>import io.swagger.v3.oas.annotations.media.Schema;</w:t>
      </w:r>
    </w:p>
    <w:p>
      <w:pPr>
        <w:pStyle w:val="CodeLine"/>
      </w:pPr>
      <w:r>
        <w:t>import lombok.AllArgsConstructor;</w:t>
      </w:r>
    </w:p>
    <w:p>
      <w:pPr>
        <w:pStyle w:val="CodeLine"/>
      </w:pPr>
      <w:r>
        <w:t>import lombok.Builder;</w:t>
      </w:r>
    </w:p>
    <w:p>
      <w:pPr>
        <w:pStyle w:val="CodeLine"/>
      </w:pPr>
      <w:r>
        <w:t>import lombok.Data;</w:t>
      </w:r>
    </w:p>
    <w:p>
      <w:pPr>
        <w:pStyle w:val="CodeLine"/>
      </w:pPr>
      <w:r>
        <w:t>import lombok.NoArgsConstructor;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@Data</w:t>
      </w:r>
    </w:p>
    <w:p>
      <w:pPr>
        <w:pStyle w:val="CodeLine"/>
        <w:pageBreakBefore/>
      </w:pPr>
      <w:r>
        <w:t>@Builder</w:t>
      </w:r>
    </w:p>
    <w:p>
      <w:pPr>
        <w:pStyle w:val="CodeLine"/>
      </w:pPr>
      <w:r>
        <w:t>@NoArgsConstructor</w:t>
      </w:r>
    </w:p>
    <w:p>
      <w:pPr>
        <w:pStyle w:val="CodeLine"/>
      </w:pPr>
      <w:r>
        <w:t>@AllArgsConstructor</w:t>
      </w:r>
    </w:p>
    <w:p>
      <w:pPr>
        <w:pStyle w:val="CodeLine"/>
      </w:pPr>
      <w:r>
        <w:t>public class TalentDiscoveryPageResponse {</w:t>
      </w:r>
    </w:p>
    <w:p>
      <w:pPr>
        <w:pStyle w:val="CodeLine"/>
      </w:pPr>
      <w:r>
        <w:t xml:space="preserve">    @Schema(description = "PERSONALIZED、UNAVAILABLE 或 NO_ELIGIBLE_CANDIDATE")</w:t>
      </w:r>
    </w:p>
    <w:p>
      <w:pPr>
        <w:pStyle w:val="CodeLine"/>
      </w:pPr>
      <w:r>
        <w:t xml:space="preserve">    private String mode;</w:t>
      </w:r>
    </w:p>
    <w:p>
      <w:pPr>
        <w:pStyle w:val="CodeLine"/>
      </w:pPr>
      <w:r>
        <w:t xml:space="preserve">    private List&lt;TalentDiscoveryCandidateResponse&gt; items;</w:t>
      </w:r>
    </w:p>
    <w:p>
      <w:pPr>
        <w:pStyle w:val="CodeLine"/>
      </w:pPr>
      <w:r>
        <w:t xml:space="preserve">    private long total;</w:t>
      </w:r>
    </w:p>
    <w:p>
      <w:pPr>
        <w:pStyle w:val="CodeLine"/>
      </w:pPr>
      <w:r>
        <w:t xml:space="preserve">    private int page;</w:t>
      </w:r>
    </w:p>
    <w:p>
      <w:pPr>
        <w:pStyle w:val="CodeLine"/>
      </w:pPr>
      <w:r>
        <w:t xml:space="preserve">    private int size;</w:t>
      </w:r>
    </w:p>
    <w:p>
      <w:pPr>
        <w:pStyle w:val="CodeLine"/>
      </w:pPr>
      <w:r>
        <w:t xml:space="preserve">    private int totalPages;</w:t>
      </w:r>
    </w:p>
    <w:p>
      <w:pPr>
        <w:pStyle w:val="CodeLine"/>
      </w:pPr>
      <w:r>
        <w:t xml:space="preserve">    private String message;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com.mydreamjob.talentdiscovery.dto;</w:t>
      </w:r>
    </w:p>
    <w:p>
      <w:pPr>
        <w:pStyle w:val="CodeLine"/>
      </w:pPr>
      <w:r>
        <w:t>import com.fasterxml.jackson.annotation.JsonInclude;</w:t>
      </w:r>
    </w:p>
    <w:p>
      <w:pPr>
        <w:pStyle w:val="CodeLine"/>
      </w:pPr>
      <w:r>
        <w:t>import io.swagger.v3.oas.annotations.media.Schema;</w:t>
      </w:r>
    </w:p>
    <w:p>
      <w:pPr>
        <w:pStyle w:val="CodeLine"/>
      </w:pPr>
      <w:r>
        <w:t>import lombok.AllArgsConstructor;</w:t>
      </w:r>
    </w:p>
    <w:p>
      <w:pPr>
        <w:pStyle w:val="CodeLine"/>
      </w:pPr>
      <w:r>
        <w:t>import lombok.Builder;</w:t>
      </w:r>
    </w:p>
    <w:p>
      <w:pPr>
        <w:pStyle w:val="CodeLine"/>
      </w:pPr>
      <w:r>
        <w:t>import lombok.Data;</w:t>
      </w:r>
    </w:p>
    <w:p>
      <w:pPr>
        <w:pStyle w:val="CodeLine"/>
      </w:pPr>
      <w:r>
        <w:t>import lombok.NoArgsConstructor;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@Data</w:t>
      </w:r>
    </w:p>
    <w:p>
      <w:pPr>
        <w:pStyle w:val="CodeLine"/>
      </w:pPr>
      <w:r>
        <w:t>@Builder</w:t>
      </w:r>
    </w:p>
    <w:p>
      <w:pPr>
        <w:pStyle w:val="CodeLine"/>
      </w:pPr>
      <w:r>
        <w:t>@NoArgsConstructor</w:t>
      </w:r>
    </w:p>
    <w:p>
      <w:pPr>
        <w:pStyle w:val="CodeLine"/>
      </w:pPr>
      <w:r>
        <w:t>@AllArgsConstructor</w:t>
      </w:r>
    </w:p>
    <w:p>
      <w:pPr>
        <w:pStyle w:val="CodeLine"/>
      </w:pPr>
      <w:r>
        <w:t>@JsonInclude(JsonInclude.Include.NON_NULL)</w:t>
      </w:r>
    </w:p>
    <w:p>
      <w:pPr>
        <w:pStyle w:val="CodeLine"/>
      </w:pPr>
      <w:r>
        <w:t>public class TalentDiscoveryPreferenceResponse {</w:t>
      </w:r>
    </w:p>
    <w:p>
      <w:pPr>
        <w:pStyle w:val="CodeLine"/>
      </w:pPr>
      <w:r>
        <w:t xml:space="preserve">    @Schema(description = "是否允许进入企业人才发现候选池")</w:t>
      </w:r>
    </w:p>
    <w:p>
      <w:pPr>
        <w:pStyle w:val="CodeLine"/>
      </w:pPr>
      <w:r>
        <w:t xml:space="preserve">    private Boolean enabled;</w:t>
      </w:r>
    </w:p>
    <w:p>
      <w:pPr>
        <w:pStyle w:val="CodeLine"/>
      </w:pPr>
      <w:r>
        <w:t xml:space="preserve">    @Schema(description = "乐观锁版本号")</w:t>
      </w:r>
    </w:p>
    <w:p>
      <w:pPr>
        <w:pStyle w:val="CodeLine"/>
      </w:pPr>
      <w:r>
        <w:t xml:space="preserve">    private Long version;</w:t>
      </w:r>
    </w:p>
    <w:p>
      <w:pPr>
        <w:pStyle w:val="CodeLine"/>
      </w:pPr>
      <w:r>
        <w:t xml:space="preserve">    private LocalDateTime createdAt;</w:t>
      </w:r>
    </w:p>
    <w:p>
      <w:pPr>
        <w:pStyle w:val="CodeLine"/>
      </w:pPr>
      <w:r>
        <w:t xml:space="preserve">    private LocalDateTime updatedAt;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com.mydreamjob.talentdiscovery.dto;</w:t>
      </w:r>
    </w:p>
    <w:p>
      <w:pPr>
        <w:pStyle w:val="CodeLine"/>
      </w:pPr>
      <w:r>
        <w:t>import io.swagger.v3.oas.annotations.media.Schema;</w:t>
      </w:r>
    </w:p>
    <w:p>
      <w:pPr>
        <w:pStyle w:val="CodeLine"/>
      </w:pPr>
      <w:r>
        <w:t>import jakarta.validation.constraints.NotNull;</w:t>
      </w:r>
    </w:p>
    <w:p>
      <w:pPr>
        <w:pStyle w:val="CodeLine"/>
      </w:pPr>
      <w:r>
        <w:t>import jakarta.validation.constraints.PositiveOrZero;</w:t>
      </w:r>
    </w:p>
    <w:p>
      <w:pPr>
        <w:pStyle w:val="CodeLine"/>
      </w:pPr>
      <w:r>
        <w:t>import lombok.Data;</w:t>
      </w:r>
    </w:p>
    <w:p>
      <w:pPr>
        <w:pStyle w:val="CodeLine"/>
      </w:pPr>
      <w:r>
        <w:t>@Data</w:t>
      </w:r>
    </w:p>
    <w:p>
      <w:pPr>
        <w:pStyle w:val="CodeLine"/>
      </w:pPr>
      <w:r>
        <w:t>public class TalentDiscoveryPreferenceUpdateRequest {</w:t>
      </w:r>
    </w:p>
    <w:p>
      <w:pPr>
        <w:pStyle w:val="CodeLine"/>
      </w:pPr>
      <w:r>
        <w:t xml:space="preserve">    @NotNull</w:t>
      </w:r>
    </w:p>
    <w:p>
      <w:pPr>
        <w:pStyle w:val="CodeLine"/>
      </w:pPr>
      <w:r>
        <w:t xml:space="preserve">    @Schema(description = "是否允许进入企业人才发现候选池", requiredMode = Schema.RequiredMode.REQUIRED)</w:t>
      </w:r>
    </w:p>
    <w:p>
      <w:pPr>
        <w:pStyle w:val="CodeLine"/>
      </w:pPr>
      <w:r>
        <w:t xml:space="preserve">    private Boolean enabled;</w:t>
      </w:r>
    </w:p>
    <w:p>
      <w:pPr>
        <w:pStyle w:val="CodeLine"/>
      </w:pPr>
      <w:r>
        <w:t xml:space="preserve">    @PositiveOrZero</w:t>
      </w:r>
    </w:p>
    <w:p>
      <w:pPr>
        <w:pStyle w:val="CodeLine"/>
      </w:pPr>
      <w:r>
        <w:t xml:space="preserve">    @Schema(description = "期望的当前版本；首次创建可省略或传 0")</w:t>
      </w:r>
    </w:p>
    <w:p>
      <w:pPr>
        <w:pStyle w:val="CodeLine"/>
      </w:pPr>
      <w:r>
        <w:t xml:space="preserve">    private Long expectedVersion;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com.mydreamjob.talentinvitation;</w:t>
      </w:r>
    </w:p>
    <w:p>
      <w:pPr>
        <w:pStyle w:val="CodeLine"/>
      </w:pPr>
      <w:r>
        <w:t>import jakarta.persistence.*;</w:t>
      </w:r>
    </w:p>
    <w:p>
      <w:pPr>
        <w:pStyle w:val="CodeLine"/>
      </w:pPr>
      <w:r>
        <w:t>import lombok.*;</w:t>
      </w:r>
    </w:p>
    <w:p>
      <w:pPr>
        <w:pStyle w:val="CodeLine"/>
      </w:pPr>
      <w:r>
        <w:t>import org.hibernate.annotations.JdbcTypeCode;</w:t>
      </w:r>
    </w:p>
    <w:p>
      <w:pPr>
        <w:pStyle w:val="CodeLine"/>
      </w:pPr>
      <w:r>
        <w:t>import org.hibernate.type.SqlTypes;</w:t>
      </w:r>
    </w:p>
    <w:p>
      <w:pPr>
        <w:pStyle w:val="CodeLine"/>
      </w:pPr>
      <w:r>
        <w:t>import org.springframework.data.annotation.CreatedDate;</w:t>
      </w:r>
    </w:p>
    <w:p>
      <w:pPr>
        <w:pStyle w:val="CodeLine"/>
      </w:pPr>
      <w:r>
        <w:t>import org.springframework.data.annotation.LastModifiedDate;</w:t>
      </w:r>
    </w:p>
    <w:p>
      <w:pPr>
        <w:pStyle w:val="CodeLine"/>
      </w:pPr>
      <w:r>
        <w:t>import org.springframework.data.jpa.domain.support.AuditingEntityListener;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@Data</w:t>
      </w:r>
    </w:p>
    <w:p>
      <w:pPr>
        <w:pStyle w:val="CodeLine"/>
      </w:pPr>
      <w:r>
        <w:t>@Builder</w:t>
      </w:r>
    </w:p>
    <w:p>
      <w:pPr>
        <w:pStyle w:val="CodeLine"/>
      </w:pPr>
      <w:r>
        <w:t>@NoArgsConstructor</w:t>
      </w:r>
    </w:p>
    <w:p>
      <w:pPr>
        <w:pStyle w:val="CodeLine"/>
      </w:pPr>
      <w:r>
        <w:t>@AllArgsConstructor</w:t>
      </w:r>
    </w:p>
    <w:p>
      <w:pPr>
        <w:pStyle w:val="CodeLine"/>
      </w:pPr>
      <w:r>
        <w:t>@Entity</w:t>
      </w:r>
    </w:p>
    <w:p>
      <w:pPr>
        <w:pStyle w:val="CodeLine"/>
      </w:pPr>
      <w:r>
        <w:t>@Table(name = "talent_invitations")</w:t>
      </w:r>
    </w:p>
    <w:p>
      <w:pPr>
        <w:pStyle w:val="CodeLine"/>
      </w:pPr>
      <w:r>
        <w:t>@EntityListeners(AuditingEntityListener.class)</w:t>
      </w:r>
    </w:p>
    <w:p>
      <w:pPr>
        <w:pStyle w:val="CodeLine"/>
      </w:pPr>
      <w:r>
        <w:t>public class TalentInvitation {</w:t>
      </w:r>
    </w:p>
    <w:p>
      <w:pPr>
        <w:pStyle w:val="CodeLine"/>
      </w:pPr>
      <w:r>
        <w:t xml:space="preserve">    public static final String PENDING = "PENDING";</w:t>
      </w:r>
    </w:p>
    <w:p>
      <w:pPr>
        <w:pStyle w:val="CodeLine"/>
      </w:pPr>
      <w:r>
        <w:t xml:space="preserve">    public static final String ACCEPTED = "ACCEPTED";</w:t>
      </w:r>
    </w:p>
    <w:p>
      <w:pPr>
        <w:pStyle w:val="CodeLine"/>
      </w:pPr>
      <w:r>
        <w:t xml:space="preserve">    public static final String REJECTED = "REJECTED";</w:t>
      </w:r>
    </w:p>
    <w:p>
      <w:pPr>
        <w:pStyle w:val="CodeLine"/>
      </w:pPr>
      <w:r>
        <w:t xml:space="preserve">    public static final String EXPIRED = "EXPIRED";</w:t>
      </w:r>
    </w:p>
    <w:p>
      <w:pPr>
        <w:pStyle w:val="CodeLine"/>
      </w:pPr>
      <w:r>
        <w:t xml:space="preserve">    @Id @GeneratedValue(strategy = GenerationType.IDENTITY)</w:t>
      </w:r>
    </w:p>
    <w:p>
      <w:pPr>
        <w:pStyle w:val="CodeLine"/>
      </w:pPr>
      <w:r>
        <w:t xml:space="preserve">    private Long id;</w:t>
      </w:r>
    </w:p>
    <w:p>
      <w:pPr>
        <w:pStyle w:val="CodeLine"/>
      </w:pPr>
      <w:r>
        <w:t xml:space="preserve">    @Column(name = "company_id", nullable = false) private Long companyId;</w:t>
      </w:r>
    </w:p>
    <w:p>
      <w:pPr>
        <w:pStyle w:val="CodeLine"/>
        <w:pageBreakBefore/>
      </w:pPr>
      <w:r>
        <w:t xml:space="preserve">    @Column(name = "job_id", nullable = false) private Long jobId;</w:t>
      </w:r>
    </w:p>
    <w:p>
      <w:pPr>
        <w:pStyle w:val="CodeLine"/>
      </w:pPr>
      <w:r>
        <w:t xml:space="preserve">    @Column(name = "student_user_id", nullable = false) private Long studentUserId;</w:t>
      </w:r>
    </w:p>
    <w:p>
      <w:pPr>
        <w:pStyle w:val="CodeLine"/>
      </w:pPr>
      <w:r>
        <w:t xml:space="preserve">    /**</w:t>
      </w:r>
    </w:p>
    <w:p>
      <w:pPr>
        <w:pStyle w:val="CodeLine"/>
      </w:pPr>
      <w:r>
        <w:t xml:space="preserve">     * V40 已在 MySQL 中以 CHAR(64) 建表；显式声明 JDBC 类型，避免</w:t>
      </w:r>
    </w:p>
    <w:p>
      <w:pPr>
        <w:pStyle w:val="CodeLine"/>
      </w:pPr>
      <w:r>
        <w:t xml:space="preserve">     * Hibernate 将 String 默认推断为 VARCHAR(64) 导致 ddl-auto=validate 失败。</w:t>
      </w:r>
    </w:p>
    <w:p>
      <w:pPr>
        <w:pStyle w:val="CodeLine"/>
      </w:pPr>
      <w:r>
        <w:t xml:space="preserve">     */</w:t>
      </w:r>
    </w:p>
    <w:p>
      <w:pPr>
        <w:pStyle w:val="CodeLine"/>
      </w:pPr>
      <w:r>
        <w:t xml:space="preserve">    @JdbcTypeCode(SqlTypes.CHAR)</w:t>
      </w:r>
    </w:p>
    <w:p>
      <w:pPr>
        <w:pStyle w:val="CodeLine"/>
      </w:pPr>
      <w:r>
        <w:t xml:space="preserve">    @Column(name = "candidate_key_digest", nullable = false, length = 64, columnDefinition = "CHAR(64)")</w:t>
      </w:r>
    </w:p>
    <w:p>
      <w:pPr>
        <w:pStyle w:val="CodeLine"/>
      </w:pPr>
      <w:r>
        <w:t xml:space="preserve">    private String candidateKeyDigest;</w:t>
      </w:r>
    </w:p>
    <w:p>
      <w:pPr>
        <w:pStyle w:val="CodeLine"/>
      </w:pPr>
      <w:r>
        <w:t xml:space="preserve">    @Column(nullable = false, length = 300) private String message;</w:t>
      </w:r>
    </w:p>
    <w:p>
      <w:pPr>
        <w:pStyle w:val="CodeLine"/>
      </w:pPr>
      <w:r>
        <w:t xml:space="preserve">    @Column(nullable = false, length = 20) @Builder.Default private String status = PENDING;</w:t>
      </w:r>
    </w:p>
    <w:p>
      <w:pPr>
        <w:pStyle w:val="CodeLine"/>
      </w:pPr>
      <w:r>
        <w:t xml:space="preserve">    @Column(name = "idempotency_key", nullable = false, length = 64) private String idempotencyKey;</w:t>
      </w:r>
    </w:p>
    <w:p>
      <w:pPr>
        <w:pStyle w:val="CodeLine"/>
      </w:pPr>
      <w:r>
        <w:t xml:space="preserve">    @Column(name = "active_key", length = 200) private String activeKey;</w:t>
      </w:r>
    </w:p>
    <w:p>
      <w:pPr>
        <w:pStyle w:val="CodeLine"/>
      </w:pPr>
      <w:r>
        <w:t xml:space="preserve">    @Column(name = "conversation_id", unique = true) private Long conversationId;</w:t>
      </w:r>
    </w:p>
    <w:p>
      <w:pPr>
        <w:pStyle w:val="CodeLine"/>
      </w:pPr>
      <w:r>
        <w:t xml:space="preserve">    @Column(name = "expires_at", nullable = false) private LocalDateTime expiresAt;</w:t>
      </w:r>
    </w:p>
    <w:p>
      <w:pPr>
        <w:pStyle w:val="CodeLine"/>
      </w:pPr>
      <w:r>
        <w:t xml:space="preserve">    @Column(name = "decided_at") private LocalDateTime decidedAt;</w:t>
      </w:r>
    </w:p>
    <w:p>
      <w:pPr>
        <w:pStyle w:val="CodeLine"/>
      </w:pPr>
      <w:r>
        <w:t xml:space="preserve">    @Version @Column(nullable = false) @Builder.Default private Long version = 0L;</w:t>
      </w:r>
    </w:p>
    <w:p>
      <w:pPr>
        <w:pStyle w:val="CodeLine"/>
      </w:pPr>
      <w:r>
        <w:t xml:space="preserve">    @CreatedDate @Column(name = "created_at", nullable = false, updatable = false) private LocalDateTime</w:t>
      </w:r>
    </w:p>
    <w:p>
      <w:pPr>
        <w:pStyle w:val="CodeLine"/>
      </w:pPr>
      <w:r>
        <w:t>createdAt;</w:t>
      </w:r>
    </w:p>
    <w:p>
      <w:pPr>
        <w:pStyle w:val="CodeLine"/>
      </w:pPr>
      <w:r>
        <w:t xml:space="preserve">    @LastModifiedDate @Column(name = "updated_at", nullable = false) private LocalDateTime updatedAt;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com.mydreamjob.talentinvitation;</w:t>
      </w:r>
    </w:p>
    <w:p>
      <w:pPr>
        <w:pStyle w:val="CodeLine"/>
      </w:pPr>
      <w:r>
        <w:t>import com.mydreamjob.talentdiscovery.CandidateKeyGenerator;</w:t>
      </w:r>
    </w:p>
    <w:p>
      <w:pPr>
        <w:pStyle w:val="CodeLine"/>
      </w:pPr>
      <w:r>
        <w:t>import com.mydreamjob.talentdiscovery.TalentDiscoveryCandidateSource;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org.springframework.stereotype.Component;</w:t>
      </w:r>
    </w:p>
    <w:p>
      <w:pPr>
        <w:pStyle w:val="CodeLine"/>
      </w:pPr>
      <w:r>
        <w:t>import java.nio.charset.StandardCharsets;</w:t>
      </w:r>
    </w:p>
    <w:p>
      <w:pPr>
        <w:pStyle w:val="CodeLine"/>
      </w:pPr>
      <w:r>
        <w:t>import java.security.MessageDigest;</w:t>
      </w:r>
    </w:p>
    <w:p>
      <w:pPr>
        <w:pStyle w:val="CodeLine"/>
      </w:pPr>
      <w:r>
        <w:t>import java.time.LocalDate;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import java.util.Map;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/** 在当前 V41 合格候选池内重算 opaque key，绝不通过 key 反解学生 ID。 */</w:t>
      </w:r>
    </w:p>
    <w:p>
      <w:pPr>
        <w:pStyle w:val="CodeLine"/>
      </w:pPr>
      <w:r>
        <w:t>@Component</w:t>
      </w:r>
    </w:p>
    <w:p>
      <w:pPr>
        <w:pStyle w:val="CodeLine"/>
      </w:pPr>
      <w:r>
        <w:t>@RequiredArgsConstructor</w:t>
      </w:r>
    </w:p>
    <w:p>
      <w:pPr>
        <w:pStyle w:val="CodeLine"/>
      </w:pPr>
      <w:r>
        <w:t>public class TalentInvitationCandidateResolver {</w:t>
      </w:r>
    </w:p>
    <w:p>
      <w:pPr>
        <w:pStyle w:val="CodeLine"/>
      </w:pPr>
      <w:r>
        <w:t xml:space="preserve">    private final TalentDiscoveryCandidateSource candidateSource;</w:t>
      </w:r>
    </w:p>
    <w:p>
      <w:pPr>
        <w:pStyle w:val="CodeLine"/>
      </w:pPr>
      <w:r>
        <w:t xml:space="preserve">    private final CandidateKeyGenerator candidateKeyGenerator;</w:t>
      </w:r>
    </w:p>
    <w:p>
      <w:pPr>
        <w:pStyle w:val="CodeLine"/>
      </w:pPr>
      <w:r>
        <w:t xml:space="preserve">    public Resolution resolve(Long companyId, Long jobId, String candidateKey, LocalDateTime capturedNow) {</w:t>
      </w:r>
    </w:p>
    <w:p>
      <w:pPr>
        <w:pStyle w:val="CodeLine"/>
      </w:pPr>
      <w:r>
        <w:t xml:space="preserve">        if (companyId == null || jobId == null || candidateKey == null || capturedNow == null) {</w:t>
      </w:r>
    </w:p>
    <w:p>
      <w:pPr>
        <w:pStyle w:val="CodeLine"/>
      </w:pPr>
      <w:r>
        <w:t xml:space="preserve">            return Resolution.none();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byte[] expected = candidateKey.getBytes(StandardCharsets.UTF_8);</w:t>
      </w:r>
    </w:p>
    <w:p>
      <w:pPr>
        <w:pStyle w:val="CodeLine"/>
      </w:pPr>
      <w:r>
        <w:t xml:space="preserve">        Long match = null;</w:t>
      </w:r>
    </w:p>
    <w:p>
      <w:pPr>
        <w:pStyle w:val="CodeLine"/>
      </w:pPr>
      <w:r>
        <w:t xml:space="preserve">        int matches = 0;</w:t>
      </w:r>
    </w:p>
    <w:p>
      <w:pPr>
        <w:pStyle w:val="CodeLine"/>
      </w:pPr>
      <w:r>
        <w:t xml:space="preserve">        List&lt;TalentDiscoveryCandidateSource.CandidateSeed&gt; candidates =</w:t>
      </w:r>
    </w:p>
    <w:p>
      <w:pPr>
        <w:pStyle w:val="CodeLine"/>
      </w:pPr>
      <w:r>
        <w:t>candidateSource.findEligibleCandidates(companyId);</w:t>
      </w:r>
    </w:p>
    <w:p>
      <w:pPr>
        <w:pStyle w:val="CodeLine"/>
      </w:pPr>
      <w:r>
        <w:t xml:space="preserve">        List&lt;Long&gt; candidateIds = candidates.stream().map(TalentDiscoveryCandidateSource.CandidateSeed::stude</w:t>
      </w:r>
    </w:p>
    <w:p>
      <w:pPr>
        <w:pStyle w:val="CodeLine"/>
      </w:pPr>
      <w:r>
        <w:t>ntUserId).toList();</w:t>
      </w:r>
    </w:p>
    <w:p>
      <w:pPr>
        <w:pStyle w:val="CodeLine"/>
      </w:pPr>
      <w:r>
        <w:t xml:space="preserve">        Map&lt;Long, TalentDiscoveryCandidateSource.PreferenceSignal&gt; preferences =</w:t>
      </w:r>
    </w:p>
    <w:p>
      <w:pPr>
        <w:pStyle w:val="CodeLine"/>
      </w:pPr>
      <w:r>
        <w:t>safeMap(candidateSource.findPreferences(candidateIds));</w:t>
      </w:r>
    </w:p>
    <w:p>
      <w:pPr>
        <w:pStyle w:val="CodeLine"/>
      </w:pPr>
      <w:r>
        <w:t xml:space="preserve">        Map&lt;Long, TalentDiscoveryCandidateSource.ScoreSignal&gt; riasec =</w:t>
      </w:r>
    </w:p>
    <w:p>
      <w:pPr>
        <w:pStyle w:val="CodeLine"/>
      </w:pPr>
      <w:r>
        <w:t>safeMap(candidateSource.findLatestRiasec(candidateIds));</w:t>
      </w:r>
    </w:p>
    <w:p>
      <w:pPr>
        <w:pStyle w:val="CodeLine"/>
      </w:pPr>
      <w:r>
        <w:t xml:space="preserve">        Map&lt;Long, TalentDiscoveryCandidateSource.ScoreSignal&gt; ability =</w:t>
      </w:r>
    </w:p>
    <w:p>
      <w:pPr>
        <w:pStyle w:val="CodeLine"/>
      </w:pPr>
      <w:r>
        <w:t>safeMap(candidateSource.findLatestAbility(candidateIds,</w:t>
      </w:r>
    </w:p>
    <w:p>
      <w:pPr>
        <w:pStyle w:val="CodeLine"/>
      </w:pPr>
      <w:r>
        <w:t>capturedNow));</w:t>
      </w:r>
    </w:p>
    <w:p>
      <w:pPr>
        <w:pStyle w:val="CodeLine"/>
      </w:pPr>
      <w:r>
        <w:t xml:space="preserve">        LocalDate bucket = capturedNow.toLocalDate();</w:t>
      </w:r>
    </w:p>
    <w:p>
      <w:pPr>
        <w:pStyle w:val="CodeLine"/>
      </w:pPr>
      <w:r>
        <w:t xml:space="preserve">        for (TalentDiscoveryCandidateSource.CandidateSeed candidate : candidates) {</w:t>
      </w:r>
    </w:p>
    <w:p>
      <w:pPr>
        <w:pStyle w:val="CodeLine"/>
      </w:pPr>
      <w:r>
        <w:t xml:space="preserve">            // 候选池要求至少有一个可用推荐信号；缺失信号不得按 0 分放行。</w:t>
      </w:r>
    </w:p>
    <w:p>
      <w:pPr>
        <w:pStyle w:val="CodeLine"/>
      </w:pPr>
      <w:r>
        <w:t xml:space="preserve">            if (!hasSignal(candidate.studentUserId(), preferences, riasec, ability)) continue;</w:t>
      </w:r>
    </w:p>
    <w:p>
      <w:pPr>
        <w:pStyle w:val="CodeLine"/>
      </w:pPr>
      <w:r>
        <w:t xml:space="preserve">            String generated = candidateKeyGenerator.generate(companyId, jobId, candidate.studentUserId(),</w:t>
      </w:r>
    </w:p>
    <w:p>
      <w:pPr>
        <w:pStyle w:val="CodeLine"/>
      </w:pPr>
      <w:r>
        <w:t>bucket);</w:t>
      </w:r>
    </w:p>
    <w:p>
      <w:pPr>
        <w:pStyle w:val="CodeLine"/>
      </w:pPr>
      <w:r>
        <w:t xml:space="preserve">            if (MessageDigest.isEqual(expected, generated.getBytes(StandardCharsets.UTF_8))) {</w:t>
      </w:r>
    </w:p>
    <w:p>
      <w:pPr>
        <w:pStyle w:val="CodeLine"/>
      </w:pPr>
      <w:r>
        <w:t xml:space="preserve">                match = candidate.studentUserId();</w:t>
      </w:r>
    </w:p>
    <w:p>
      <w:pPr>
        <w:pStyle w:val="CodeLine"/>
      </w:pPr>
      <w:r>
        <w:t xml:space="preserve">                matches++;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return matches == 1 ? new Resolution(match, true) : Resolution.none();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boolean hasSignal(Long studentId,</w:t>
      </w:r>
    </w:p>
    <w:p>
      <w:pPr>
        <w:pStyle w:val="CodeLine"/>
      </w:pPr>
      <w:r>
        <w:t xml:space="preserve">                              Map&lt;Long, TalentDiscoveryCandidateSource.PreferenceSignal&gt; preferences,</w:t>
      </w:r>
    </w:p>
    <w:p>
      <w:pPr>
        <w:pStyle w:val="CodeLine"/>
      </w:pPr>
      <w:r>
        <w:t xml:space="preserve">                              Map&lt;Long, TalentDiscoveryCandidateSource.ScoreSignal&gt; riasec,</w:t>
      </w:r>
    </w:p>
    <w:p>
      <w:pPr>
        <w:pStyle w:val="CodeLine"/>
        <w:pageBreakBefore/>
      </w:pPr>
      <w:r>
        <w:t xml:space="preserve">                              Map&lt;Long, TalentDiscoveryCandidateSource.ScoreSignal&gt; ability) {</w:t>
      </w:r>
    </w:p>
    <w:p>
      <w:pPr>
        <w:pStyle w:val="CodeLine"/>
      </w:pPr>
      <w:r>
        <w:t xml:space="preserve">        TalentDiscoveryCandidateSource.PreferenceSignal p = preferences.get(studentId);</w:t>
      </w:r>
    </w:p>
    <w:p>
      <w:pPr>
        <w:pStyle w:val="CodeLine"/>
      </w:pPr>
      <w:r>
        <w:t xml:space="preserve">        if (p != null &amp;&amp; (p.expectedSalaryMin() != null || p.expectedSalaryMax() != null</w:t>
      </w:r>
    </w:p>
    <w:p>
      <w:pPr>
        <w:pStyle w:val="CodeLine"/>
      </w:pPr>
      <w:r>
        <w:t xml:space="preserve">                || !p.cities().isEmpty() || !p.employmentTypes().isEmpty()</w:t>
      </w:r>
    </w:p>
    <w:p>
      <w:pPr>
        <w:pStyle w:val="CodeLine"/>
      </w:pPr>
      <w:r>
        <w:t xml:space="preserve">                || !p.industries().isEmpty() || !p.jobTypes().isEmpty())) return true;</w:t>
      </w:r>
    </w:p>
    <w:p>
      <w:pPr>
        <w:pStyle w:val="CodeLine"/>
      </w:pPr>
      <w:r>
        <w:t xml:space="preserve">        TalentDiscoveryCandidateSource.ScoreSignal i = riasec.get(studentId);</w:t>
      </w:r>
    </w:p>
    <w:p>
      <w:pPr>
        <w:pStyle w:val="CodeLine"/>
      </w:pPr>
      <w:r>
        <w:t xml:space="preserve">        if (i != null &amp;&amp; i.scores() != null &amp;&amp; !i.scores().isEmpty()) return true;</w:t>
      </w:r>
    </w:p>
    <w:p>
      <w:pPr>
        <w:pStyle w:val="CodeLine"/>
      </w:pPr>
      <w:r>
        <w:t xml:space="preserve">        TalentDiscoveryCandidateSource.ScoreSignal a = ability.get(studentId);</w:t>
      </w:r>
    </w:p>
    <w:p>
      <w:pPr>
        <w:pStyle w:val="CodeLine"/>
      </w:pPr>
      <w:r>
        <w:t xml:space="preserve">        return a != null &amp;&amp; a.scores() != null &amp;&amp; !a.scores().isEmpty();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&lt;K, V&gt; Map&lt;K, V&gt; safeMap(Map&lt;K, V&gt; value) {</w:t>
      </w:r>
    </w:p>
    <w:p>
      <w:pPr>
        <w:pStyle w:val="CodeLine"/>
      </w:pPr>
      <w:r>
        <w:t xml:space="preserve">        return value == null ? Map.of() : value;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record Resolution(Long studentUserId, boolean matched) {</w:t>
      </w:r>
    </w:p>
    <w:p>
      <w:pPr>
        <w:pStyle w:val="CodeLine"/>
      </w:pPr>
      <w:r>
        <w:t xml:space="preserve">        public static Resolution none() { return new Resolution(null, false);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com.mydreamjob.talentinvitation;</w:t>
      </w:r>
    </w:p>
    <w:p>
      <w:pPr>
        <w:pStyle w:val="CodeLine"/>
      </w:pPr>
      <w:r>
        <w:t>import com.mydreamjob.audit.AuditContext;</w:t>
      </w:r>
    </w:p>
    <w:p>
      <w:pPr>
        <w:pStyle w:val="CodeLine"/>
      </w:pPr>
      <w:r>
        <w:t>import com.mydreamjob.common.api.ApiResponse;</w:t>
      </w:r>
    </w:p>
    <w:p>
      <w:pPr>
        <w:pStyle w:val="CodeLine"/>
      </w:pPr>
      <w:r>
        <w:t>import com.mydreamjob.common.exception.BusinessException;</w:t>
      </w:r>
    </w:p>
    <w:p>
      <w:pPr>
        <w:pStyle w:val="CodeLine"/>
      </w:pPr>
      <w:r>
        <w:t>import com.mydreamjob.common.exception.ErrorCode;</w:t>
      </w:r>
    </w:p>
    <w:p>
      <w:pPr>
        <w:pStyle w:val="CodeLine"/>
      </w:pPr>
      <w:r>
        <w:t>import com.mydreamjob.talentinvitation.dto.*;</w:t>
      </w:r>
    </w:p>
    <w:p>
      <w:pPr>
        <w:pStyle w:val="CodeLine"/>
      </w:pPr>
      <w:r>
        <w:t>import io.swagger.v3.oas.annotations.Operation;</w:t>
      </w:r>
    </w:p>
    <w:p>
      <w:pPr>
        <w:pStyle w:val="CodeLine"/>
      </w:pPr>
      <w:r>
        <w:t>import io.swagger.v3.oas.annotations.media.Content;</w:t>
      </w:r>
    </w:p>
    <w:p>
      <w:pPr>
        <w:pStyle w:val="CodeLine"/>
      </w:pPr>
      <w:r>
        <w:t>import io.swagger.v3.oas.annotations.media.Schema;</w:t>
      </w:r>
    </w:p>
    <w:p>
      <w:pPr>
        <w:pStyle w:val="CodeLine"/>
      </w:pPr>
      <w:r>
        <w:t>import io.swagger.v3.oas.annotations.responses.ApiResponses;</w:t>
      </w:r>
    </w:p>
    <w:p>
      <w:pPr>
        <w:pStyle w:val="CodeLine"/>
      </w:pPr>
      <w:r>
        <w:t>import io.swagger.v3.oas.annotations.security.SecurityRequirement;</w:t>
      </w:r>
    </w:p>
    <w:p>
      <w:pPr>
        <w:pStyle w:val="CodeLine"/>
      </w:pPr>
      <w:r>
        <w:t>import io.swagger.v3.oas.annotations.tags.Tag;</w:t>
      </w:r>
    </w:p>
    <w:p>
      <w:pPr>
        <w:pStyle w:val="CodeLine"/>
      </w:pPr>
      <w:r>
        <w:t>import jakarta.servlet.http.HttpServletRequest;</w:t>
      </w:r>
    </w:p>
    <w:p>
      <w:pPr>
        <w:pStyle w:val="CodeLine"/>
      </w:pPr>
      <w:r>
        <w:t>import jakarta.validation.Valid;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org.springframework.web.bind.annotation.*;</w:t>
      </w:r>
    </w:p>
    <w:p>
      <w:pPr>
        <w:pStyle w:val="CodeLine"/>
      </w:pPr>
      <w:r>
        <w:t>@RestController</w:t>
      </w:r>
    </w:p>
    <w:p>
      <w:pPr>
        <w:pStyle w:val="CodeLine"/>
      </w:pPr>
      <w:r>
        <w:t>@RequiredArgsConstructor</w:t>
      </w:r>
    </w:p>
    <w:p>
      <w:pPr>
        <w:pStyle w:val="CodeLine"/>
      </w:pPr>
      <w:r>
        <w:t>@Tag(name = "企业人才邀约", description = "企业发起邀约，学生同意后建立站内会话")</w:t>
      </w:r>
    </w:p>
    <w:p>
      <w:pPr>
        <w:pStyle w:val="CodeLine"/>
      </w:pPr>
      <w:r>
        <w:t>public class TalentInvitationController {</w:t>
      </w:r>
    </w:p>
    <w:p>
      <w:pPr>
        <w:pStyle w:val="CodeLine"/>
      </w:pPr>
      <w:r>
        <w:t xml:space="preserve">    /** R01-A4：身份只来自安全上下文，不接受请求参数传入的 userId。 */</w:t>
      </w:r>
    </w:p>
    <w:p>
      <w:pPr>
        <w:pStyle w:val="CodeLine"/>
      </w:pPr>
      <w:r>
        <w:t xml:space="preserve">    private final com.mydreamjob.security.CurrentUserAccessor currentUserAccessor;</w:t>
      </w:r>
    </w:p>
    <w:p>
      <w:pPr>
        <w:pStyle w:val="CodeLine"/>
      </w:pPr>
      <w:r>
        <w:t xml:space="preserve">    /** R01-A4：requestId 只来自过滤器规范化后的唯一产出点。 */</w:t>
      </w:r>
    </w:p>
    <w:p>
      <w:pPr>
        <w:pStyle w:val="CodeLine"/>
      </w:pPr>
      <w:r>
        <w:t xml:space="preserve">    private final com.mydreamjob.common.logging.RequestIdAccessor requestIdAccessor;</w:t>
      </w:r>
    </w:p>
    <w:p>
      <w:pPr>
        <w:pStyle w:val="CodeLine"/>
      </w:pPr>
      <w:r>
        <w:t xml:space="preserve">    private final TalentInvitationService service;</w:t>
      </w:r>
    </w:p>
    <w:p>
      <w:pPr>
        <w:pStyle w:val="CodeLine"/>
      </w:pPr>
      <w:r>
        <w:t xml:space="preserve">    @PostMapping("/companies/me/jobs/{jobId}/talent-invitations")</w:t>
      </w:r>
    </w:p>
    <w:p>
      <w:pPr>
        <w:pStyle w:val="CodeLine"/>
      </w:pPr>
      <w:r>
        <w:t xml:space="preserve">    @Operation(summary = "创建人才邀约", security = @SecurityRequirement(name = "bearerAuth"))</w:t>
      </w:r>
    </w:p>
    <w:p>
      <w:pPr>
        <w:pStyle w:val="CodeLine"/>
      </w:pPr>
      <w:r>
        <w:t xml:space="preserve">    @ApiResponses(@io.swagger.v3.oas.annotations.responses.ApiResponse(responseCode = "200", content =</w:t>
      </w:r>
    </w:p>
    <w:p>
      <w:pPr>
        <w:pStyle w:val="CodeLine"/>
      </w:pPr>
      <w:r>
        <w:t>@Content(schema = @Schema(ref = "#/components/schemas/ApiResponseCompanyTalentInvitationResponse"))))</w:t>
      </w:r>
    </w:p>
    <w:p>
      <w:pPr>
        <w:pStyle w:val="CodeLine"/>
      </w:pPr>
      <w:r>
        <w:t xml:space="preserve">    public ApiResponse&lt;CompanyTalentInvitationResponse&gt; create(@PathVariable Long jobId,</w:t>
      </w:r>
    </w:p>
    <w:p>
      <w:pPr>
        <w:pStyle w:val="CodeLine"/>
      </w:pPr>
      <w:r>
        <w:t xml:space="preserve">                                                               @Valid @RequestBody</w:t>
      </w:r>
    </w:p>
    <w:p>
      <w:pPr>
        <w:pStyle w:val="CodeLine"/>
      </w:pPr>
      <w:r>
        <w:t>CreateTalentInvitationRequest</w:t>
      </w:r>
    </w:p>
    <w:p>
      <w:pPr>
        <w:pStyle w:val="CodeLine"/>
      </w:pPr>
      <w:r>
        <w:t>body,</w:t>
      </w:r>
    </w:p>
    <w:p>
      <w:pPr>
        <w:pStyle w:val="CodeLine"/>
      </w:pPr>
      <w:r>
        <w:t xml:space="preserve">                                                               HttpServletRequest request) {</w:t>
      </w:r>
    </w:p>
    <w:p>
      <w:pPr>
        <w:pStyle w:val="CodeLine"/>
      </w:pPr>
      <w:r>
        <w:t xml:space="preserve">        return ApiResponse.ok(service.create(currentUserAccessor.requireUserId(), jobId, body,</w:t>
      </w:r>
    </w:p>
    <w:p>
      <w:pPr>
        <w:pStyle w:val="CodeLine"/>
      </w:pPr>
      <w:r>
        <w:t>AuditContext.from(request)), requestIdAccessor.get(request));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@GetMapping("/companies/me/talent-invitations")</w:t>
      </w:r>
    </w:p>
    <w:p>
      <w:pPr>
        <w:pStyle w:val="CodeLine"/>
      </w:pPr>
      <w:r>
        <w:t xml:space="preserve">    @Operation(summary = "企业邀约列表", security = @SecurityRequirement(name = "bearerAuth"))</w:t>
      </w:r>
    </w:p>
    <w:p>
      <w:pPr>
        <w:pStyle w:val="CodeLine"/>
      </w:pPr>
      <w:r>
        <w:t xml:space="preserve">    @ApiResponses(@io.swagger.v3.oas.annotations.responses.ApiResponse(responseCode = "200", content =</w:t>
      </w:r>
    </w:p>
    <w:p>
      <w:pPr>
        <w:pStyle w:val="CodeLine"/>
      </w:pPr>
      <w:r>
        <w:t>@Content(schema = @Schema(ref = "#/components/schemas/ApiResponseCompanyTalentInvitationPageResponse"))))</w:t>
      </w:r>
    </w:p>
    <w:p>
      <w:pPr>
        <w:pStyle w:val="CodeLine"/>
      </w:pPr>
      <w:r>
        <w:t xml:space="preserve">    public ApiResponse&lt;TalentInvitationPageResponse&lt;CompanyTalentInvitationResponse&gt;&gt; listCompany(</w:t>
      </w:r>
    </w:p>
    <w:p>
      <w:pPr>
        <w:pStyle w:val="CodeLine"/>
      </w:pPr>
      <w:r>
        <w:t xml:space="preserve">            @RequestParam(defaultValue = "0") int page, @RequestParam(defaultValue = "20") int size,</w:t>
      </w:r>
    </w:p>
    <w:p>
      <w:pPr>
        <w:pStyle w:val="CodeLine"/>
      </w:pPr>
      <w:r>
        <w:t xml:space="preserve">            HttpServletRequest request) {</w:t>
      </w:r>
    </w:p>
    <w:p>
      <w:pPr>
        <w:pStyle w:val="CodeLine"/>
      </w:pPr>
      <w:r>
        <w:t xml:space="preserve">        return ApiResponse.ok(service.listCompany(currentUserAccessor.requireUserId(), page, size),</w:t>
      </w:r>
    </w:p>
    <w:p>
      <w:pPr>
        <w:pStyle w:val="CodeLine"/>
      </w:pPr>
      <w:r>
        <w:t>requestIdAccessor.get(request));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@GetMapping("/companies/me/talent-invitations/{invitationId}")</w:t>
      </w:r>
    </w:p>
    <w:p>
      <w:pPr>
        <w:pStyle w:val="CodeLine"/>
      </w:pPr>
      <w:r>
        <w:t xml:space="preserve">    @Operation(summary = "企业邀约详情", security = @SecurityRequirement(name = "bearerAuth"))</w:t>
      </w:r>
    </w:p>
    <w:p>
      <w:pPr>
        <w:pStyle w:val="CodeLine"/>
      </w:pPr>
      <w:r>
        <w:t xml:space="preserve">    @ApiResponses(@io.swagger.v3.oas.annotations.responses.ApiResponse(responseCode = "200", content =</w:t>
      </w:r>
    </w:p>
    <w:p>
      <w:pPr>
        <w:pStyle w:val="CodeLine"/>
      </w:pPr>
      <w:r>
        <w:t>@Content(schema = @Schema(ref = "#/components/schemas/ApiResponseCompanyTalentInvitationResponse"))))</w:t>
      </w:r>
    </w:p>
    <w:p>
      <w:pPr>
        <w:pStyle w:val="CodeLine"/>
      </w:pPr>
      <w:r>
        <w:t xml:space="preserve">    public ApiResponse&lt;CompanyTalentInvitationResponse&gt; getCompany(@PathVariable Long invitationId,</w:t>
      </w:r>
    </w:p>
    <w:p>
      <w:pPr>
        <w:pStyle w:val="CodeLine"/>
      </w:pPr>
      <w:r>
        <w:t xml:space="preserve">                                                                   HttpServletRequest request) {</w:t>
      </w:r>
    </w:p>
    <w:p>
      <w:pPr>
        <w:pStyle w:val="CodeLine"/>
      </w:pPr>
      <w:r>
        <w:t xml:space="preserve">        return ApiResponse.ok(service.getCompany(currentUserAccessor.requireUserId(), invitationId,</w:t>
      </w:r>
    </w:p>
    <w:p>
      <w:pPr>
        <w:pStyle w:val="CodeLine"/>
      </w:pPr>
      <w:r>
        <w:t>AuditContext.from(request)), requestIdAccessor.get(request));</w:t>
      </w:r>
    </w:p>
    <w:p>
      <w:pPr>
        <w:pStyle w:val="CodeLine"/>
        <w:pageBreakBefore/>
      </w:pPr>
      <w:r>
        <w:t xml:space="preserve">    }</w:t>
      </w:r>
    </w:p>
    <w:p>
      <w:pPr>
        <w:pStyle w:val="CodeLine"/>
      </w:pPr>
      <w:r>
        <w:t xml:space="preserve">    @GetMapping("/profile/me/talent-invitations")</w:t>
      </w:r>
    </w:p>
    <w:p>
      <w:pPr>
        <w:pStyle w:val="CodeLine"/>
      </w:pPr>
      <w:r>
        <w:t xml:space="preserve">    @Operation(summary = "学生收到的邀约列表", security = @SecurityRequirement(name = "bearerAuth"))</w:t>
      </w:r>
    </w:p>
    <w:p>
      <w:pPr>
        <w:pStyle w:val="CodeLine"/>
      </w:pPr>
      <w:r>
        <w:t xml:space="preserve">    @ApiResponses(@io.swagger.v3.oas.annotations.responses.ApiResponse(responseCode = "200", content =</w:t>
      </w:r>
    </w:p>
    <w:p>
      <w:pPr>
        <w:pStyle w:val="CodeLine"/>
      </w:pPr>
      <w:r>
        <w:t>@Content(schema = @Schema(ref = "#/components/schemas/ApiResponseStudentTalentInvitationPageResponse"))))</w:t>
      </w:r>
    </w:p>
    <w:p>
      <w:pPr>
        <w:pStyle w:val="CodeLine"/>
      </w:pPr>
      <w:r>
        <w:t xml:space="preserve">    public ApiResponse&lt;TalentInvitationPageResponse&lt;StudentTalentInvitationResponse&gt;&gt; listStudent(</w:t>
      </w:r>
    </w:p>
    <w:p>
      <w:pPr>
        <w:pStyle w:val="CodeLine"/>
      </w:pPr>
      <w:r>
        <w:t xml:space="preserve">            @RequestParam(defaultValue = "0") int page, @RequestParam(defaultValue = "20") int size,</w:t>
      </w:r>
    </w:p>
    <w:p>
      <w:pPr>
        <w:pStyle w:val="CodeLine"/>
      </w:pPr>
      <w:r>
        <w:t xml:space="preserve">            HttpServletRequest request) {</w:t>
      </w:r>
    </w:p>
    <w:p>
      <w:pPr>
        <w:pStyle w:val="CodeLine"/>
      </w:pPr>
      <w:r>
        <w:t xml:space="preserve">        return ApiResponse.ok(service.listStudent(currentUserAccessor.requireUserId(), page, size),</w:t>
      </w:r>
    </w:p>
    <w:p>
      <w:pPr>
        <w:pStyle w:val="CodeLine"/>
      </w:pPr>
      <w:r>
        <w:t>requestIdAccessor.get(request));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@GetMapping("/profile/me/talent-invitations/{invitationId}")</w:t>
      </w:r>
    </w:p>
    <w:p>
      <w:pPr>
        <w:pStyle w:val="CodeLine"/>
      </w:pPr>
      <w:r>
        <w:t xml:space="preserve">    @Operation(summary = "学生邀约详情", security = @SecurityRequirement(name = "bearerAuth"))</w:t>
      </w:r>
    </w:p>
    <w:p>
      <w:pPr>
        <w:pStyle w:val="CodeLine"/>
      </w:pPr>
      <w:r>
        <w:t xml:space="preserve">    @ApiResponses(@io.swagger.v3.oas.annotations.responses.ApiResponse(responseCode = "200", content =</w:t>
      </w:r>
    </w:p>
    <w:p>
      <w:pPr>
        <w:pStyle w:val="CodeLine"/>
      </w:pPr>
      <w:r>
        <w:t>@Content(schema = @Schema(ref = "#/components/schemas/ApiResponseStudentTalentInvitationResponse"))))</w:t>
      </w:r>
    </w:p>
    <w:p>
      <w:pPr>
        <w:pStyle w:val="CodeLine"/>
      </w:pPr>
      <w:r>
        <w:t xml:space="preserve">    public ApiResponse&lt;StudentTalentInvitationResponse&gt; getStudent(@PathVariable Long invitationId,</w:t>
      </w:r>
    </w:p>
    <w:p>
      <w:pPr>
        <w:pStyle w:val="CodeLine"/>
      </w:pPr>
      <w:r>
        <w:t xml:space="preserve">                                                                   HttpServletRequest request) {</w:t>
      </w:r>
    </w:p>
    <w:p>
      <w:pPr>
        <w:pStyle w:val="CodeLine"/>
      </w:pPr>
      <w:r>
        <w:t xml:space="preserve">        return ApiResponse.ok(service.getStudent(currentUserAccessor.requireUserId(), invitationId,</w:t>
      </w:r>
    </w:p>
    <w:p>
      <w:pPr>
        <w:pStyle w:val="CodeLine"/>
      </w:pPr>
      <w:r>
        <w:t>AuditContext.from(request)), requestIdAccessor.get(request));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@PostMapping("/profile/me/talent-invitations/{invitationId}/decision")</w:t>
      </w:r>
    </w:p>
    <w:p>
      <w:pPr>
        <w:pStyle w:val="CodeLine"/>
      </w:pPr>
      <w:r>
        <w:t xml:space="preserve">    @Operation(summary = "处理人才邀约", description = "学生接受后才创建 TALENT_INVITATION 站内会话", security</w:t>
      </w:r>
    </w:p>
    <w:p>
      <w:pPr>
        <w:pStyle w:val="CodeLine"/>
      </w:pPr>
      <w:r>
        <w:t>= @SecurityRequirement(name =</w:t>
      </w:r>
    </w:p>
    <w:p>
      <w:pPr>
        <w:pStyle w:val="CodeLine"/>
      </w:pPr>
      <w:r>
        <w:t>"bearerAuth"))</w:t>
      </w:r>
    </w:p>
    <w:p>
      <w:pPr>
        <w:pStyle w:val="CodeLine"/>
      </w:pPr>
      <w:r>
        <w:t xml:space="preserve">    @ApiResponses(@io.swagger.v3.oas.annotations.responses.ApiResponse(responseCode = "200", content =</w:t>
      </w:r>
    </w:p>
    <w:p>
      <w:pPr>
        <w:pStyle w:val="CodeLine"/>
      </w:pPr>
      <w:r>
        <w:t>@Content(schema = @Schema(ref = "#/components/schemas/ApiResponseStudentTalentInvitationResponse"))))</w:t>
      </w:r>
    </w:p>
    <w:p>
      <w:pPr>
        <w:pStyle w:val="CodeLine"/>
      </w:pPr>
      <w:r>
        <w:t xml:space="preserve">    public ApiResponse&lt;StudentTalentInvitationResponse&gt; decide(@PathVariable Long invitationId,</w:t>
      </w:r>
    </w:p>
    <w:p>
      <w:pPr>
        <w:pStyle w:val="CodeLine"/>
      </w:pPr>
      <w:r>
        <w:t xml:space="preserve">                                                               @Valid @RequestBody</w:t>
      </w:r>
    </w:p>
    <w:p>
      <w:pPr>
        <w:pStyle w:val="CodeLine"/>
      </w:pPr>
      <w:r>
        <w:t>TalentInvitationDecisionRequest</w:t>
      </w:r>
    </w:p>
    <w:p>
      <w:pPr>
        <w:pStyle w:val="CodeLine"/>
      </w:pPr>
      <w:r>
        <w:t>body,</w:t>
      </w:r>
    </w:p>
    <w:p>
      <w:pPr>
        <w:pStyle w:val="CodeLine"/>
      </w:pPr>
      <w:r>
        <w:t xml:space="preserve">                                                               HttpServletRequest request) {</w:t>
      </w:r>
    </w:p>
    <w:p>
      <w:pPr>
        <w:pStyle w:val="CodeLine"/>
      </w:pPr>
      <w:r>
        <w:t xml:space="preserve">        return ApiResponse.ok(service.decide(currentUserAccessor.requireUserId(), invitationId, body,</w:t>
      </w:r>
    </w:p>
    <w:p>
      <w:pPr>
        <w:pStyle w:val="CodeLine"/>
      </w:pPr>
      <w:r>
        <w:t>AuditContext.from(request)), requestIdAccessor.get(request));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com.mydreamjob.talentinvitation;</w:t>
      </w:r>
    </w:p>
    <w:p>
      <w:pPr>
        <w:pStyle w:val="CodeLine"/>
      </w:pPr>
      <w:r>
        <w:t>import com.mydreamjob.common.exception.BusinessException;</w:t>
      </w:r>
    </w:p>
    <w:p>
      <w:pPr>
        <w:pStyle w:val="CodeLine"/>
      </w:pPr>
      <w:r>
        <w:t>import com.mydreamjob.common.exception.ErrorCode;</w:t>
      </w:r>
    </w:p>
    <w:p>
      <w:pPr>
        <w:pStyle w:val="CodeLine"/>
      </w:pPr>
      <w:r>
        <w:t>import com.mydreamjob.job.Job;</w:t>
      </w:r>
    </w:p>
    <w:p>
      <w:pPr>
        <w:pStyle w:val="CodeLine"/>
      </w:pPr>
      <w:r>
        <w:t>import com.mydreamjob.messaging.Conversation;</w:t>
      </w:r>
    </w:p>
    <w:p>
      <w:pPr>
        <w:pStyle w:val="CodeLine"/>
      </w:pPr>
      <w:r>
        <w:t>import com.mydreamjob.messaging.ConversationMember;</w:t>
      </w:r>
    </w:p>
    <w:p>
      <w:pPr>
        <w:pStyle w:val="CodeLine"/>
      </w:pPr>
      <w:r>
        <w:t>import com.mydreamjob.messaging.ConversationMemberRepository;</w:t>
      </w:r>
    </w:p>
    <w:p>
      <w:pPr>
        <w:pStyle w:val="CodeLine"/>
      </w:pPr>
      <w:r>
        <w:t>import com.mydreamjob.messaging.ConversationRepository;</w:t>
      </w:r>
    </w:p>
    <w:p>
      <w:pPr>
        <w:pStyle w:val="CodeLine"/>
      </w:pPr>
      <w:r>
        <w:t>import com.mydreamjob.safety.BlockRelationRepository;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org.springframework.dao.DataIntegrityViolationException;</w:t>
      </w:r>
    </w:p>
    <w:p>
      <w:pPr>
        <w:pStyle w:val="CodeLine"/>
      </w:pPr>
      <w:r>
        <w:t>import org.springframework.stereotype.Component;</w:t>
      </w:r>
    </w:p>
    <w:p>
      <w:pPr>
        <w:pStyle w:val="CodeLine"/>
      </w:pPr>
      <w:r>
        <w:t>import org.springframework.transaction.annotation.Transactional;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/** 仅供已接受邀约调用的会话创建器；不会放宽现有 DIRECT 会话规则。 */</w:t>
      </w:r>
    </w:p>
    <w:p>
      <w:pPr>
        <w:pStyle w:val="CodeLine"/>
      </w:pPr>
      <w:r>
        <w:t>@Component</w:t>
      </w:r>
    </w:p>
    <w:p>
      <w:pPr>
        <w:pStyle w:val="CodeLine"/>
      </w:pPr>
      <w:r>
        <w:t>@RequiredArgsConstructor</w:t>
      </w:r>
    </w:p>
    <w:p>
      <w:pPr>
        <w:pStyle w:val="CodeLine"/>
      </w:pPr>
      <w:r>
        <w:t>public class TalentInvitationConversationService {</w:t>
      </w:r>
    </w:p>
    <w:p>
      <w:pPr>
        <w:pStyle w:val="CodeLine"/>
      </w:pPr>
      <w:r>
        <w:t xml:space="preserve">    private final ConversationRepository conversationRepository;</w:t>
      </w:r>
    </w:p>
    <w:p>
      <w:pPr>
        <w:pStyle w:val="CodeLine"/>
      </w:pPr>
      <w:r>
        <w:t xml:space="preserve">    private final ConversationMemberRepository memberRepository;</w:t>
      </w:r>
    </w:p>
    <w:p>
      <w:pPr>
        <w:pStyle w:val="CodeLine"/>
      </w:pPr>
      <w:r>
        <w:t xml:space="preserve">    private final BlockRelationRepository blockRelationRepository;</w:t>
      </w:r>
    </w:p>
    <w:p>
      <w:pPr>
        <w:pStyle w:val="CodeLine"/>
      </w:pPr>
      <w:r>
        <w:t xml:space="preserve">    @Transactional</w:t>
      </w:r>
    </w:p>
    <w:p>
      <w:pPr>
        <w:pStyle w:val="CodeLine"/>
      </w:pPr>
      <w:r>
        <w:t xml:space="preserve">    public Long createForAcceptedInvitation(TalentInvitation invitation, Long companyOwnerUserId, Job job) {</w:t>
      </w:r>
    </w:p>
    <w:p>
      <w:pPr>
        <w:pStyle w:val="CodeLine"/>
      </w:pPr>
      <w:r>
        <w:t xml:space="preserve">        if (invitation.getConversationId() != null) return invitation.getConversationId();</w:t>
      </w:r>
    </w:p>
    <w:p>
      <w:pPr>
        <w:pStyle w:val="CodeLine"/>
      </w:pPr>
      <w:r>
        <w:t xml:space="preserve">        if (blockRelationRepository.existsByBlockerUserIdAndBlockedUserId(companyOwnerUserId,</w:t>
      </w:r>
    </w:p>
    <w:p>
      <w:pPr>
        <w:pStyle w:val="CodeLine"/>
      </w:pPr>
      <w:r>
        <w:t>invitation.getStudentUserId())</w:t>
      </w:r>
    </w:p>
    <w:p>
      <w:pPr>
        <w:pStyle w:val="CodeLine"/>
      </w:pPr>
      <w:r>
        <w:t xml:space="preserve">                || blockRelationRepository.existsByBlockerUserIdAndBlockedUserId(invitation.getStudentUserId(</w:t>
      </w:r>
    </w:p>
    <w:p>
      <w:pPr>
        <w:pStyle w:val="CodeLine"/>
      </w:pPr>
      <w:r>
        <w:t>), companyOwnerUserId))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    throw new BusinessException(ErrorCode.FORBIDDEN);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Conversation conversation = conversationRepository.saveAndFlush(Conversation.builder()</w:t>
      </w:r>
    </w:p>
    <w:p>
      <w:pPr>
        <w:pStyle w:val="CodeLine"/>
      </w:pPr>
      <w:r>
        <w:t xml:space="preserve">                .createdBy(companyOwnerUserId)</w:t>
      </w:r>
    </w:p>
    <w:p>
      <w:pPr>
        <w:pStyle w:val="CodeLine"/>
      </w:pPr>
      <w:r>
        <w:t xml:space="preserve">                .title(job == null ? "人才邀约沟通" : job.getTitle())</w:t>
      </w:r>
    </w:p>
    <w:p>
      <w:pPr>
        <w:pStyle w:val="CodeLine"/>
      </w:pPr>
      <w:r>
        <w:t xml:space="preserve">                .type("TALENT_INVITATION")</w:t>
      </w:r>
    </w:p>
    <w:p>
      <w:pPr>
        <w:pStyle w:val="CodeLine"/>
      </w:pPr>
      <w:r>
        <w:t xml:space="preserve">                .build());</w:t>
      </w:r>
    </w:p>
    <w:p>
      <w:pPr>
        <w:pStyle w:val="CodeLine"/>
      </w:pPr>
      <w:r>
        <w:t xml:space="preserve">        try {</w:t>
      </w:r>
    </w:p>
    <w:p>
      <w:pPr>
        <w:pStyle w:val="CodeLine"/>
        <w:pageBreakBefore/>
      </w:pPr>
      <w:r>
        <w:t xml:space="preserve">            memberRepository.saveAll(List.of(</w:t>
      </w:r>
    </w:p>
    <w:p>
      <w:pPr>
        <w:pStyle w:val="CodeLine"/>
      </w:pPr>
      <w:r>
        <w:t xml:space="preserve">                    ConversationMember.builder().conversationId(conversation.getId()).userId(companyOwnerUser</w:t>
      </w:r>
    </w:p>
    <w:p>
      <w:pPr>
        <w:pStyle w:val="CodeLine"/>
      </w:pPr>
      <w:r>
        <w:t>Id).build(),</w:t>
      </w:r>
    </w:p>
    <w:p>
      <w:pPr>
        <w:pStyle w:val="CodeLine"/>
      </w:pPr>
      <w:r>
        <w:t xml:space="preserve">                    ConversationMember.builder().conversationId(conversation.getId()).userId(invitation.getSt</w:t>
      </w:r>
    </w:p>
    <w:p>
      <w:pPr>
        <w:pStyle w:val="CodeLine"/>
      </w:pPr>
      <w:r>
        <w:t>udentUserId()).build()));</w:t>
      </w:r>
    </w:p>
    <w:p>
      <w:pPr>
        <w:pStyle w:val="CodeLine"/>
      </w:pPr>
      <w:r>
        <w:t xml:space="preserve">            memberRepository.flush();</w:t>
      </w:r>
    </w:p>
    <w:p>
      <w:pPr>
        <w:pStyle w:val="CodeLine"/>
      </w:pPr>
      <w:r>
        <w:t xml:space="preserve">        } catch (DataIntegrityViolationException ex) {</w:t>
      </w:r>
    </w:p>
    <w:p>
      <w:pPr>
        <w:pStyle w:val="CodeLine"/>
      </w:pPr>
      <w:r>
        <w:t xml:space="preserve">            // invitation 行由上游锁定；若数据库异常，事务回滚，调用方不会看到半成品会话。</w:t>
      </w:r>
    </w:p>
    <w:p>
      <w:pPr>
        <w:pStyle w:val="CodeLine"/>
      </w:pPr>
      <w:r>
        <w:t xml:space="preserve">            throw ex;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return conversation.getId();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com.mydreamjob.talentinvitation;</w:t>
      </w:r>
    </w:p>
    <w:p>
      <w:pPr>
        <w:pStyle w:val="CodeLine"/>
      </w:pPr>
      <w:r>
        <w:t>import com.mydreamjob.audit.AuditContext;</w:t>
      </w:r>
    </w:p>
    <w:p>
      <w:pPr>
        <w:pStyle w:val="CodeLine"/>
      </w:pPr>
      <w:r>
        <w:t>import com.mydreamjob.audit.AuditService;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org.springframework.stereotype.Component;</w:t>
      </w:r>
    </w:p>
    <w:p>
      <w:pPr>
        <w:pStyle w:val="CodeLine"/>
      </w:pPr>
      <w:r>
        <w:t>import org.springframework.transaction.annotation.Propagation;</w:t>
      </w:r>
    </w:p>
    <w:p>
      <w:pPr>
        <w:pStyle w:val="CodeLine"/>
      </w:pPr>
      <w:r>
        <w:t>import org.springframework.transaction.annotation.Transactional;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import java.util.LinkedHashMap;</w:t>
      </w:r>
    </w:p>
    <w:p>
      <w:pPr>
        <w:pStyle w:val="CodeLine"/>
      </w:pPr>
      <w:r>
        <w:t>import java.util.Map;</w:t>
      </w:r>
    </w:p>
    <w:p>
      <w:pPr>
        <w:pStyle w:val="CodeLine"/>
      </w:pPr>
      <w:r>
        <w:t>/** 把 EXPIRED 状态、历史和审计提交在独立事务中，避免随后返回错误导致回滚。 */</w:t>
      </w:r>
    </w:p>
    <w:p>
      <w:pPr>
        <w:pStyle w:val="CodeLine"/>
      </w:pPr>
      <w:r>
        <w:t>@Component</w:t>
      </w:r>
    </w:p>
    <w:p>
      <w:pPr>
        <w:pStyle w:val="CodeLine"/>
      </w:pPr>
      <w:r>
        <w:t>@RequiredArgsConstructor</w:t>
      </w:r>
    </w:p>
    <w:p>
      <w:pPr>
        <w:pStyle w:val="CodeLine"/>
      </w:pPr>
      <w:r>
        <w:t>public class TalentInvitationExpiryService {</w:t>
      </w:r>
    </w:p>
    <w:p>
      <w:pPr>
        <w:pStyle w:val="CodeLine"/>
      </w:pPr>
      <w:r>
        <w:t xml:space="preserve">    private final TalentInvitationRepository invitationRepository;</w:t>
      </w:r>
    </w:p>
    <w:p>
      <w:pPr>
        <w:pStyle w:val="CodeLine"/>
      </w:pPr>
      <w:r>
        <w:t xml:space="preserve">    private final TalentInvitationHistoryRepository historyRepository;</w:t>
      </w:r>
    </w:p>
    <w:p>
      <w:pPr>
        <w:pStyle w:val="CodeLine"/>
      </w:pPr>
      <w:r>
        <w:t xml:space="preserve">    private final AuditService auditService;</w:t>
      </w:r>
    </w:p>
    <w:p>
      <w:pPr>
        <w:pStyle w:val="CodeLine"/>
      </w:pPr>
      <w:r>
        <w:t xml:space="preserve">    @Transactional(propagation = Propagation.REQUIRES_NEW)</w:t>
      </w:r>
    </w:p>
    <w:p>
      <w:pPr>
        <w:pStyle w:val="CodeLine"/>
      </w:pPr>
      <w:r>
        <w:t xml:space="preserve">    public boolean expireIfDue(Long invitationId, LocalDateTime now, AuditContext context) {</w:t>
      </w:r>
    </w:p>
    <w:p>
      <w:pPr>
        <w:pStyle w:val="CodeLine"/>
      </w:pPr>
      <w:r>
        <w:t xml:space="preserve">        if (invitationId == null || now == null) return false;</w:t>
      </w:r>
    </w:p>
    <w:p>
      <w:pPr>
        <w:pStyle w:val="CodeLine"/>
      </w:pPr>
      <w:r>
        <w:t xml:space="preserve">        TalentInvitation current = invitationRepository.findById(invitationId).orElse(null);</w:t>
      </w:r>
    </w:p>
    <w:p>
      <w:pPr>
        <w:pStyle w:val="CodeLine"/>
      </w:pPr>
      <w:r>
        <w:t xml:space="preserve">        if (current == null || !TalentInvitation.PENDING.equals(current.getStatus()) ||</w:t>
      </w:r>
    </w:p>
    <w:p>
      <w:pPr>
        <w:pStyle w:val="CodeLine"/>
      </w:pPr>
      <w:r>
        <w:t>current.getExpiresAt().isAfter(now))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    return false;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(invitationRepository.expire(invitationId, now) != 1) return false;</w:t>
      </w:r>
    </w:p>
    <w:p>
      <w:pPr>
        <w:pStyle w:val="CodeLine"/>
      </w:pPr>
      <w:r>
        <w:t xml:space="preserve">        historyRepository.save(TalentInvitationHistory.builder()</w:t>
      </w:r>
    </w:p>
    <w:p>
      <w:pPr>
        <w:pStyle w:val="CodeLine"/>
      </w:pPr>
      <w:r>
        <w:t xml:space="preserve">                .invitationId(invitationId).action(TalentInvitationHistory.EXPIRED).actorUserId(null).build()</w:t>
      </w:r>
    </w:p>
    <w:p>
      <w:pPr>
        <w:pStyle w:val="CodeLine"/>
      </w:pPr>
      <w:r>
        <w:t>);</w:t>
      </w:r>
    </w:p>
    <w:p>
      <w:pPr>
        <w:pStyle w:val="CodeLine"/>
      </w:pPr>
      <w:r>
        <w:t xml:space="preserve">        Map&lt;String, Object&gt; details = new LinkedHashMap&lt;&gt;();</w:t>
      </w:r>
    </w:p>
    <w:p>
      <w:pPr>
        <w:pStyle w:val="CodeLine"/>
      </w:pPr>
      <w:r>
        <w:t xml:space="preserve">        details.put("invitationId", invitationId);</w:t>
      </w:r>
    </w:p>
    <w:p>
      <w:pPr>
        <w:pStyle w:val="CodeLine"/>
      </w:pPr>
      <w:r>
        <w:t xml:space="preserve">        details.put("jobId", current.getJobId());</w:t>
      </w:r>
    </w:p>
    <w:p>
      <w:pPr>
        <w:pStyle w:val="CodeLine"/>
      </w:pPr>
      <w:r>
        <w:t xml:space="preserve">        details.put("status", TalentInvitation.EXPIRED);</w:t>
      </w:r>
    </w:p>
    <w:p>
      <w:pPr>
        <w:pStyle w:val="CodeLine"/>
      </w:pPr>
      <w:r>
        <w:t xml:space="preserve">        details.put("requestId", context == null ? null : context.getRequestId());</w:t>
      </w:r>
    </w:p>
    <w:p>
      <w:pPr>
        <w:pStyle w:val="CodeLine"/>
      </w:pPr>
      <w:r>
        <w:t xml:space="preserve">        auditService.log(null, "TALENT_INVITATION_EXPIRED", "TALENT_INVITATION", invitationId,</w:t>
      </w:r>
    </w:p>
    <w:p>
      <w:pPr>
        <w:pStyle w:val="CodeLine"/>
      </w:pPr>
      <w:r>
        <w:t xml:space="preserve">                toJson(details), requestContext(context));</w:t>
      </w:r>
    </w:p>
    <w:p>
      <w:pPr>
        <w:pStyle w:val="CodeLine"/>
      </w:pPr>
      <w:r>
        <w:t xml:space="preserve">        return true;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AuditContext requestContext(AuditContext context) {</w:t>
      </w:r>
    </w:p>
    <w:p>
      <w:pPr>
        <w:pStyle w:val="CodeLine"/>
      </w:pPr>
      <w:r>
        <w:t xml:space="preserve">        return context == null ? null : AuditContext.builder().requestId(context.getRequestId()).build();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String toJson(Map&lt;String, Object&gt; values) {</w:t>
      </w:r>
    </w:p>
    <w:p>
      <w:pPr>
        <w:pStyle w:val="CodeLine"/>
      </w:pPr>
      <w:r>
        <w:t xml:space="preserve">        return "{\"invitationId\":" + values.get("invitationId") + ",\"jobId\":" + values.get("jobId")</w:t>
      </w:r>
    </w:p>
    <w:p>
      <w:pPr>
        <w:pStyle w:val="CodeLine"/>
      </w:pPr>
      <w:r>
        <w:t xml:space="preserve">                + ",\"status\":\"EXPIRED\",\"requestId\":"</w:t>
      </w:r>
    </w:p>
    <w:p>
      <w:pPr>
        <w:pStyle w:val="CodeLine"/>
      </w:pPr>
      <w:r>
        <w:t xml:space="preserve">                + (values.get("requestId") == null ? "null" : quote(String.valueOf(values.get("requestId"))))</w:t>
      </w:r>
    </w:p>
    <w:p>
      <w:pPr>
        <w:pStyle w:val="CodeLine"/>
      </w:pPr>
      <w:r>
        <w:t xml:space="preserve"> + "}";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String quote(String value) {</w:t>
      </w:r>
    </w:p>
    <w:p>
      <w:pPr>
        <w:pStyle w:val="CodeLine"/>
      </w:pPr>
      <w:r>
        <w:t xml:space="preserve">        return "\"" + value.replace("\\", "\\\\").replace("\"", "\\\"") + "\"";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com.mydreamjob.talentinvitation;</w:t>
      </w:r>
    </w:p>
    <w:p>
      <w:pPr>
        <w:pStyle w:val="CodeLine"/>
      </w:pPr>
      <w:r>
        <w:t>import jakarta.persistence.*;</w:t>
      </w:r>
    </w:p>
    <w:p>
      <w:pPr>
        <w:pStyle w:val="CodeLine"/>
      </w:pPr>
      <w:r>
        <w:t>import lombok.*;</w:t>
      </w:r>
    </w:p>
    <w:p>
      <w:pPr>
        <w:pStyle w:val="CodeLine"/>
      </w:pPr>
      <w:r>
        <w:t>import org.springframework.data.annotation.CreatedDate;</w:t>
      </w:r>
    </w:p>
    <w:p>
      <w:pPr>
        <w:pStyle w:val="CodeLine"/>
      </w:pPr>
      <w:r>
        <w:t>import org.springframework.data.jpa.domain.support.AuditingEntityListener;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@Data</w:t>
      </w:r>
    </w:p>
    <w:p>
      <w:pPr>
        <w:pStyle w:val="CodeLine"/>
        <w:pageBreakBefore/>
      </w:pPr>
      <w:r>
        <w:t>@Builder</w:t>
      </w:r>
    </w:p>
    <w:p>
      <w:pPr>
        <w:pStyle w:val="CodeLine"/>
      </w:pPr>
      <w:r>
        <w:t>@NoArgsConstructor</w:t>
      </w:r>
    </w:p>
    <w:p>
      <w:pPr>
        <w:pStyle w:val="CodeLine"/>
      </w:pPr>
      <w:r>
        <w:t>@AllArgsConstructor</w:t>
      </w:r>
    </w:p>
    <w:p>
      <w:pPr>
        <w:pStyle w:val="CodeLine"/>
      </w:pPr>
      <w:r>
        <w:t>@Entity</w:t>
      </w:r>
    </w:p>
    <w:p>
      <w:pPr>
        <w:pStyle w:val="CodeLine"/>
      </w:pPr>
      <w:r>
        <w:t>@Table(name = "talent_invitation_history")</w:t>
      </w:r>
    </w:p>
    <w:p>
      <w:pPr>
        <w:pStyle w:val="CodeLine"/>
      </w:pPr>
      <w:r>
        <w:t>@EntityListeners(AuditingEntityListener.class)</w:t>
      </w:r>
    </w:p>
    <w:p>
      <w:pPr>
        <w:pStyle w:val="CodeLine"/>
      </w:pPr>
      <w:r>
        <w:t>public class TalentInvitationHistory {</w:t>
      </w:r>
    </w:p>
    <w:p>
      <w:pPr>
        <w:pStyle w:val="CodeLine"/>
      </w:pPr>
      <w:r>
        <w:t xml:space="preserve">    public static final String CREATED = "CREATED";</w:t>
      </w:r>
    </w:p>
    <w:p>
      <w:pPr>
        <w:pStyle w:val="CodeLine"/>
      </w:pPr>
      <w:r>
        <w:t xml:space="preserve">    public static final String ACCEPTED = "ACCEPTED";</w:t>
      </w:r>
    </w:p>
    <w:p>
      <w:pPr>
        <w:pStyle w:val="CodeLine"/>
      </w:pPr>
      <w:r>
        <w:t xml:space="preserve">    public static final String REJECTED = "REJECTED";</w:t>
      </w:r>
    </w:p>
    <w:p>
      <w:pPr>
        <w:pStyle w:val="CodeLine"/>
      </w:pPr>
      <w:r>
        <w:t xml:space="preserve">    public static final String EXPIRED = "EXPIRED";</w:t>
      </w:r>
    </w:p>
    <w:p>
      <w:pPr>
        <w:pStyle w:val="CodeLine"/>
      </w:pPr>
      <w:r>
        <w:t xml:space="preserve">    @Id @GeneratedValue(strategy = GenerationType.IDENTITY) private Long id;</w:t>
      </w:r>
    </w:p>
    <w:p>
      <w:pPr>
        <w:pStyle w:val="CodeLine"/>
      </w:pPr>
      <w:r>
        <w:t xml:space="preserve">    @Column(name = "invitation_id", nullable = false) private Long invitationId;</w:t>
      </w:r>
    </w:p>
    <w:p>
      <w:pPr>
        <w:pStyle w:val="CodeLine"/>
      </w:pPr>
      <w:r>
        <w:t xml:space="preserve">    @Column(nullable = false, length = 30) private String action;</w:t>
      </w:r>
    </w:p>
    <w:p>
      <w:pPr>
        <w:pStyle w:val="CodeLine"/>
      </w:pPr>
      <w:r>
        <w:t xml:space="preserve">    @Column(name = "actor_user_id") private Long actorUserId;</w:t>
      </w:r>
    </w:p>
    <w:p>
      <w:pPr>
        <w:pStyle w:val="CodeLine"/>
      </w:pPr>
      <w:r>
        <w:t xml:space="preserve">    @CreatedDate @Column(name = "created_at", nullable = false, updatable = false) private LocalDateTime</w:t>
      </w:r>
    </w:p>
    <w:p>
      <w:pPr>
        <w:pStyle w:val="CodeLine"/>
      </w:pPr>
      <w:r>
        <w:t>createdAt;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com.mydreamjob.talentinvitation;</w:t>
      </w:r>
    </w:p>
    <w:p>
      <w:pPr>
        <w:pStyle w:val="CodeLine"/>
      </w:pPr>
      <w:r>
        <w:t>import org.springframework.data.jpa.repository.JpaRepository;</w:t>
      </w:r>
    </w:p>
    <w:p>
      <w:pPr>
        <w:pStyle w:val="CodeLine"/>
      </w:pPr>
      <w:r>
        <w:t>import org.springframework.stereotype.Repository;</w:t>
      </w:r>
    </w:p>
    <w:p>
      <w:pPr>
        <w:pStyle w:val="CodeLine"/>
      </w:pPr>
      <w:r>
        <w:t>@Repository</w:t>
      </w:r>
    </w:p>
    <w:p>
      <w:pPr>
        <w:pStyle w:val="CodeLine"/>
      </w:pPr>
      <w:r>
        <w:t>public interface TalentInvitationHistoryRepository extends JpaRepository&lt;TalentInvitationHistory, Long&gt; {</w:t>
      </w:r>
    </w:p>
    <w:p>
      <w:pPr>
        <w:pStyle w:val="CodeLine"/>
      </w:pPr>
      <w:r>
        <w:t xml:space="preserve">    long countByInvitationId(Long invitationId);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com.mydreamjob.talentinvitation;</w:t>
      </w:r>
    </w:p>
    <w:p>
      <w:pPr>
        <w:pStyle w:val="CodeLine"/>
      </w:pPr>
      <w:r>
        <w:t>import jakarta.persistence.LockModeType;</w:t>
      </w:r>
    </w:p>
    <w:p>
      <w:pPr>
        <w:pStyle w:val="CodeLine"/>
      </w:pPr>
      <w:r>
        <w:t>import org.springframework.data.domain.Page;</w:t>
      </w:r>
    </w:p>
    <w:p>
      <w:pPr>
        <w:pStyle w:val="CodeLine"/>
      </w:pPr>
      <w:r>
        <w:t>import org.springframework.data.domain.Pageable;</w:t>
      </w:r>
    </w:p>
    <w:p>
      <w:pPr>
        <w:pStyle w:val="CodeLine"/>
      </w:pPr>
      <w:r>
        <w:t>import org.springframework.data.jpa.repository.*;</w:t>
      </w:r>
    </w:p>
    <w:p>
      <w:pPr>
        <w:pStyle w:val="CodeLine"/>
      </w:pPr>
      <w:r>
        <w:t>import org.springframework.data.repository.query.Param;</w:t>
      </w:r>
    </w:p>
    <w:p>
      <w:pPr>
        <w:pStyle w:val="CodeLine"/>
      </w:pPr>
      <w:r>
        <w:t>import org.springframework.stereotype.Repository;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import java.util.Optional;</w:t>
      </w:r>
    </w:p>
    <w:p>
      <w:pPr>
        <w:pStyle w:val="CodeLine"/>
      </w:pPr>
      <w:r>
        <w:t>@Repository</w:t>
      </w:r>
    </w:p>
    <w:p>
      <w:pPr>
        <w:pStyle w:val="CodeLine"/>
      </w:pPr>
      <w:r>
        <w:t>public interface TalentInvitationRepository extends JpaRepository&lt;TalentInvitation, Long&gt; {</w:t>
      </w:r>
    </w:p>
    <w:p>
      <w:pPr>
        <w:pStyle w:val="CodeLine"/>
      </w:pPr>
      <w:r>
        <w:t xml:space="preserve">    Optional&lt;TalentInvitation&gt; findByCompanyIdAndIdempotencyKey(Long companyId, String idempotencyKey);</w:t>
      </w:r>
    </w:p>
    <w:p>
      <w:pPr>
        <w:pStyle w:val="CodeLine"/>
      </w:pPr>
      <w:r>
        <w:t xml:space="preserve">    Optional&lt;TalentInvitation&gt; findByIdAndCompanyId(Long id, Long companyId);</w:t>
      </w:r>
    </w:p>
    <w:p>
      <w:pPr>
        <w:pStyle w:val="CodeLine"/>
      </w:pPr>
      <w:r>
        <w:t xml:space="preserve">    Optional&lt;TalentInvitation&gt; findByIdAndStudentUserId(Long id, Long studentUserId);</w:t>
      </w:r>
    </w:p>
    <w:p>
      <w:pPr>
        <w:pStyle w:val="CodeLine"/>
      </w:pPr>
      <w:r>
        <w:t xml:space="preserve">    Optional&lt;TalentInvitation&gt; findByCompanyIdAndJobIdAndStudentUserIdAndStatus(</w:t>
      </w:r>
    </w:p>
    <w:p>
      <w:pPr>
        <w:pStyle w:val="CodeLine"/>
      </w:pPr>
      <w:r>
        <w:t xml:space="preserve">            Long companyId, Long jobId, Long studentUserId, String status);</w:t>
      </w:r>
    </w:p>
    <w:p>
      <w:pPr>
        <w:pStyle w:val="CodeLine"/>
      </w:pPr>
      <w:r>
        <w:t xml:space="preserve">    Page&lt;TalentInvitation&gt; findByCompanyIdOrderByCreatedAtDescIdDesc(Long companyId, Pageable pageable);</w:t>
      </w:r>
    </w:p>
    <w:p>
      <w:pPr>
        <w:pStyle w:val="CodeLine"/>
      </w:pPr>
      <w:r>
        <w:t xml:space="preserve">    Page&lt;TalentInvitation&gt; findByStudentUserIdOrderByCreatedAtDescIdDesc(Long studentUserId, Pageable</w:t>
      </w:r>
    </w:p>
    <w:p>
      <w:pPr>
        <w:pStyle w:val="CodeLine"/>
      </w:pPr>
      <w:r>
        <w:t>pageable);</w:t>
      </w:r>
    </w:p>
    <w:p>
      <w:pPr>
        <w:pStyle w:val="CodeLine"/>
      </w:pPr>
      <w:r>
        <w:t xml:space="preserve">    @Query("select count(t) from TalentInvitation t where t.companyId=:companyId and t.createdAt&gt;=:from and</w:t>
      </w:r>
    </w:p>
    <w:p>
      <w:pPr>
        <w:pStyle w:val="CodeLine"/>
      </w:pPr>
      <w:r>
        <w:t>t.createdAt&lt;:to")</w:t>
      </w:r>
    </w:p>
    <w:p>
      <w:pPr>
        <w:pStyle w:val="CodeLine"/>
      </w:pPr>
      <w:r>
        <w:t xml:space="preserve">    long countCreatedBetween(@Param("companyId") Long companyId, @Param("from") LocalDateTime from,</w:t>
      </w:r>
    </w:p>
    <w:p>
      <w:pPr>
        <w:pStyle w:val="CodeLine"/>
      </w:pPr>
      <w:r>
        <w:t xml:space="preserve">                             @Param("to") LocalDateTime to);</w:t>
      </w:r>
    </w:p>
    <w:p>
      <w:pPr>
        <w:pStyle w:val="CodeLine"/>
      </w:pPr>
      <w:r>
        <w:t xml:space="preserve">    @Query("select count(t) from TalentInvitation t where t.companyId=:companyId and t.jobId=:jobId "</w:t>
      </w:r>
    </w:p>
    <w:p>
      <w:pPr>
        <w:pStyle w:val="CodeLine"/>
      </w:pPr>
      <w:r>
        <w:t xml:space="preserve">            + "and t.createdAt&gt;=:from and t.createdAt&lt;:to")</w:t>
      </w:r>
    </w:p>
    <w:p>
      <w:pPr>
        <w:pStyle w:val="CodeLine"/>
      </w:pPr>
      <w:r>
        <w:t xml:space="preserve">    long countJobCreatedBetween(@Param("companyId") Long companyId, @Param("jobId") Long jobId,</w:t>
      </w:r>
    </w:p>
    <w:p>
      <w:pPr>
        <w:pStyle w:val="CodeLine"/>
      </w:pPr>
      <w:r>
        <w:t xml:space="preserve">                                @Param("from") LocalDateTime from, @Param("to") LocalDateTime to);</w:t>
      </w:r>
    </w:p>
    <w:p>
      <w:pPr>
        <w:pStyle w:val="CodeLine"/>
      </w:pPr>
      <w:r>
        <w:t xml:space="preserve">    @Query("select case when count(t)&gt;0 then true else false end from TalentInvitation t "</w:t>
      </w:r>
    </w:p>
    <w:p>
      <w:pPr>
        <w:pStyle w:val="CodeLine"/>
      </w:pPr>
      <w:r>
        <w:t xml:space="preserve">            + "where t.companyId=:companyId and t.studentUserId=:studentUserId and t.expiresAt&gt;:since")</w:t>
      </w:r>
    </w:p>
    <w:p>
      <w:pPr>
        <w:pStyle w:val="CodeLine"/>
      </w:pPr>
      <w:r>
        <w:t xml:space="preserve">    boolean existsInCooldown(@Param("companyId") Long companyId, @Param("studentUserId") Long studentUserId,</w:t>
      </w:r>
    </w:p>
    <w:p>
      <w:pPr>
        <w:pStyle w:val="CodeLine"/>
      </w:pPr>
      <w:r>
        <w:t xml:space="preserve">                             @Param("since") LocalDateTime since);</w:t>
      </w:r>
    </w:p>
    <w:p>
      <w:pPr>
        <w:pStyle w:val="CodeLine"/>
      </w:pPr>
      <w:r>
        <w:t xml:space="preserve">    @Modifying(clearAutomatically = true, flushAutomatically = true)</w:t>
      </w:r>
    </w:p>
    <w:p>
      <w:pPr>
        <w:pStyle w:val="CodeLine"/>
      </w:pPr>
      <w:r>
        <w:t xml:space="preserve">    @Query("update TalentInvitation t set t.status=:status, t.activeKey=null, t.decidedAt=:decidedAt, "</w:t>
      </w:r>
    </w:p>
    <w:p>
      <w:pPr>
        <w:pStyle w:val="CodeLine"/>
      </w:pPr>
      <w:r>
        <w:t xml:space="preserve">            + "t.version=t.version+1 where t.id=:id and t.studentUserId=:studentUserId "</w:t>
      </w:r>
    </w:p>
    <w:p>
      <w:pPr>
        <w:pStyle w:val="CodeLine"/>
      </w:pPr>
      <w:r>
        <w:t xml:space="preserve">            + "and t.status='PENDING' and t.version=:version and t.expiresAt&gt;:now")</w:t>
      </w:r>
    </w:p>
    <w:p>
      <w:pPr>
        <w:pStyle w:val="CodeLine"/>
      </w:pPr>
      <w:r>
        <w:t xml:space="preserve">    int decide(@Param("id") Long id, @Param("studentUserId") Long studentUserId,</w:t>
      </w:r>
    </w:p>
    <w:p>
      <w:pPr>
        <w:pStyle w:val="CodeLine"/>
      </w:pPr>
      <w:r>
        <w:t xml:space="preserve">               @Param("status") String status, @Param("version") Long version,</w:t>
      </w:r>
    </w:p>
    <w:p>
      <w:pPr>
        <w:pStyle w:val="CodeLine"/>
      </w:pPr>
      <w:r>
        <w:t xml:space="preserve">               @Param("decidedAt") LocalDateTime decidedAt, @Param("now") LocalDateTime now);</w:t>
      </w:r>
    </w:p>
    <w:p>
      <w:pPr>
        <w:pStyle w:val="CodeLine"/>
      </w:pPr>
      <w:r>
        <w:t xml:space="preserve">    @Modifying(clearAutomatically = true, flushAutomatically = true)</w:t>
      </w:r>
    </w:p>
    <w:p>
      <w:pPr>
        <w:pStyle w:val="CodeLine"/>
      </w:pPr>
      <w:r>
        <w:t xml:space="preserve">    @Query("update TalentInvitation t set t.conversationId=:conversationId "</w:t>
      </w:r>
    </w:p>
    <w:p>
      <w:pPr>
        <w:pStyle w:val="CodeLine"/>
      </w:pPr>
      <w:r>
        <w:t xml:space="preserve">            + "where t.id=:id and t.studentUserId=:studentUserId and t.status='ACCEPTED' "</w:t>
      </w:r>
    </w:p>
    <w:p>
      <w:pPr>
        <w:pStyle w:val="CodeLine"/>
      </w:pPr>
      <w:r>
        <w:t xml:space="preserve">            + "and t.version=:version and t.conversationId is null")</w:t>
      </w:r>
    </w:p>
    <w:p>
      <w:pPr>
        <w:pStyle w:val="CodeLine"/>
      </w:pPr>
      <w:r>
        <w:t xml:space="preserve">    int attachConversation(@Param("id") Long id, @Param("studentUserId") Long studentUserId,</w:t>
      </w:r>
    </w:p>
    <w:p>
      <w:pPr>
        <w:pStyle w:val="CodeLine"/>
      </w:pPr>
      <w:r>
        <w:t xml:space="preserve">                            @Param("conversationId") Long conversationId, @Param("version") Long version);</w:t>
      </w:r>
    </w:p>
    <w:p>
      <w:pPr>
        <w:pStyle w:val="CodeLine"/>
      </w:pPr>
      <w:r>
        <w:t xml:space="preserve">    @Modifying(clearAutomatically = true, flushAutomatically = true)</w:t>
      </w:r>
    </w:p>
    <w:p>
      <w:pPr>
        <w:pStyle w:val="CodeLine"/>
      </w:pPr>
      <w:r>
        <w:t xml:space="preserve">    @Query("update TalentInvitation t set t.status='EXPIRED', t.activeKey=null, t.decidedAt=:now, "</w:t>
      </w:r>
    </w:p>
    <w:p>
      <w:pPr>
        <w:pStyle w:val="CodeLine"/>
      </w:pPr>
      <w:r>
        <w:t xml:space="preserve">            + "t.version=t.version+1 where t.id=:id and t.status='PENDING' and t.expiresAt&lt;=:now")</w:t>
      </w:r>
    </w:p>
    <w:p>
      <w:pPr>
        <w:pStyle w:val="CodeLine"/>
        <w:pageBreakBefore/>
      </w:pPr>
      <w:r>
        <w:t xml:space="preserve">    int expire(@Param("id") Long id, @Param("now") LocalDateTime now);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com.mydreamjob.talentinvitation;</w:t>
      </w:r>
    </w:p>
    <w:p>
      <w:pPr>
        <w:pStyle w:val="CodeLine"/>
      </w:pPr>
      <w:r>
        <w:t>import com.fasterxml.jackson.core.JsonProcessingException;</w:t>
      </w:r>
    </w:p>
    <w:p>
      <w:pPr>
        <w:pStyle w:val="CodeLine"/>
      </w:pPr>
      <w:r>
        <w:t>import com.fasterxml.jackson.databind.ObjectMapper;</w:t>
      </w:r>
    </w:p>
    <w:p>
      <w:pPr>
        <w:pStyle w:val="CodeLine"/>
      </w:pPr>
      <w:r>
        <w:t>import com.mydreamjob.audit.AuditContext;</w:t>
      </w:r>
    </w:p>
    <w:p>
      <w:pPr>
        <w:pStyle w:val="CodeLine"/>
      </w:pPr>
      <w:r>
        <w:t>import com.mydreamjob.audit.AuditService;</w:t>
      </w:r>
    </w:p>
    <w:p>
      <w:pPr>
        <w:pStyle w:val="CodeLine"/>
      </w:pPr>
      <w:r>
        <w:t>import com.mydreamjob.audit.SecurityAuditService;</w:t>
      </w:r>
    </w:p>
    <w:p>
      <w:pPr>
        <w:pStyle w:val="CodeLine"/>
      </w:pPr>
      <w:r>
        <w:t>import com.mydreamjob.auth.User;</w:t>
      </w:r>
    </w:p>
    <w:p>
      <w:pPr>
        <w:pStyle w:val="CodeLine"/>
      </w:pPr>
      <w:r>
        <w:t>import com.mydreamjob.auth.UserRepository;</w:t>
      </w:r>
    </w:p>
    <w:p>
      <w:pPr>
        <w:pStyle w:val="CodeLine"/>
      </w:pPr>
      <w:r>
        <w:t>import com.mydreamjob.common.exception.BusinessException;</w:t>
      </w:r>
    </w:p>
    <w:p>
      <w:pPr>
        <w:pStyle w:val="CodeLine"/>
      </w:pPr>
      <w:r>
        <w:t>import com.mydreamjob.common.exception.ErrorCode;</w:t>
      </w:r>
    </w:p>
    <w:p>
      <w:pPr>
        <w:pStyle w:val="CodeLine"/>
      </w:pPr>
      <w:r>
        <w:t>import com.mydreamjob.company.Company;</w:t>
      </w:r>
    </w:p>
    <w:p>
      <w:pPr>
        <w:pStyle w:val="CodeLine"/>
      </w:pPr>
      <w:r>
        <w:t>import com.mydreamjob.company.CompanyRepository;</w:t>
      </w:r>
    </w:p>
    <w:p>
      <w:pPr>
        <w:pStyle w:val="CodeLine"/>
      </w:pPr>
      <w:r>
        <w:t>import com.mydreamjob.job.Job;</w:t>
      </w:r>
    </w:p>
    <w:p>
      <w:pPr>
        <w:pStyle w:val="CodeLine"/>
      </w:pPr>
      <w:r>
        <w:t>import com.mydreamjob.job.JobRepository;</w:t>
      </w:r>
    </w:p>
    <w:p>
      <w:pPr>
        <w:pStyle w:val="CodeLine"/>
      </w:pPr>
      <w:r>
        <w:t>import com.mydreamjob.recommendation.JobRecommendationProfile;</w:t>
      </w:r>
    </w:p>
    <w:p>
      <w:pPr>
        <w:pStyle w:val="CodeLine"/>
      </w:pPr>
      <w:r>
        <w:t>import com.mydreamjob.recommendation.JobRecommendationProfileRepository;</w:t>
      </w:r>
    </w:p>
    <w:p>
      <w:pPr>
        <w:pStyle w:val="CodeLine"/>
      </w:pPr>
      <w:r>
        <w:t>import com.mydreamjob.review.ReviewModerationService;</w:t>
      </w:r>
    </w:p>
    <w:p>
      <w:pPr>
        <w:pStyle w:val="CodeLine"/>
      </w:pPr>
      <w:r>
        <w:t>import com.mydreamjob.safety.BlockRelationRepository;</w:t>
      </w:r>
    </w:p>
    <w:p>
      <w:pPr>
        <w:pStyle w:val="CodeLine"/>
      </w:pPr>
      <w:r>
        <w:t>import com.mydreamjob.talentinvitation.dto.CompanyTalentInvitationResponse;</w:t>
      </w:r>
    </w:p>
    <w:p>
      <w:pPr>
        <w:pStyle w:val="CodeLine"/>
      </w:pPr>
      <w:r>
        <w:t>import com.mydreamjob.talentinvitation.dto.CreateTalentInvitationRequest;</w:t>
      </w:r>
    </w:p>
    <w:p>
      <w:pPr>
        <w:pStyle w:val="CodeLine"/>
      </w:pPr>
      <w:r>
        <w:t>import com.mydreamjob.talentinvitation.dto.StudentTalentInvitationResponse;</w:t>
      </w:r>
    </w:p>
    <w:p>
      <w:pPr>
        <w:pStyle w:val="CodeLine"/>
      </w:pPr>
      <w:r>
        <w:t>import com.mydreamjob.talentinvitation.dto.TalentInvitationDecisionRequest;</w:t>
      </w:r>
    </w:p>
    <w:p>
      <w:pPr>
        <w:pStyle w:val="CodeLine"/>
      </w:pPr>
      <w:r>
        <w:t>import com.mydreamjob.talentinvitation.dto.TalentInvitationPageResponse;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org.springframework.dao.DataIntegrityViolationException;</w:t>
      </w:r>
    </w:p>
    <w:p>
      <w:pPr>
        <w:pStyle w:val="CodeLine"/>
      </w:pPr>
      <w:r>
        <w:t>import org.springframework.orm.ObjectOptimisticLockingFailureException;</w:t>
      </w:r>
    </w:p>
    <w:p>
      <w:pPr>
        <w:pStyle w:val="CodeLine"/>
      </w:pPr>
      <w:r>
        <w:t>import org.springframework.data.domain.Page;</w:t>
      </w:r>
    </w:p>
    <w:p>
      <w:pPr>
        <w:pStyle w:val="CodeLine"/>
      </w:pPr>
      <w:r>
        <w:t>import org.springframework.data.domain.PageRequest;</w:t>
      </w:r>
    </w:p>
    <w:p>
      <w:pPr>
        <w:pStyle w:val="CodeLine"/>
      </w:pPr>
      <w:r>
        <w:t>import org.springframework.stereotype.Service;</w:t>
      </w:r>
    </w:p>
    <w:p>
      <w:pPr>
        <w:pStyle w:val="CodeLine"/>
      </w:pPr>
      <w:r>
        <w:t>import org.springframework.transaction.annotation.Transactional;</w:t>
      </w:r>
    </w:p>
    <w:p>
      <w:pPr>
        <w:pStyle w:val="CodeLine"/>
      </w:pPr>
      <w:r>
        <w:t>import java.nio.charset.StandardCharsets;</w:t>
      </w:r>
    </w:p>
    <w:p>
      <w:pPr>
        <w:pStyle w:val="CodeLine"/>
      </w:pPr>
      <w:r>
        <w:t>import java.security.MessageDigest;</w:t>
      </w:r>
    </w:p>
    <w:p>
      <w:pPr>
        <w:pStyle w:val="CodeLine"/>
      </w:pPr>
      <w:r>
        <w:t>import java.time.LocalDate;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import java.time.ZoneId;</w:t>
      </w:r>
    </w:p>
    <w:p>
      <w:pPr>
        <w:pStyle w:val="CodeLine"/>
      </w:pPr>
      <w:r>
        <w:t>import java.util.*;</w:t>
      </w:r>
    </w:p>
    <w:p>
      <w:pPr>
        <w:pStyle w:val="CodeLine"/>
      </w:pPr>
      <w:r>
        <w:t>/** V42 邀约状态机、归属校验、幂等和接受后会话编排。 */</w:t>
      </w:r>
    </w:p>
    <w:p>
      <w:pPr>
        <w:pStyle w:val="CodeLine"/>
      </w:pPr>
      <w:r>
        <w:t>@Service</w:t>
      </w:r>
    </w:p>
    <w:p>
      <w:pPr>
        <w:pStyle w:val="CodeLine"/>
      </w:pPr>
      <w:r>
        <w:t>@RequiredArgsConstructor</w:t>
      </w:r>
    </w:p>
    <w:p>
      <w:pPr>
        <w:pStyle w:val="CodeLine"/>
      </w:pPr>
      <w:r>
        <w:t>public class TalentInvitationService {</w:t>
      </w:r>
    </w:p>
    <w:p>
      <w:pPr>
        <w:pStyle w:val="CodeLine"/>
      </w:pPr>
      <w:r>
        <w:t xml:space="preserve">    private static final ZoneId BUSINESS_ZONE = ZoneId.of("Asia/Shanghai");</w:t>
      </w:r>
    </w:p>
    <w:p>
      <w:pPr>
        <w:pStyle w:val="CodeLine"/>
      </w:pPr>
      <w:r>
        <w:t xml:space="preserve">    private static final int TTL_DAYS = 7;</w:t>
      </w:r>
    </w:p>
    <w:p>
      <w:pPr>
        <w:pStyle w:val="CodeLine"/>
      </w:pPr>
      <w:r>
        <w:t xml:space="preserve">    private static final int COOL_DOWN_DAYS = 30;</w:t>
      </w:r>
    </w:p>
    <w:p>
      <w:pPr>
        <w:pStyle w:val="CodeLine"/>
      </w:pPr>
      <w:r>
        <w:t xml:space="preserve">    private static final int DAILY_COMPANY_LIMIT = 100;</w:t>
      </w:r>
    </w:p>
    <w:p>
      <w:pPr>
        <w:pStyle w:val="CodeLine"/>
      </w:pPr>
      <w:r>
        <w:t xml:space="preserve">    private static final int DAILY_JOB_LIMIT = 20;</w:t>
      </w:r>
    </w:p>
    <w:p>
      <w:pPr>
        <w:pStyle w:val="CodeLine"/>
      </w:pPr>
      <w:r>
        <w:t xml:space="preserve">    private static final ObjectMapper JSON = new ObjectMapper();</w:t>
      </w:r>
    </w:p>
    <w:p>
      <w:pPr>
        <w:pStyle w:val="CodeLine"/>
      </w:pPr>
      <w:r>
        <w:t xml:space="preserve">    private final com.mydreamjob.security.UserRoleGuard userRoleGuard;</w:t>
      </w:r>
    </w:p>
    <w:p>
      <w:pPr>
        <w:pStyle w:val="CodeLine"/>
      </w:pPr>
      <w:r>
        <w:t xml:space="preserve">    private final TalentInvitationRepository invitationRepository;</w:t>
      </w:r>
    </w:p>
    <w:p>
      <w:pPr>
        <w:pStyle w:val="CodeLine"/>
      </w:pPr>
      <w:r>
        <w:t xml:space="preserve">    private final TalentInvitationHistoryRepository historyRepository;</w:t>
      </w:r>
    </w:p>
    <w:p>
      <w:pPr>
        <w:pStyle w:val="CodeLine"/>
      </w:pPr>
      <w:r>
        <w:t xml:space="preserve">    private final UserRepository userRepository;</w:t>
      </w:r>
    </w:p>
    <w:p>
      <w:pPr>
        <w:pStyle w:val="CodeLine"/>
      </w:pPr>
      <w:r>
        <w:t xml:space="preserve">    private final CompanyRepository companyRepository;</w:t>
      </w:r>
    </w:p>
    <w:p>
      <w:pPr>
        <w:pStyle w:val="CodeLine"/>
      </w:pPr>
      <w:r>
        <w:t xml:space="preserve">    private final JobRepository jobRepository;</w:t>
      </w:r>
    </w:p>
    <w:p>
      <w:pPr>
        <w:pStyle w:val="CodeLine"/>
      </w:pPr>
      <w:r>
        <w:t xml:space="preserve">    private final JobRecommendationProfileRepository profileRepository;</w:t>
      </w:r>
    </w:p>
    <w:p>
      <w:pPr>
        <w:pStyle w:val="CodeLine"/>
      </w:pPr>
      <w:r>
        <w:t xml:space="preserve">    private final TalentInvitationCandidateResolver candidateResolver;</w:t>
      </w:r>
    </w:p>
    <w:p>
      <w:pPr>
        <w:pStyle w:val="CodeLine"/>
      </w:pPr>
      <w:r>
        <w:t xml:space="preserve">    private final TalentInvitationConversationService conversationService;</w:t>
      </w:r>
    </w:p>
    <w:p>
      <w:pPr>
        <w:pStyle w:val="CodeLine"/>
      </w:pPr>
      <w:r>
        <w:t xml:space="preserve">    private final TalentInvitationExpiryService expiryService;</w:t>
      </w:r>
    </w:p>
    <w:p>
      <w:pPr>
        <w:pStyle w:val="CodeLine"/>
      </w:pPr>
      <w:r>
        <w:t xml:space="preserve">    private final BlockRelationRepository blockRelationRepository;</w:t>
      </w:r>
    </w:p>
    <w:p>
      <w:pPr>
        <w:pStyle w:val="CodeLine"/>
      </w:pPr>
      <w:r>
        <w:t xml:space="preserve">    private final ReviewModerationService moderationService;</w:t>
      </w:r>
    </w:p>
    <w:p>
      <w:pPr>
        <w:pStyle w:val="CodeLine"/>
      </w:pPr>
      <w:r>
        <w:t xml:space="preserve">    private final AuditService auditService;</w:t>
      </w:r>
    </w:p>
    <w:p>
      <w:pPr>
        <w:pStyle w:val="CodeLine"/>
      </w:pPr>
      <w:r>
        <w:t xml:space="preserve">    private final SecurityAuditService securityAuditService;</w:t>
      </w:r>
    </w:p>
    <w:p>
      <w:pPr>
        <w:pStyle w:val="CodeLine"/>
      </w:pPr>
      <w:r>
        <w:t xml:space="preserve">    @Transactional</w:t>
      </w:r>
    </w:p>
    <w:p>
      <w:pPr>
        <w:pStyle w:val="CodeLine"/>
      </w:pPr>
      <w:r>
        <w:t xml:space="preserve">    public CompanyTalentInvitationResponse create(Long userId, Long jobId, CreateTalentInvitationRequest</w:t>
      </w:r>
    </w:p>
    <w:p>
      <w:pPr>
        <w:pStyle w:val="CodeLine"/>
      </w:pPr>
      <w:r>
        <w:t>request,</w:t>
      </w:r>
    </w:p>
    <w:p>
      <w:pPr>
        <w:pStyle w:val="CodeLine"/>
      </w:pPr>
      <w:r>
        <w:t xml:space="preserve">                                                  AuditContext context) {</w:t>
      </w:r>
    </w:p>
    <w:p>
      <w:pPr>
        <w:pStyle w:val="CodeLine"/>
      </w:pPr>
      <w:r>
        <w:t xml:space="preserve">        if (jobId == null || jobId &lt;= 0) throw new BusinessException(ErrorCode.BAD_REQUEST);</w:t>
      </w:r>
    </w:p>
    <w:p>
      <w:pPr>
        <w:pStyle w:val="CodeLine"/>
      </w:pPr>
      <w:r>
        <w:t xml:space="preserve">        Company company = requireVerifiedCompany(userId);</w:t>
      </w:r>
    </w:p>
    <w:p>
      <w:pPr>
        <w:pStyle w:val="CodeLine"/>
      </w:pPr>
      <w:r>
        <w:t xml:space="preserve">        CreateValues values = validateCreateRequest(request);</w:t>
      </w:r>
    </w:p>
    <w:p>
      <w:pPr>
        <w:pStyle w:val="CodeLine"/>
      </w:pPr>
      <w:r>
        <w:t xml:space="preserve">        // 公司行锁把幂等、冷却和每日限额串在同一锁顺序内；避免并发 COUNT 后同时 INSERT。</w:t>
      </w:r>
    </w:p>
    <w:p>
      <w:pPr>
        <w:pStyle w:val="CodeLine"/>
      </w:pPr>
      <w:r>
        <w:t xml:space="preserve">        companyRepository.findByIdForUpdate(company.getId()).orElseThrow(() -&gt; new</w:t>
      </w:r>
    </w:p>
    <w:p>
      <w:pPr>
        <w:pStyle w:val="CodeLine"/>
      </w:pPr>
      <w:r>
        <w:t>BusinessException(ErrorCode.COMPANY_NOT_FOUND));</w:t>
      </w:r>
    </w:p>
    <w:p>
      <w:pPr>
        <w:pStyle w:val="CodeLine"/>
        <w:pageBreakBefore/>
      </w:pPr>
      <w:r>
        <w:t xml:space="preserve">        Job job = requireOwnedJob(company, jobId);</w:t>
      </w:r>
    </w:p>
    <w:p>
      <w:pPr>
        <w:pStyle w:val="CodeLine"/>
      </w:pPr>
      <w:r>
        <w:t xml:space="preserve">        String digest = sha256(values.candidateKey());</w:t>
      </w:r>
    </w:p>
    <w:p>
      <w:pPr>
        <w:pStyle w:val="CodeLine"/>
      </w:pPr>
      <w:r>
        <w:t xml:space="preserve">        TalentInvitation existingByKey = invitationRepository.findByCompanyIdAndIdempotencyKey(company.getId(</w:t>
      </w:r>
    </w:p>
    <w:p>
      <w:pPr>
        <w:pStyle w:val="CodeLine"/>
      </w:pPr>
      <w:r>
        <w:t>), values.idempotencyKey()).orElse(null);</w:t>
      </w:r>
    </w:p>
    <w:p>
      <w:pPr>
        <w:pStyle w:val="CodeLine"/>
      </w:pPr>
      <w:r>
        <w:t xml:space="preserve">        if (existingByKey != null) {</w:t>
      </w:r>
    </w:p>
    <w:p>
      <w:pPr>
        <w:pStyle w:val="CodeLine"/>
      </w:pPr>
      <w:r>
        <w:t xml:space="preserve">            if (existingByKey.getJobId().equals(jobId)</w:t>
      </w:r>
    </w:p>
    <w:p>
      <w:pPr>
        <w:pStyle w:val="CodeLine"/>
      </w:pPr>
      <w:r>
        <w:t xml:space="preserve">                    &amp;&amp; digest.equals(existingByKey.getCandidateKeyDigest())</w:t>
      </w:r>
    </w:p>
    <w:p>
      <w:pPr>
        <w:pStyle w:val="CodeLine"/>
      </w:pPr>
      <w:r>
        <w:t xml:space="preserve">                    &amp;&amp; values.message().equals(existingByKey.getMessage())) {</w:t>
      </w:r>
    </w:p>
    <w:p>
      <w:pPr>
        <w:pStyle w:val="CodeLine"/>
      </w:pPr>
      <w:r>
        <w:t xml:space="preserve">                return toCompanyResponse(existingByKey, job);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    throw new BusinessException(ErrorCode.TALENT_INVITATION_IDEMPOTENCY_CONFLICT);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(!"PUBLISHED".equals(job.getStatus())) throw new BusinessException(ErrorCode.INVALID_JOB_STATUS_TR</w:t>
      </w:r>
    </w:p>
    <w:p>
      <w:pPr>
        <w:pStyle w:val="CodeLine"/>
      </w:pPr>
      <w:r>
        <w:t>ANSITION);</w:t>
      </w:r>
    </w:p>
    <w:p>
      <w:pPr>
        <w:pStyle w:val="CodeLine"/>
      </w:pPr>
      <w:r>
        <w:t xml:space="preserve">        JobRecommendationProfile profile = profileRepository.findByJobId(jobId).orElse(null);</w:t>
      </w:r>
    </w:p>
    <w:p>
      <w:pPr>
        <w:pStyle w:val="CodeLine"/>
      </w:pPr>
      <w:r>
        <w:t xml:space="preserve">        if (profile == null || !Boolean.TRUE.equals(profile.getEnabled())</w:t>
      </w:r>
    </w:p>
    <w:p>
      <w:pPr>
        <w:pStyle w:val="CodeLine"/>
      </w:pPr>
      <w:r>
        <w:t xml:space="preserve">                || !JobRecommendationProfile.APPROVED.equals(profile.getReviewStatus())) {</w:t>
      </w:r>
    </w:p>
    <w:p>
      <w:pPr>
        <w:pStyle w:val="CodeLine"/>
      </w:pPr>
      <w:r>
        <w:t xml:space="preserve">            throw new BusinessException(ErrorCode.TALENT_INVITATION_CANDIDATE_UNAVAILABLE);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LocalDateTime now = LocalDateTime.now(BUSINESS_ZONE);</w:t>
      </w:r>
    </w:p>
    <w:p>
      <w:pPr>
        <w:pStyle w:val="CodeLine"/>
      </w:pPr>
      <w:r>
        <w:t xml:space="preserve">        TalentInvitationCandidateResolver.Resolution resolution = candidateResolver.resolve(company.getId(),</w:t>
      </w:r>
    </w:p>
    <w:p>
      <w:pPr>
        <w:pStyle w:val="CodeLine"/>
      </w:pPr>
      <w:r>
        <w:t>jobId, values.candidateKey(),</w:t>
      </w:r>
    </w:p>
    <w:p>
      <w:pPr>
        <w:pStyle w:val="CodeLine"/>
      </w:pPr>
      <w:r>
        <w:t>now);</w:t>
      </w:r>
    </w:p>
    <w:p>
      <w:pPr>
        <w:pStyle w:val="CodeLine"/>
      </w:pPr>
      <w:r>
        <w:t xml:space="preserve">        if (!resolution.matched()) throw new BusinessException(ErrorCode.TALENT_INVITATION_CANDIDATE_UNAVAILA</w:t>
      </w:r>
    </w:p>
    <w:p>
      <w:pPr>
        <w:pStyle w:val="CodeLine"/>
      </w:pPr>
      <w:r>
        <w:t>BLE);</w:t>
      </w:r>
    </w:p>
    <w:p>
      <w:pPr>
        <w:pStyle w:val="CodeLine"/>
      </w:pPr>
      <w:r>
        <w:t xml:space="preserve">        if (invitationRepository.findByCompanyIdAndJobIdAndStudentUserIdAndStatus(</w:t>
      </w:r>
    </w:p>
    <w:p>
      <w:pPr>
        <w:pStyle w:val="CodeLine"/>
      </w:pPr>
      <w:r>
        <w:t xml:space="preserve">                company.getId(), jobId, resolution.studentUserId(), TalentInvitation.PENDING).isPresent()) {</w:t>
      </w:r>
    </w:p>
    <w:p>
      <w:pPr>
        <w:pStyle w:val="CodeLine"/>
      </w:pPr>
      <w:r>
        <w:t xml:space="preserve">            throw new BusinessException(ErrorCode.TALENT_INVITATION_ALREADY_ACTIVE);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LocalDateTime cooldownSince = now.minusDays(COOL_DOWN_DAYS);</w:t>
      </w:r>
    </w:p>
    <w:p>
      <w:pPr>
        <w:pStyle w:val="CodeLine"/>
      </w:pPr>
      <w:r>
        <w:t xml:space="preserve">        if (invitationRepository.existsInCooldown(company.getId(), resolution.studentUserId(),</w:t>
      </w:r>
    </w:p>
    <w:p>
      <w:pPr>
        <w:pStyle w:val="CodeLine"/>
      </w:pPr>
      <w:r>
        <w:t>cooldownSince))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    throw new BusinessException(ErrorCode.TALENT_INVITATION_ALREADY_ACTIVE);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LocalDateTime dayStart = now.toLocalDate().atStartOfDay();</w:t>
      </w:r>
    </w:p>
    <w:p>
      <w:pPr>
        <w:pStyle w:val="CodeLine"/>
      </w:pPr>
      <w:r>
        <w:t xml:space="preserve">        LocalDateTime nextDay = dayStart.plusDays(1);</w:t>
      </w:r>
    </w:p>
    <w:p>
      <w:pPr>
        <w:pStyle w:val="CodeLine"/>
      </w:pPr>
      <w:r>
        <w:t xml:space="preserve">        if (invitationRepository.countJobCreatedBetween(company.getId(), jobId, dayStart, nextDay) &gt;=</w:t>
      </w:r>
    </w:p>
    <w:p>
      <w:pPr>
        <w:pStyle w:val="CodeLine"/>
      </w:pPr>
      <w:r>
        <w:t>DAILY_JOB_LIMIT</w:t>
      </w:r>
    </w:p>
    <w:p>
      <w:pPr>
        <w:pStyle w:val="CodeLine"/>
      </w:pPr>
      <w:r>
        <w:t xml:space="preserve">                || invitationRepository.countCreatedBetween(company.getId(), dayStart, nextDay) &gt;=</w:t>
      </w:r>
    </w:p>
    <w:p>
      <w:pPr>
        <w:pStyle w:val="CodeLine"/>
      </w:pPr>
      <w:r>
        <w:t>DAILY_COMPANY_LIMIT)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    throw new BusinessException(ErrorCode.TALENT_INVITATION_RATE_LIMITED);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ReviewModerationService.ModerationResult moderation = moderationService.moderateCompanyReply(values.m</w:t>
      </w:r>
    </w:p>
    <w:p>
      <w:pPr>
        <w:pStyle w:val="CodeLine"/>
      </w:pPr>
      <w:r>
        <w:t>essage());</w:t>
      </w:r>
    </w:p>
    <w:p>
      <w:pPr>
        <w:pStyle w:val="CodeLine"/>
      </w:pPr>
      <w:r>
        <w:t xml:space="preserve">        if (!moderation.getReasonCodes().isEmpty()) {</w:t>
      </w:r>
    </w:p>
    <w:p>
      <w:pPr>
        <w:pStyle w:val="CodeLine"/>
      </w:pPr>
      <w:r>
        <w:t xml:space="preserve">            auditRejected(userId, company.getId(), jobId, context);</w:t>
      </w:r>
    </w:p>
    <w:p>
      <w:pPr>
        <w:pStyle w:val="CodeLine"/>
      </w:pPr>
      <w:r>
        <w:t xml:space="preserve">            throw new BusinessException(ErrorCode.TALENT_INVITATION_CONTENT_INVALID);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TalentInvitation invitation = TalentInvitation.builder()</w:t>
      </w:r>
    </w:p>
    <w:p>
      <w:pPr>
        <w:pStyle w:val="CodeLine"/>
      </w:pPr>
      <w:r>
        <w:t xml:space="preserve">                .companyId(company.getId()).jobId(jobId).studentUserId(resolution.studentUserId())</w:t>
      </w:r>
    </w:p>
    <w:p>
      <w:pPr>
        <w:pStyle w:val="CodeLine"/>
      </w:pPr>
      <w:r>
        <w:t xml:space="preserve">                .candidateKeyDigest(digest).message(values.message()).idempotencyKey(values.idempotencyKey())</w:t>
      </w:r>
    </w:p>
    <w:p>
      <w:pPr>
        <w:pStyle w:val="CodeLine"/>
      </w:pPr>
      <w:r>
        <w:t xml:space="preserve">                .activeKey(company.getId() + ":" + jobId + ":" + resolution.studentUserId())</w:t>
      </w:r>
    </w:p>
    <w:p>
      <w:pPr>
        <w:pStyle w:val="CodeLine"/>
      </w:pPr>
      <w:r>
        <w:t xml:space="preserve">                .status(TalentInvitation.PENDING).expiresAt(now.plusDays(TTL_DAYS)).version(0L).build();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invitation = invitationRepository.saveAndFlush(invitation);</w:t>
      </w:r>
    </w:p>
    <w:p>
      <w:pPr>
        <w:pStyle w:val="CodeLine"/>
      </w:pPr>
      <w:r>
        <w:t xml:space="preserve">        } catch (DataIntegrityViolationException ex) {</w:t>
      </w:r>
    </w:p>
    <w:p>
      <w:pPr>
        <w:pStyle w:val="CodeLine"/>
      </w:pPr>
      <w:r>
        <w:t xml:space="preserve">            // 公司行锁正常情况下已串行；唯一约束是异常路径的最终防线，统一转换为业务冲突。</w:t>
      </w:r>
    </w:p>
    <w:p>
      <w:pPr>
        <w:pStyle w:val="CodeLine"/>
      </w:pPr>
      <w:r>
        <w:t xml:space="preserve">            throw new BusinessException(ErrorCode.TALENT_INVITATION_ALREADY_ACTIVE);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historyRepository.save(TalentInvitationHistory.builder().invitationId(invitation.getId())</w:t>
      </w:r>
    </w:p>
    <w:p>
      <w:pPr>
        <w:pStyle w:val="CodeLine"/>
      </w:pPr>
      <w:r>
        <w:t xml:space="preserve">                .action(TalentInvitationHistory.CREATED).actorUserId(userId).build());</w:t>
      </w:r>
    </w:p>
    <w:p>
      <w:pPr>
        <w:pStyle w:val="CodeLine"/>
      </w:pPr>
      <w:r>
        <w:t xml:space="preserve">        audit(userId, "TALENT_INVITATION_CREATED", invitation, context);</w:t>
      </w:r>
    </w:p>
    <w:p>
      <w:pPr>
        <w:pStyle w:val="CodeLine"/>
      </w:pPr>
      <w:r>
        <w:t xml:space="preserve">        return toCompanyResponse(invitation, job);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@Transactional(readOnly = true)</w:t>
      </w:r>
    </w:p>
    <w:p>
      <w:pPr>
        <w:pStyle w:val="CodeLine"/>
      </w:pPr>
      <w:r>
        <w:t xml:space="preserve">    public TalentInvitationPageResponse&lt;CompanyTalentInvitationResponse&gt; listCompany(Long userId, int page,</w:t>
      </w:r>
    </w:p>
    <w:p>
      <w:pPr>
        <w:pStyle w:val="CodeLine"/>
      </w:pPr>
      <w:r>
        <w:t>int size)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validatePage(page, size);</w:t>
      </w:r>
    </w:p>
    <w:p>
      <w:pPr>
        <w:pStyle w:val="CodeLine"/>
      </w:pPr>
      <w:r>
        <w:t xml:space="preserve">        Company company = requireVerifiedCompany(userId);</w:t>
      </w:r>
    </w:p>
    <w:p>
      <w:pPr>
        <w:pStyle w:val="CodeLine"/>
        <w:pageBreakBefore/>
      </w:pPr>
      <w:r>
        <w:t xml:space="preserve">        Page&lt;TalentInvitation&gt; invitations = invitationRepository.findByCompanyIdOrderByCreatedAtDescIdDesc(</w:t>
      </w:r>
    </w:p>
    <w:p>
      <w:pPr>
        <w:pStyle w:val="CodeLine"/>
      </w:pPr>
      <w:r>
        <w:t xml:space="preserve">                company.getId(), PageRequest.of(page, size));</w:t>
      </w:r>
    </w:p>
    <w:p>
      <w:pPr>
        <w:pStyle w:val="CodeLine"/>
      </w:pPr>
      <w:r>
        <w:t xml:space="preserve">        List&lt;Long&gt; jobIds = invitations.getContent().stream().map(TalentInvitation::getJobId).distinct().toLi</w:t>
      </w:r>
    </w:p>
    <w:p>
      <w:pPr>
        <w:pStyle w:val="CodeLine"/>
      </w:pPr>
      <w:r>
        <w:t>st();</w:t>
      </w:r>
    </w:p>
    <w:p>
      <w:pPr>
        <w:pStyle w:val="CodeLine"/>
      </w:pPr>
      <w:r>
        <w:t xml:space="preserve">        Map&lt;Long, Job&gt; jobs = new HashMap&lt;&gt;();</w:t>
      </w:r>
    </w:p>
    <w:p>
      <w:pPr>
        <w:pStyle w:val="CodeLine"/>
      </w:pPr>
      <w:r>
        <w:t xml:space="preserve">        jobRepository.findAllById(jobIds).forEach(job -&gt; jobs.put(job.getId(), job));</w:t>
      </w:r>
    </w:p>
    <w:p>
      <w:pPr>
        <w:pStyle w:val="CodeLine"/>
      </w:pPr>
      <w:r>
        <w:t xml:space="preserve">        List&lt;CompanyTalentInvitationResponse&gt; items = invitations.getContent().stream()</w:t>
      </w:r>
    </w:p>
    <w:p>
      <w:pPr>
        <w:pStyle w:val="CodeLine"/>
      </w:pPr>
      <w:r>
        <w:t xml:space="preserve">                .map(inv -&gt; toCompanyResponse(inv, jobs.get(inv.getJobId()))).toList();</w:t>
      </w:r>
    </w:p>
    <w:p>
      <w:pPr>
        <w:pStyle w:val="CodeLine"/>
      </w:pPr>
      <w:r>
        <w:t xml:space="preserve">        return page(items, invitations);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@Transactional(readOnly = true)</w:t>
      </w:r>
    </w:p>
    <w:p>
      <w:pPr>
        <w:pStyle w:val="CodeLine"/>
      </w:pPr>
      <w:r>
        <w:t xml:space="preserve">    public CompanyTalentInvitationResponse getCompany(Long userId, Long invitationId, AuditContext context) {</w:t>
      </w:r>
    </w:p>
    <w:p>
      <w:pPr>
        <w:pStyle w:val="CodeLine"/>
      </w:pPr>
      <w:r>
        <w:t xml:space="preserve">        Company company = requireVerifiedCompany(userId);</w:t>
      </w:r>
    </w:p>
    <w:p>
      <w:pPr>
        <w:pStyle w:val="CodeLine"/>
      </w:pPr>
      <w:r>
        <w:t xml:space="preserve">        TalentInvitation invitation = invitationRepository.findById(invitationId)</w:t>
      </w:r>
    </w:p>
    <w:p>
      <w:pPr>
        <w:pStyle w:val="CodeLine"/>
      </w:pPr>
      <w:r>
        <w:t xml:space="preserve">                .orElseThrow(() -&gt; new BusinessException(ErrorCode.TALENT_INVITATION_NOT_FOUND));</w:t>
      </w:r>
    </w:p>
    <w:p>
      <w:pPr>
        <w:pStyle w:val="CodeLine"/>
      </w:pPr>
      <w:r>
        <w:t xml:space="preserve">        if (!company.getId().equals(invitation.getCompanyId())) {</w:t>
      </w:r>
    </w:p>
    <w:p>
      <w:pPr>
        <w:pStyle w:val="CodeLine"/>
      </w:pPr>
      <w:r>
        <w:t xml:space="preserve">            // 跨企业邀约统一按越权处理，不返回岗位/候选等任何业务字段。</w:t>
      </w:r>
    </w:p>
    <w:p>
      <w:pPr>
        <w:pStyle w:val="CodeLine"/>
      </w:pPr>
      <w:r>
        <w:t xml:space="preserve">            throw new BusinessException(ErrorCode.FORBIDDEN);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(expireIfDue(invitation, context)) {</w:t>
      </w:r>
    </w:p>
    <w:p>
      <w:pPr>
        <w:pStyle w:val="CodeLine"/>
      </w:pPr>
      <w:r>
        <w:t xml:space="preserve">            throw new BusinessException(ErrorCode.TALENT_INVITATION_EXPIRED);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Job job = jobRepository.findById(invitation.getJobId())</w:t>
      </w:r>
    </w:p>
    <w:p>
      <w:pPr>
        <w:pStyle w:val="CodeLine"/>
      </w:pPr>
      <w:r>
        <w:t xml:space="preserve">                .orElseThrow(() -&gt; new BusinessException(ErrorCode.TALENT_INVITATION_NOT_FOUND));</w:t>
      </w:r>
    </w:p>
    <w:p>
      <w:pPr>
        <w:pStyle w:val="CodeLine"/>
      </w:pPr>
      <w:r>
        <w:t xml:space="preserve">        return toCompanyResponse(invitationRepository.findById(invitationId).orElse(invitation), job);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@Transactional(readOnly = true)</w:t>
      </w:r>
    </w:p>
    <w:p>
      <w:pPr>
        <w:pStyle w:val="CodeLine"/>
      </w:pPr>
      <w:r>
        <w:t xml:space="preserve">    public TalentInvitationPageResponse&lt;StudentTalentInvitationResponse&gt; listStudent(Long userId, int page,</w:t>
      </w:r>
    </w:p>
    <w:p>
      <w:pPr>
        <w:pStyle w:val="CodeLine"/>
      </w:pPr>
      <w:r>
        <w:t>int size)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userRoleGuard.requireStudent(userId);</w:t>
      </w:r>
    </w:p>
    <w:p>
      <w:pPr>
        <w:pStyle w:val="CodeLine"/>
      </w:pPr>
      <w:r>
        <w:t xml:space="preserve">        validatePage(page, size);</w:t>
      </w:r>
    </w:p>
    <w:p>
      <w:pPr>
        <w:pStyle w:val="CodeLine"/>
      </w:pPr>
      <w:r>
        <w:t xml:space="preserve">        Page&lt;TalentInvitation&gt; invitations = invitationRepository.findByStudentUserIdOrderByCreatedAtDescIdDe</w:t>
      </w:r>
    </w:p>
    <w:p>
      <w:pPr>
        <w:pStyle w:val="CodeLine"/>
      </w:pPr>
      <w:r>
        <w:t>sc(</w:t>
      </w:r>
    </w:p>
    <w:p>
      <w:pPr>
        <w:pStyle w:val="CodeLine"/>
      </w:pPr>
      <w:r>
        <w:t xml:space="preserve">                userId, PageRequest.of(page, size));</w:t>
      </w:r>
    </w:p>
    <w:p>
      <w:pPr>
        <w:pStyle w:val="CodeLine"/>
      </w:pPr>
      <w:r>
        <w:t xml:space="preserve">        List&lt;Long&gt; jobIds = invitations.getContent().stream().map(TalentInvitation::getJobId).distinct().toLi</w:t>
      </w:r>
    </w:p>
    <w:p>
      <w:pPr>
        <w:pStyle w:val="CodeLine"/>
      </w:pPr>
      <w:r>
        <w:t>st();</w:t>
      </w:r>
    </w:p>
    <w:p>
      <w:pPr>
        <w:pStyle w:val="CodeLine"/>
      </w:pPr>
      <w:r>
        <w:t xml:space="preserve">        List&lt;Long&gt; companyIds = invitations.getContent().stream().map(TalentInvitation::getCompanyId).distinc</w:t>
      </w:r>
    </w:p>
    <w:p>
      <w:pPr>
        <w:pStyle w:val="CodeLine"/>
      </w:pPr>
      <w:r>
        <w:t>t().toList();</w:t>
      </w:r>
    </w:p>
    <w:p>
      <w:pPr>
        <w:pStyle w:val="CodeLine"/>
      </w:pPr>
      <w:r>
        <w:t xml:space="preserve">        Map&lt;Long, Job&gt; jobs = new HashMap&lt;&gt;();</w:t>
      </w:r>
    </w:p>
    <w:p>
      <w:pPr>
        <w:pStyle w:val="CodeLine"/>
      </w:pPr>
      <w:r>
        <w:t xml:space="preserve">        Map&lt;Long, Company&gt; companies = new HashMap&lt;&gt;();</w:t>
      </w:r>
    </w:p>
    <w:p>
      <w:pPr>
        <w:pStyle w:val="CodeLine"/>
      </w:pPr>
      <w:r>
        <w:t xml:space="preserve">        jobRepository.findAllById(jobIds).forEach(job -&gt; jobs.put(job.getId(), job));</w:t>
      </w:r>
    </w:p>
    <w:p>
      <w:pPr>
        <w:pStyle w:val="CodeLine"/>
      </w:pPr>
      <w:r>
        <w:t xml:space="preserve">        companyRepository.findAllById(companyIds).forEach(company -&gt; companies.put(company.getId(),</w:t>
      </w:r>
    </w:p>
    <w:p>
      <w:pPr>
        <w:pStyle w:val="CodeLine"/>
      </w:pPr>
      <w:r>
        <w:t>company));</w:t>
      </w:r>
    </w:p>
    <w:p>
      <w:pPr>
        <w:pStyle w:val="CodeLine"/>
      </w:pPr>
      <w:r>
        <w:t xml:space="preserve">        List&lt;StudentTalentInvitationResponse&gt; items = invitations.getContent().stream()</w:t>
      </w:r>
    </w:p>
    <w:p>
      <w:pPr>
        <w:pStyle w:val="CodeLine"/>
      </w:pPr>
      <w:r>
        <w:t xml:space="preserve">                .map(inv -&gt; toStudentResponse(inv, jobs.get(inv.getJobId()),</w:t>
      </w:r>
    </w:p>
    <w:p>
      <w:pPr>
        <w:pStyle w:val="CodeLine"/>
      </w:pPr>
      <w:r>
        <w:t>companies.get(inv.getCompanyId()))).toList();</w:t>
      </w:r>
    </w:p>
    <w:p>
      <w:pPr>
        <w:pStyle w:val="CodeLine"/>
      </w:pPr>
      <w:r>
        <w:t xml:space="preserve">        return pageStudent(items, invitations);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</w:t>
      </w:r>
    </w:p>
    <w:p>
      <w:pPr>
        <w:pStyle w:val="CodeLine"/>
      </w:pPr>
      <w:r>
        <w:t xml:space="preserve">    public StudentTalentInvitationResponse getStudent(Long userId, Long invitationId, AuditContext context) {</w:t>
      </w:r>
    </w:p>
    <w:p>
      <w:pPr>
        <w:pStyle w:val="CodeLine"/>
      </w:pPr>
      <w:r>
        <w:t xml:space="preserve">        userRoleGuard.requireStudent(userId);</w:t>
      </w:r>
    </w:p>
    <w:p>
      <w:pPr>
        <w:pStyle w:val="CodeLine"/>
      </w:pPr>
      <w:r>
        <w:t xml:space="preserve">        TalentInvitation invitation = invitationRepository.findByIdAndStudentUserId(invitationId, userId)</w:t>
      </w:r>
    </w:p>
    <w:p>
      <w:pPr>
        <w:pStyle w:val="CodeLine"/>
      </w:pPr>
      <w:r>
        <w:t xml:space="preserve">                .orElseThrow(() -&gt; new BusinessException(ErrorCode.TALENT_INVITATION_NOT_FOUND));</w:t>
      </w:r>
    </w:p>
    <w:p>
      <w:pPr>
        <w:pStyle w:val="CodeLine"/>
      </w:pPr>
      <w:r>
        <w:t xml:space="preserve">        if (expireIfDue(invitation, context)) {</w:t>
      </w:r>
    </w:p>
    <w:p>
      <w:pPr>
        <w:pStyle w:val="CodeLine"/>
      </w:pPr>
      <w:r>
        <w:t xml:space="preserve">            throw new BusinessException(ErrorCode.TALENT_INVITATION_EXPIRED);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TalentInvitation current = invitationRepository.findById(invitationId).orElse(invitation);</w:t>
      </w:r>
    </w:p>
    <w:p>
      <w:pPr>
        <w:pStyle w:val="CodeLine"/>
      </w:pPr>
      <w:r>
        <w:t xml:space="preserve">        Job job = jobRepository.findById(current.getJobId())</w:t>
      </w:r>
    </w:p>
    <w:p>
      <w:pPr>
        <w:pStyle w:val="CodeLine"/>
      </w:pPr>
      <w:r>
        <w:t xml:space="preserve">                .orElseThrow(() -&gt; new BusinessException(ErrorCode.TALENT_INVITATION_NOT_FOUND));</w:t>
      </w:r>
    </w:p>
    <w:p>
      <w:pPr>
        <w:pStyle w:val="CodeLine"/>
      </w:pPr>
      <w:r>
        <w:t xml:space="preserve">        Company company = companyRepository.findById(current.getCompanyId())</w:t>
      </w:r>
    </w:p>
    <w:p>
      <w:pPr>
        <w:pStyle w:val="CodeLine"/>
      </w:pPr>
      <w:r>
        <w:t xml:space="preserve">                .orElseThrow(() -&gt; new BusinessException(ErrorCode.TALENT_INVITATION_NOT_FOUND));</w:t>
      </w:r>
    </w:p>
    <w:p>
      <w:pPr>
        <w:pStyle w:val="CodeLine"/>
      </w:pPr>
      <w:r>
        <w:t xml:space="preserve">        return toStudentResponse(current, job, company);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@Transactional</w:t>
      </w:r>
    </w:p>
    <w:p>
      <w:pPr>
        <w:pStyle w:val="CodeLine"/>
      </w:pPr>
      <w:r>
        <w:t xml:space="preserve">    public StudentTalentInvitationResponse decide(Long userId, Long invitationId,</w:t>
      </w:r>
    </w:p>
    <w:p>
      <w:pPr>
        <w:pStyle w:val="CodeLine"/>
      </w:pPr>
      <w:r>
        <w:t>TalentInvitationDecisionRequest</w:t>
      </w:r>
    </w:p>
    <w:p>
      <w:pPr>
        <w:pStyle w:val="CodeLine"/>
      </w:pPr>
      <w:r>
        <w:t>request,</w:t>
      </w:r>
    </w:p>
    <w:p>
      <w:pPr>
        <w:pStyle w:val="CodeLine"/>
      </w:pPr>
      <w:r>
        <w:t xml:space="preserve">                                                  AuditContext context) {</w:t>
      </w:r>
    </w:p>
    <w:p>
      <w:pPr>
        <w:pStyle w:val="CodeLine"/>
      </w:pPr>
      <w:r>
        <w:t xml:space="preserve">        userRoleGuard.requireStudent(userId);</w:t>
      </w:r>
    </w:p>
    <w:p>
      <w:pPr>
        <w:pStyle w:val="CodeLine"/>
      </w:pPr>
      <w:r>
        <w:t xml:space="preserve">        if (request == null || request.getDecision() == null || request.getExpectedVersion() == null</w:t>
      </w:r>
    </w:p>
    <w:p>
      <w:pPr>
        <w:pStyle w:val="CodeLine"/>
      </w:pPr>
      <w:r>
        <w:t xml:space="preserve">                || !("ACCEPT".equals(request.getDecision()) || "REJECT".equals(request.getDecision()))) {</w:t>
      </w:r>
    </w:p>
    <w:p>
      <w:pPr>
        <w:pStyle w:val="CodeLine"/>
        <w:pageBreakBefore/>
      </w:pPr>
      <w:r>
        <w:t xml:space="preserve">            throw new BusinessException(ErrorCode.TALENT_INVITATION_CONTENT_INVALID);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TalentInvitation invitation = invitationRepository.findByIdAndStudentUserId(invitationId, userId)</w:t>
      </w:r>
    </w:p>
    <w:p>
      <w:pPr>
        <w:pStyle w:val="CodeLine"/>
      </w:pPr>
      <w:r>
        <w:t xml:space="preserve">                .orElseThrow(() -&gt; new BusinessException(ErrorCode.TALENT_INVITATION_NOT_FOUND));</w:t>
      </w:r>
    </w:p>
    <w:p>
      <w:pPr>
        <w:pStyle w:val="CodeLine"/>
      </w:pPr>
      <w:r>
        <w:t xml:space="preserve">        LocalDateTime now = LocalDateTime.now(BUSINESS_ZONE);</w:t>
      </w:r>
    </w:p>
    <w:p>
      <w:pPr>
        <w:pStyle w:val="CodeLine"/>
      </w:pPr>
      <w:r>
        <w:t xml:space="preserve">        if (TalentInvitation.PENDING.equals(invitation.getStatus()) &amp;&amp;</w:t>
      </w:r>
    </w:p>
    <w:p>
      <w:pPr>
        <w:pStyle w:val="CodeLine"/>
      </w:pPr>
      <w:r>
        <w:t>!invitation.getExpiresAt().isAfter(now))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    if (expiryService.expireIfDue(invitationId, now, context)) {</w:t>
      </w:r>
    </w:p>
    <w:p>
      <w:pPr>
        <w:pStyle w:val="CodeLine"/>
      </w:pPr>
      <w:r>
        <w:t xml:space="preserve">                throw new BusinessException(ErrorCode.TALENT_INVITATION_EXPIRED);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TalentInvitation current = invitationRepository.findByIdAndStudentUserId(invitationId, userId)</w:t>
      </w:r>
    </w:p>
    <w:p>
      <w:pPr>
        <w:pStyle w:val="CodeLine"/>
      </w:pPr>
      <w:r>
        <w:t xml:space="preserve">                .orElseThrow(() -&gt; new BusinessException(ErrorCode.TALENT_INVITATION_NOT_FOUND));</w:t>
      </w:r>
    </w:p>
    <w:p>
      <w:pPr>
        <w:pStyle w:val="CodeLine"/>
      </w:pPr>
      <w:r>
        <w:t xml:space="preserve">        String target = "ACCEPT".equals(request.getDecision()) ? TalentInvitation.ACCEPTED :</w:t>
      </w:r>
    </w:p>
    <w:p>
      <w:pPr>
        <w:pStyle w:val="CodeLine"/>
      </w:pPr>
      <w:r>
        <w:t>TalentInvitation.REJECTED;</w:t>
      </w:r>
    </w:p>
    <w:p>
      <w:pPr>
        <w:pStyle w:val="CodeLine"/>
      </w:pPr>
      <w:r>
        <w:t xml:space="preserve">        if (!TalentInvitation.PENDING.equals(current.getStatus())) {</w:t>
      </w:r>
    </w:p>
    <w:p>
      <w:pPr>
        <w:pStyle w:val="CodeLine"/>
      </w:pPr>
      <w:r>
        <w:t xml:space="preserve">            if (target.equals(current.getStatus())) return studentResponse(current);</w:t>
      </w:r>
    </w:p>
    <w:p>
      <w:pPr>
        <w:pStyle w:val="CodeLine"/>
      </w:pPr>
      <w:r>
        <w:t xml:space="preserve">            if (TalentInvitation.EXPIRED.equals(current.getStatus())) throw new</w:t>
      </w:r>
    </w:p>
    <w:p>
      <w:pPr>
        <w:pStyle w:val="CodeLine"/>
      </w:pPr>
      <w:r>
        <w:t>BusinessException(ErrorCode.TALENT_INVITATION_EXPIRED);</w:t>
      </w:r>
    </w:p>
    <w:p>
      <w:pPr>
        <w:pStyle w:val="CodeLine"/>
      </w:pPr>
      <w:r>
        <w:t xml:space="preserve">            throw new BusinessException(ErrorCode.TALENT_INVITATION_INVALID_STATE);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(TalentInvitation.ACCEPTED.equals(target) &amp;&amp; isBlocked(current)) {</w:t>
      </w:r>
    </w:p>
    <w:p>
      <w:pPr>
        <w:pStyle w:val="CodeLine"/>
      </w:pPr>
      <w:r>
        <w:t xml:space="preserve">            throw new BusinessException(ErrorCode.FORBIDDEN);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int updated;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updated = invitationRepository.decide(invitationId, userId, target,</w:t>
      </w:r>
    </w:p>
    <w:p>
      <w:pPr>
        <w:pStyle w:val="CodeLine"/>
      </w:pPr>
      <w:r>
        <w:t>request.getExpectedVersion(), now,</w:t>
      </w:r>
    </w:p>
    <w:p>
      <w:pPr>
        <w:pStyle w:val="CodeLine"/>
      </w:pPr>
      <w:r>
        <w:t>now);</w:t>
      </w:r>
    </w:p>
    <w:p>
      <w:pPr>
        <w:pStyle w:val="CodeLine"/>
      </w:pPr>
      <w:r>
        <w:t xml:space="preserve">        } catch (ObjectOptimisticLockingFailureException ex) {</w:t>
      </w:r>
    </w:p>
    <w:p>
      <w:pPr>
        <w:pStyle w:val="CodeLine"/>
      </w:pPr>
      <w:r>
        <w:t xml:space="preserve">            throw new BusinessException(ErrorCode.TALENT_INVITATION_CONCURRENT_UPDATE);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(updated != 1) {</w:t>
      </w:r>
    </w:p>
    <w:p>
      <w:pPr>
        <w:pStyle w:val="CodeLine"/>
      </w:pPr>
      <w:r>
        <w:t xml:space="preserve">            TalentInvitation after = invitationRepository.findByIdAndStudentUserId(invitationId,</w:t>
      </w:r>
    </w:p>
    <w:p>
      <w:pPr>
        <w:pStyle w:val="CodeLine"/>
      </w:pPr>
      <w:r>
        <w:t>userId).orElse(null);</w:t>
      </w:r>
    </w:p>
    <w:p>
      <w:pPr>
        <w:pStyle w:val="CodeLine"/>
      </w:pPr>
      <w:r>
        <w:t xml:space="preserve">            if (after != null &amp;&amp; target.equals(after.getStatus())) return studentResponse(after);</w:t>
      </w:r>
    </w:p>
    <w:p>
      <w:pPr>
        <w:pStyle w:val="CodeLine"/>
      </w:pPr>
      <w:r>
        <w:t xml:space="preserve">            if (after != null &amp;&amp; TalentInvitation.EXPIRED.equals(after.getStatus())) throw new</w:t>
      </w:r>
    </w:p>
    <w:p>
      <w:pPr>
        <w:pStyle w:val="CodeLine"/>
      </w:pPr>
      <w:r>
        <w:t>BusinessException(ErrorCode.TALENT_INVITATION_EXPIRED);</w:t>
      </w:r>
    </w:p>
    <w:p>
      <w:pPr>
        <w:pStyle w:val="CodeLine"/>
      </w:pPr>
      <w:r>
        <w:t xml:space="preserve">            throw new BusinessException(ErrorCode.TALENT_INVITATION_CONCURRENT_UPDATE);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TalentInvitation saved = invitationRepository.findByIdAndStudentUserId(invitationId, userId)</w:t>
      </w:r>
    </w:p>
    <w:p>
      <w:pPr>
        <w:pStyle w:val="CodeLine"/>
      </w:pPr>
      <w:r>
        <w:t xml:space="preserve">                .orElseThrow(() -&gt; new BusinessException(ErrorCode.TALENT_INVITATION_NOT_FOUND));</w:t>
      </w:r>
    </w:p>
    <w:p>
      <w:pPr>
        <w:pStyle w:val="CodeLine"/>
      </w:pPr>
      <w:r>
        <w:t xml:space="preserve">        Job job = jobRepository.findById(saved.getJobId()).orElseThrow(() -&gt; new</w:t>
      </w:r>
    </w:p>
    <w:p>
      <w:pPr>
        <w:pStyle w:val="CodeLine"/>
      </w:pPr>
      <w:r>
        <w:t>BusinessException(ErrorCode.TALENT_INVITATION_NOT_FOUND));</w:t>
      </w:r>
    </w:p>
    <w:p>
      <w:pPr>
        <w:pStyle w:val="CodeLine"/>
      </w:pPr>
      <w:r>
        <w:t xml:space="preserve">        Company company = companyRepository.findById(saved.getCompanyId()).orElseThrow(() -&gt; new</w:t>
      </w:r>
    </w:p>
    <w:p>
      <w:pPr>
        <w:pStyle w:val="CodeLine"/>
      </w:pPr>
      <w:r>
        <w:t>BusinessException(ErrorCode.TALENT_INVITATION_NOT_FOUND));</w:t>
      </w:r>
    </w:p>
    <w:p>
      <w:pPr>
        <w:pStyle w:val="CodeLine"/>
      </w:pPr>
      <w:r>
        <w:t xml:space="preserve">        if (TalentInvitation.ACCEPTED.equals(target)) {</w:t>
      </w:r>
    </w:p>
    <w:p>
      <w:pPr>
        <w:pStyle w:val="CodeLine"/>
      </w:pPr>
      <w:r>
        <w:t xml:space="preserve">            Long conversationId = conversationService.createForAcceptedInvitation(saved,</w:t>
      </w:r>
    </w:p>
    <w:p>
      <w:pPr>
        <w:pStyle w:val="CodeLine"/>
      </w:pPr>
      <w:r>
        <w:t>company.getOwnerUserId(),</w:t>
      </w:r>
    </w:p>
    <w:p>
      <w:pPr>
        <w:pStyle w:val="CodeLine"/>
      </w:pPr>
      <w:r>
        <w:t>job);</w:t>
      </w:r>
    </w:p>
    <w:p>
      <w:pPr>
        <w:pStyle w:val="CodeLine"/>
      </w:pPr>
      <w:r>
        <w:t xml:space="preserve">            if (invitationRepository.attachConversation(saved.getId(), userId, conversationId,</w:t>
      </w:r>
    </w:p>
    <w:p>
      <w:pPr>
        <w:pStyle w:val="CodeLine"/>
      </w:pPr>
      <w:r>
        <w:t>saved.getVersion()) != 1)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        throw new BusinessException(ErrorCode.TALENT_INVITATION_CONCURRENT_UPDATE);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    saved = invitationRepository.findByIdAndStudentUserId(saved.getId(), userId)</w:t>
      </w:r>
    </w:p>
    <w:p>
      <w:pPr>
        <w:pStyle w:val="CodeLine"/>
      </w:pPr>
      <w:r>
        <w:t xml:space="preserve">                    .orElseThrow(() -&gt; new BusinessException(ErrorCode.TALENT_INVITATION_NOT_FOUND));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historyRepository.save(TalentInvitationHistory.builder().invitationId(saved.getId()).action(</w:t>
      </w:r>
    </w:p>
    <w:p>
      <w:pPr>
        <w:pStyle w:val="CodeLine"/>
      </w:pPr>
      <w:r>
        <w:t xml:space="preserve">                TalentInvitation.ACCEPTED.equals(target) ? TalentInvitationHistory.ACCEPTED :</w:t>
      </w:r>
    </w:p>
    <w:p>
      <w:pPr>
        <w:pStyle w:val="CodeLine"/>
      </w:pPr>
      <w:r>
        <w:t>TalentInvitationHistory.REJECTED)</w:t>
      </w:r>
    </w:p>
    <w:p>
      <w:pPr>
        <w:pStyle w:val="CodeLine"/>
      </w:pPr>
      <w:r>
        <w:t xml:space="preserve">                .actorUserId(userId).build());</w:t>
      </w:r>
    </w:p>
    <w:p>
      <w:pPr>
        <w:pStyle w:val="CodeLine"/>
      </w:pPr>
      <w:r>
        <w:t xml:space="preserve">        audit(userId, TalentInvitation.ACCEPTED.equals(target) ? "TALENT_INVITATION_ACCEPTED" :</w:t>
      </w:r>
    </w:p>
    <w:p>
      <w:pPr>
        <w:pStyle w:val="CodeLine"/>
      </w:pPr>
      <w:r>
        <w:t>"TALENT_INVITATION_REJECTED", saved,</w:t>
      </w:r>
    </w:p>
    <w:p>
      <w:pPr>
        <w:pStyle w:val="CodeLine"/>
      </w:pPr>
      <w:r>
        <w:t>context);</w:t>
      </w:r>
    </w:p>
    <w:p>
      <w:pPr>
        <w:pStyle w:val="CodeLine"/>
      </w:pPr>
      <w:r>
        <w:t xml:space="preserve">        return toStudentResponse(saved, job, company);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boolean expireIfDue(TalentInvitation invitation, AuditContext context) {</w:t>
      </w:r>
    </w:p>
    <w:p>
      <w:pPr>
        <w:pStyle w:val="CodeLine"/>
      </w:pPr>
      <w:r>
        <w:t xml:space="preserve">        LocalDateTime now = LocalDateTime.now(BUSINESS_ZONE);</w:t>
      </w:r>
    </w:p>
    <w:p>
      <w:pPr>
        <w:pStyle w:val="CodeLine"/>
      </w:pPr>
      <w:r>
        <w:t xml:space="preserve">        return TalentInvitation.PENDING.equals(invitation.getStatus()) &amp;&amp;</w:t>
      </w:r>
    </w:p>
    <w:p>
      <w:pPr>
        <w:pStyle w:val="CodeLine"/>
      </w:pPr>
      <w:r>
        <w:t>!invitation.getExpiresAt().isAfter(now)</w:t>
      </w:r>
    </w:p>
    <w:p>
      <w:pPr>
        <w:pStyle w:val="CodeLine"/>
        <w:pageBreakBefore/>
      </w:pPr>
      <w:r>
        <w:t xml:space="preserve">                &amp;&amp; expiryService.expireIfDue(invitation.getId(), now, context);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boolean isBlocked(TalentInvitation invitation) {</w:t>
      </w:r>
    </w:p>
    <w:p>
      <w:pPr>
        <w:pStyle w:val="CodeLine"/>
      </w:pPr>
      <w:r>
        <w:t xml:space="preserve">        return companyRepository.findById(invitation.getCompanyId()).map(company -&gt;</w:t>
      </w:r>
    </w:p>
    <w:p>
      <w:pPr>
        <w:pStyle w:val="CodeLine"/>
      </w:pPr>
      <w:r>
        <w:t xml:space="preserve">                blockRelationRepository.existsByBlockerUserIdAndBlockedUserId(company.getOwnerUserId(),</w:t>
      </w:r>
    </w:p>
    <w:p>
      <w:pPr>
        <w:pStyle w:val="CodeLine"/>
      </w:pPr>
      <w:r>
        <w:t>invitation.getStudentUserId())</w:t>
      </w:r>
    </w:p>
    <w:p>
      <w:pPr>
        <w:pStyle w:val="CodeLine"/>
      </w:pPr>
      <w:r>
        <w:t xml:space="preserve">                        || blockRelationRepository.existsByBlockerUserIdAndBlockedUserId(invitation.getStuden</w:t>
      </w:r>
    </w:p>
    <w:p>
      <w:pPr>
        <w:pStyle w:val="CodeLine"/>
      </w:pPr>
      <w:r>
        <w:t>tUserId(), company.getOwnerUserId())</w:t>
      </w:r>
    </w:p>
    <w:p>
      <w:pPr>
        <w:pStyle w:val="CodeLine"/>
      </w:pPr>
      <w:r>
        <w:t xml:space="preserve">        ).orElse(false);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TalentInvitationPageResponse&lt;CompanyTalentInvitationResponse&gt;</w:t>
      </w:r>
    </w:p>
    <w:p>
      <w:pPr>
        <w:pStyle w:val="CodeLine"/>
      </w:pPr>
      <w:r>
        <w:t>page(List&lt;CompanyTalentInvitationResponse&gt; items, Page&lt;?&gt; p)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return TalentInvitationPageResponse.&lt;CompanyTalentInvitationResponse&gt;builder().items(items).total(p.g</w:t>
      </w:r>
    </w:p>
    <w:p>
      <w:pPr>
        <w:pStyle w:val="CodeLine"/>
      </w:pPr>
      <w:r>
        <w:t>etTotalElements())</w:t>
      </w:r>
    </w:p>
    <w:p>
      <w:pPr>
        <w:pStyle w:val="CodeLine"/>
      </w:pPr>
      <w:r>
        <w:t xml:space="preserve">                .page(p.getNumber()).size(p.getSize()).totalPages(p.getTotalPages()).build();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TalentInvitationPageResponse&lt;StudentTalentInvitationResponse&gt;</w:t>
      </w:r>
    </w:p>
    <w:p>
      <w:pPr>
        <w:pStyle w:val="CodeLine"/>
      </w:pPr>
      <w:r>
        <w:t>pageStudent(List&lt;StudentTalentInvitationResponse&gt; items, Page&lt;?&gt; p)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return TalentInvitationPageResponse.&lt;StudentTalentInvitationResponse&gt;builder().items(items).total(p.g</w:t>
      </w:r>
    </w:p>
    <w:p>
      <w:pPr>
        <w:pStyle w:val="CodeLine"/>
      </w:pPr>
      <w:r>
        <w:t>etTotalElements())</w:t>
      </w:r>
    </w:p>
    <w:p>
      <w:pPr>
        <w:pStyle w:val="CodeLine"/>
      </w:pPr>
      <w:r>
        <w:t xml:space="preserve">                .page(p.getNumber()).size(p.getSize()).totalPages(p.getTotalPages()).build();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CompanyTalentInvitationResponse toCompanyResponse(TalentInvitation inv, Job job) {</w:t>
      </w:r>
    </w:p>
    <w:p>
      <w:pPr>
        <w:pStyle w:val="CodeLine"/>
      </w:pPr>
      <w:r>
        <w:t xml:space="preserve">        return CompanyTalentInvitationResponse.builder().invitationId(inv.getId()).jobId(inv.getJobId())</w:t>
      </w:r>
    </w:p>
    <w:p>
      <w:pPr>
        <w:pStyle w:val="CodeLine"/>
      </w:pPr>
      <w:r>
        <w:t xml:space="preserve">                .jobTitle(job == null ? null : job.getTitle()).candidateLabel("开放人才候选人")</w:t>
      </w:r>
    </w:p>
    <w:p>
      <w:pPr>
        <w:pStyle w:val="CodeLine"/>
      </w:pPr>
      <w:r>
        <w:t xml:space="preserve">                .message(inv.getMessage()).status(inv.getStatus()).createdAt(inv.getCreatedAt())</w:t>
      </w:r>
    </w:p>
    <w:p>
      <w:pPr>
        <w:pStyle w:val="CodeLine"/>
      </w:pPr>
      <w:r>
        <w:t xml:space="preserve">                .expiresAt(inv.getExpiresAt()).decidedAt(inv.getDecidedAt())</w:t>
      </w:r>
    </w:p>
    <w:p>
      <w:pPr>
        <w:pStyle w:val="CodeLine"/>
      </w:pPr>
      <w:r>
        <w:t xml:space="preserve">                .conversationId(TalentInvitation.ACCEPTED.equals(inv.getStatus()) ? inv.getConversationId()</w:t>
      </w:r>
    </w:p>
    <w:p>
      <w:pPr>
        <w:pStyle w:val="CodeLine"/>
      </w:pPr>
      <w:r>
        <w:t>: null).build();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StudentTalentInvitationResponse toStudentResponse(TalentInvitation inv, Job job, Company</w:t>
      </w:r>
    </w:p>
    <w:p>
      <w:pPr>
        <w:pStyle w:val="CodeLine"/>
      </w:pPr>
      <w:r>
        <w:t>company)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    return StudentTalentInvitationResponse.builder().invitationId(inv.getId()).companyId(inv.getCompanyId</w:t>
      </w:r>
    </w:p>
    <w:p>
      <w:pPr>
        <w:pStyle w:val="CodeLine"/>
      </w:pPr>
      <w:r>
        <w:t>())</w:t>
      </w:r>
    </w:p>
    <w:p>
      <w:pPr>
        <w:pStyle w:val="CodeLine"/>
      </w:pPr>
      <w:r>
        <w:t xml:space="preserve">                .companyName(company == null ? null : company.getName()).jobId(inv.getJobId())</w:t>
      </w:r>
    </w:p>
    <w:p>
      <w:pPr>
        <w:pStyle w:val="CodeLine"/>
      </w:pPr>
      <w:r>
        <w:t xml:space="preserve">                .jobTitle(job == null ? null : job.getTitle()).jobCity(job == null ? null : job.getCity())</w:t>
      </w:r>
    </w:p>
    <w:p>
      <w:pPr>
        <w:pStyle w:val="CodeLine"/>
      </w:pPr>
      <w:r>
        <w:t xml:space="preserve">                .message(inv.getMessage()).status(inv.getStatus()).version(inv.getVersion())</w:t>
      </w:r>
    </w:p>
    <w:p>
      <w:pPr>
        <w:pStyle w:val="CodeLine"/>
      </w:pPr>
      <w:r>
        <w:t xml:space="preserve">                .createdAt(inv.getCreatedAt()).expiresAt(inv.getExpiresAt()).decidedAt(inv.getDecidedAt())</w:t>
      </w:r>
    </w:p>
    <w:p>
      <w:pPr>
        <w:pStyle w:val="CodeLine"/>
      </w:pPr>
      <w:r>
        <w:t xml:space="preserve">                .conversationId(TalentInvitation.ACCEPTED.equals(inv.getStatus()) ? inv.getConversationId()</w:t>
      </w:r>
    </w:p>
    <w:p>
      <w:pPr>
        <w:pStyle w:val="CodeLine"/>
      </w:pPr>
      <w:r>
        <w:t>: null).build();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StudentTalentInvitationResponse studentResponse(TalentInvitation inv) {</w:t>
      </w:r>
    </w:p>
    <w:p>
      <w:pPr>
        <w:pStyle w:val="CodeLine"/>
      </w:pPr>
      <w:r>
        <w:t xml:space="preserve">        Job job = jobRepository.findById(inv.getJobId()).orElse(null);</w:t>
      </w:r>
    </w:p>
    <w:p>
      <w:pPr>
        <w:pStyle w:val="CodeLine"/>
      </w:pPr>
      <w:r>
        <w:t xml:space="preserve">        Company company = companyRepository.findById(inv.getCompanyId()).orElse(null);</w:t>
      </w:r>
    </w:p>
    <w:p>
      <w:pPr>
        <w:pStyle w:val="CodeLine"/>
      </w:pPr>
      <w:r>
        <w:t xml:space="preserve">        return toStudentResponse(inv, job, company);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Company requireVerifiedCompany(Long userId) {</w:t>
      </w:r>
    </w:p>
    <w:p>
      <w:pPr>
        <w:pStyle w:val="CodeLine"/>
      </w:pPr>
      <w:r>
        <w:t xml:space="preserve">        User user = requireUser(userId);</w:t>
      </w:r>
    </w:p>
    <w:p>
      <w:pPr>
        <w:pStyle w:val="CodeLine"/>
      </w:pPr>
      <w:r>
        <w:t xml:space="preserve">        if (!hasRole(user, User.Role.COMPANY)) throw new BusinessException(ErrorCode.FORBIDDEN);</w:t>
      </w:r>
    </w:p>
    <w:p>
      <w:pPr>
        <w:pStyle w:val="CodeLine"/>
      </w:pPr>
      <w:r>
        <w:t xml:space="preserve">        Company company = companyRepository.findByOwnerUserId(userId).orElseThrow(() -&gt; new</w:t>
      </w:r>
    </w:p>
    <w:p>
      <w:pPr>
        <w:pStyle w:val="CodeLine"/>
      </w:pPr>
      <w:r>
        <w:t>BusinessException(ErrorCode.COMPANY_NOT_FOUND));</w:t>
      </w:r>
    </w:p>
    <w:p>
      <w:pPr>
        <w:pStyle w:val="CodeLine"/>
      </w:pPr>
      <w:r>
        <w:t xml:space="preserve">        if (!Boolean.TRUE.equals(company.getVerified())) throw new BusinessException(ErrorCode.FORBIDDEN);</w:t>
      </w:r>
    </w:p>
    <w:p>
      <w:pPr>
        <w:pStyle w:val="CodeLine"/>
      </w:pPr>
      <w:r>
        <w:t xml:space="preserve">        return company;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Job requireOwnedJob(Company company, Long jobId) {</w:t>
      </w:r>
    </w:p>
    <w:p>
      <w:pPr>
        <w:pStyle w:val="CodeLine"/>
      </w:pPr>
      <w:r>
        <w:t xml:space="preserve">        Job job = jobRepository.findById(jobId).orElseThrow(() -&gt; new</w:t>
      </w:r>
    </w:p>
    <w:p>
      <w:pPr>
        <w:pStyle w:val="CodeLine"/>
      </w:pPr>
      <w:r>
        <w:t>BusinessException(ErrorCode.JOB_NOT_FOUND));</w:t>
      </w:r>
    </w:p>
    <w:p>
      <w:pPr>
        <w:pStyle w:val="CodeLine"/>
      </w:pPr>
      <w:r>
        <w:t xml:space="preserve">        if (!company.getId().equals(job.getCompanyId())) throw new BusinessException(ErrorCode.FORBIDDEN);</w:t>
      </w:r>
    </w:p>
    <w:p>
      <w:pPr>
        <w:pStyle w:val="CodeLine"/>
      </w:pPr>
      <w:r>
        <w:t xml:space="preserve">        return job;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User requireUser(Long userId) {</w:t>
      </w:r>
    </w:p>
    <w:p>
      <w:pPr>
        <w:pStyle w:val="CodeLine"/>
      </w:pPr>
      <w:r>
        <w:t xml:space="preserve">        if (userId == null) throw new BusinessException(ErrorCode.UNAUTHORIZED);</w:t>
      </w:r>
    </w:p>
    <w:p>
      <w:pPr>
        <w:pStyle w:val="CodeLine"/>
      </w:pPr>
      <w:r>
        <w:t xml:space="preserve">        return userRepository.findById(userId).orElseThrow(() -&gt; new</w:t>
      </w:r>
    </w:p>
    <w:p>
      <w:pPr>
        <w:pStyle w:val="CodeLine"/>
      </w:pPr>
      <w:r>
        <w:t>BusinessException(ErrorCode.USER_NOT_FOUND));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boolean hasRole(User user, User.Role role) {</w:t>
      </w:r>
    </w:p>
    <w:p>
      <w:pPr>
        <w:pStyle w:val="CodeLine"/>
      </w:pPr>
      <w:r>
        <w:t xml:space="preserve">        return user != null &amp;&amp; ((user.getRoles() != null &amp;&amp; user.getRoles().contains(role)) ||</w:t>
      </w:r>
    </w:p>
    <w:p>
      <w:pPr>
        <w:pStyle w:val="CodeLine"/>
      </w:pPr>
      <w:r>
        <w:t>user.getRole() ==</w:t>
      </w:r>
    </w:p>
    <w:p>
      <w:pPr>
        <w:pStyle w:val="CodeLine"/>
      </w:pPr>
      <w:r>
        <w:t>role);</w:t>
      </w:r>
    </w:p>
    <w:p>
      <w:pPr>
        <w:pStyle w:val="CodeLine"/>
        <w:pageBreakBefore/>
      </w:pPr>
      <w:r>
        <w:t xml:space="preserve">    }</w:t>
      </w:r>
    </w:p>
    <w:p>
      <w:pPr>
        <w:pStyle w:val="CodeLine"/>
      </w:pPr>
      <w:r>
        <w:t xml:space="preserve">    private void validatePage(int page, int size) {</w:t>
      </w:r>
    </w:p>
    <w:p>
      <w:pPr>
        <w:pStyle w:val="CodeLine"/>
      </w:pPr>
      <w:r>
        <w:t xml:space="preserve">        if (page &lt; 0 || size &lt; 1 || size &gt; 50) throw new BusinessException(ErrorCode.BAD_REQUEST);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CreateValues validateCreateRequest(CreateTalentInvitationRequest request) {</w:t>
      </w:r>
    </w:p>
    <w:p>
      <w:pPr>
        <w:pStyle w:val="CodeLine"/>
      </w:pPr>
      <w:r>
        <w:t xml:space="preserve">        String key = request == null ? null : trim(request.getCandidateKey());</w:t>
      </w:r>
    </w:p>
    <w:p>
      <w:pPr>
        <w:pStyle w:val="CodeLine"/>
      </w:pPr>
      <w:r>
        <w:t xml:space="preserve">        String message = request == null ? null : trim(request.getMessage());</w:t>
      </w:r>
    </w:p>
    <w:p>
      <w:pPr>
        <w:pStyle w:val="CodeLine"/>
      </w:pPr>
      <w:r>
        <w:t xml:space="preserve">        String idempotency = request == null ? null : trim(request.getIdempotencyKey());</w:t>
      </w:r>
    </w:p>
    <w:p>
      <w:pPr>
        <w:pStyle w:val="CodeLine"/>
      </w:pPr>
      <w:r>
        <w:t xml:space="preserve">        if (key == null || key.length() &gt; 128 || message == null || message.length() &lt; 1 || message.length()</w:t>
      </w:r>
    </w:p>
    <w:p>
      <w:pPr>
        <w:pStyle w:val="CodeLine"/>
      </w:pPr>
      <w:r>
        <w:t>&gt; 300</w:t>
      </w:r>
    </w:p>
    <w:p>
      <w:pPr>
        <w:pStyle w:val="CodeLine"/>
      </w:pPr>
      <w:r>
        <w:t xml:space="preserve">                || idempotency == null || idempotency.length() &gt; 64) throw new</w:t>
      </w:r>
    </w:p>
    <w:p>
      <w:pPr>
        <w:pStyle w:val="CodeLine"/>
      </w:pPr>
      <w:r>
        <w:t>BusinessException(ErrorCode.TALENT_INVITATION_CONTENT_INVALID);</w:t>
      </w:r>
    </w:p>
    <w:p>
      <w:pPr>
        <w:pStyle w:val="CodeLine"/>
      </w:pPr>
      <w:r>
        <w:t xml:space="preserve">        try { UUID.fromString(idempotency); } catch (IllegalArgumentException ex) { throw new</w:t>
      </w:r>
    </w:p>
    <w:p>
      <w:pPr>
        <w:pStyle w:val="CodeLine"/>
      </w:pPr>
      <w:r>
        <w:t>BusinessException(ErrorCode.TALENT_INVITATION_CONTENT_INVALID);</w:t>
      </w:r>
    </w:p>
    <w:p>
      <w:pPr>
        <w:pStyle w:val="CodeLine"/>
      </w:pPr>
      <w:r>
        <w:t>}</w:t>
      </w:r>
    </w:p>
    <w:p>
      <w:pPr>
        <w:pStyle w:val="CodeLine"/>
      </w:pPr>
      <w:r>
        <w:t xml:space="preserve">        return new CreateValues(key, message, idempotency);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String trim(String value) { if (value == null) return null; String v = value.trim(); return</w:t>
      </w:r>
    </w:p>
    <w:p>
      <w:pPr>
        <w:pStyle w:val="CodeLine"/>
      </w:pPr>
      <w:r>
        <w:t>v.isEmpty() ? null : v;</w:t>
      </w:r>
    </w:p>
    <w:p>
      <w:pPr>
        <w:pStyle w:val="CodeLine"/>
      </w:pPr>
      <w:r>
        <w:t>}</w:t>
      </w:r>
    </w:p>
    <w:p>
      <w:pPr>
        <w:pStyle w:val="CodeLine"/>
      </w:pPr>
      <w:r>
        <w:t xml:space="preserve">    private String sha256(String value) {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byte[] bytes = MessageDigest.getInstance("SHA-256").digest(value.getBytes(StandardCharsets.UTF_8)</w:t>
      </w:r>
    </w:p>
    <w:p>
      <w:pPr>
        <w:pStyle w:val="CodeLine"/>
      </w:pPr>
      <w:r>
        <w:t>);</w:t>
      </w:r>
    </w:p>
    <w:p>
      <w:pPr>
        <w:pStyle w:val="CodeLine"/>
      </w:pPr>
      <w:r>
        <w:t xml:space="preserve">            StringBuilder out = new StringBuilder(64);</w:t>
      </w:r>
    </w:p>
    <w:p>
      <w:pPr>
        <w:pStyle w:val="CodeLine"/>
      </w:pPr>
      <w:r>
        <w:t xml:space="preserve">            for (byte b : bytes) out.append(String.format("%02x", b));</w:t>
      </w:r>
    </w:p>
    <w:p>
      <w:pPr>
        <w:pStyle w:val="CodeLine"/>
      </w:pPr>
      <w:r>
        <w:t xml:space="preserve">            return out.toString();</w:t>
      </w:r>
    </w:p>
    <w:p>
      <w:pPr>
        <w:pStyle w:val="CodeLine"/>
      </w:pPr>
      <w:r>
        <w:t xml:space="preserve">        } catch (Exception ex) { throw new IllegalStateException("SHA-256 unavailable", ex);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void audit(Long userId, String action, TalentInvitation invitation, AuditContext context) {</w:t>
      </w:r>
    </w:p>
    <w:p>
      <w:pPr>
        <w:pStyle w:val="CodeLine"/>
      </w:pPr>
      <w:r>
        <w:t xml:space="preserve">        auditService.log(userId, action, "TALENT_INVITATION", invitation.getId(), auditDetails(invitation,</w:t>
      </w:r>
    </w:p>
    <w:p>
      <w:pPr>
        <w:pStyle w:val="CodeLine"/>
      </w:pPr>
      <w:r>
        <w:t>context), requestOnly(context));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void auditRejected(Long userId, Long companyId, Long jobId, AuditContext context) {</w:t>
      </w:r>
    </w:p>
    <w:p>
      <w:pPr>
        <w:pStyle w:val="CodeLine"/>
      </w:pPr>
      <w:r>
        <w:t xml:space="preserve">        securityAuditService.logRejected(userId, "TALENT_INVITATION_CREATE_REJECTED", "TALENT_INVITATION",</w:t>
      </w:r>
    </w:p>
    <w:p>
      <w:pPr>
        <w:pStyle w:val="CodeLine"/>
      </w:pPr>
      <w:r>
        <w:t>null,</w:t>
      </w:r>
    </w:p>
    <w:p>
      <w:pPr>
        <w:pStyle w:val="CodeLine"/>
      </w:pPr>
      <w:r>
        <w:t xml:space="preserve">                "{\"jobId\":" + jobId + ",\"status\":\"REJECTED\",\"requestId\":"</w:t>
      </w:r>
    </w:p>
    <w:p>
      <w:pPr>
        <w:pStyle w:val="CodeLine"/>
      </w:pPr>
      <w:r>
        <w:t xml:space="preserve">                        + (context == null || context.getRequestId() == null ? "null" :</w:t>
      </w:r>
    </w:p>
    <w:p>
      <w:pPr>
        <w:pStyle w:val="CodeLine"/>
      </w:pPr>
      <w:r>
        <w:t>quote(context.getRequestId())) +</w:t>
      </w:r>
    </w:p>
    <w:p>
      <w:pPr>
        <w:pStyle w:val="CodeLine"/>
      </w:pPr>
      <w:r>
        <w:t>"}",</w:t>
      </w:r>
    </w:p>
    <w:p>
      <w:pPr>
        <w:pStyle w:val="CodeLine"/>
      </w:pPr>
      <w:r>
        <w:t xml:space="preserve">                requestOnly(context));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String auditDetails(TalentInvitation invitation, AuditContext context) {</w:t>
      </w:r>
    </w:p>
    <w:p>
      <w:pPr>
        <w:pStyle w:val="CodeLine"/>
      </w:pPr>
      <w:r>
        <w:t xml:space="preserve">        return "{\"invitationId\":" + invitation.getId() + ",\"jobId\":" + invitation.getJobId()</w:t>
      </w:r>
    </w:p>
    <w:p>
      <w:pPr>
        <w:pStyle w:val="CodeLine"/>
      </w:pPr>
      <w:r>
        <w:t xml:space="preserve">                + ",\"status\":\"" + invitation.getStatus() + "\",\"requestId\":"</w:t>
      </w:r>
    </w:p>
    <w:p>
      <w:pPr>
        <w:pStyle w:val="CodeLine"/>
      </w:pPr>
      <w:r>
        <w:t xml:space="preserve">                + (context == null || context.getRequestId() == null ? "null" :</w:t>
      </w:r>
    </w:p>
    <w:p>
      <w:pPr>
        <w:pStyle w:val="CodeLine"/>
      </w:pPr>
      <w:r>
        <w:t>quote(context.getRequestId())) +</w:t>
      </w:r>
    </w:p>
    <w:p>
      <w:pPr>
        <w:pStyle w:val="CodeLine"/>
      </w:pPr>
      <w:r>
        <w:t>"}";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AuditContext requestOnly(AuditContext context) {</w:t>
      </w:r>
    </w:p>
    <w:p>
      <w:pPr>
        <w:pStyle w:val="CodeLine"/>
      </w:pPr>
      <w:r>
        <w:t xml:space="preserve">        return context == null ? null : AuditContext.builder().requestId(context.getRequestId()).build();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String quote(String value) { return "\"" + value.replace("\\", "\\\\").replace("\"", "\\\"") +</w:t>
      </w:r>
    </w:p>
    <w:p>
      <w:pPr>
        <w:pStyle w:val="CodeLine"/>
      </w:pPr>
      <w:r>
        <w:t>"\"";</w:t>
      </w:r>
    </w:p>
    <w:p>
      <w:pPr>
        <w:pStyle w:val="CodeLine"/>
      </w:pPr>
      <w:r>
        <w:t>}</w:t>
      </w:r>
    </w:p>
    <w:p>
      <w:pPr>
        <w:pStyle w:val="CodeLine"/>
      </w:pPr>
      <w:r>
        <w:t xml:space="preserve">    private record CreateValues(String candidateKey, String message, String idempotencyKey) {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com.mydreamjob.talentinvitation.dto;</w:t>
      </w:r>
    </w:p>
    <w:p>
      <w:pPr>
        <w:pStyle w:val="CodeLine"/>
      </w:pPr>
      <w:r>
        <w:t>import lombok.Builder;</w:t>
      </w:r>
    </w:p>
    <w:p>
      <w:pPr>
        <w:pStyle w:val="CodeLine"/>
      </w:pPr>
      <w:r>
        <w:t>import lombok.Value;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@Value</w:t>
      </w:r>
    </w:p>
    <w:p>
      <w:pPr>
        <w:pStyle w:val="CodeLine"/>
      </w:pPr>
      <w:r>
        <w:t>@Builder</w:t>
      </w:r>
    </w:p>
    <w:p>
      <w:pPr>
        <w:pStyle w:val="CodeLine"/>
      </w:pPr>
      <w:r>
        <w:t>public class CompanyTalentInvitationResponse {</w:t>
      </w:r>
    </w:p>
    <w:p>
      <w:pPr>
        <w:pStyle w:val="CodeLine"/>
      </w:pPr>
      <w:r>
        <w:t xml:space="preserve">    Long invitationId;</w:t>
      </w:r>
    </w:p>
    <w:p>
      <w:pPr>
        <w:pStyle w:val="CodeLine"/>
      </w:pPr>
      <w:r>
        <w:t xml:space="preserve">    Long jobId;</w:t>
      </w:r>
    </w:p>
    <w:p>
      <w:pPr>
        <w:pStyle w:val="CodeLine"/>
      </w:pPr>
      <w:r>
        <w:t xml:space="preserve">    String jobTitle;</w:t>
      </w:r>
    </w:p>
    <w:p>
      <w:pPr>
        <w:pStyle w:val="CodeLine"/>
      </w:pPr>
      <w:r>
        <w:t xml:space="preserve">    String candidateLabel;</w:t>
      </w:r>
    </w:p>
    <w:p>
      <w:pPr>
        <w:pStyle w:val="CodeLine"/>
      </w:pPr>
      <w:r>
        <w:t xml:space="preserve">    String message;</w:t>
      </w:r>
    </w:p>
    <w:p>
      <w:pPr>
        <w:pStyle w:val="CodeLine"/>
      </w:pPr>
      <w:r>
        <w:t xml:space="preserve">    String status;</w:t>
      </w:r>
    </w:p>
    <w:p>
      <w:pPr>
        <w:pStyle w:val="CodeLine"/>
      </w:pPr>
      <w:r>
        <w:t xml:space="preserve">    LocalDateTime createdAt;</w:t>
      </w:r>
    </w:p>
    <w:p>
      <w:pPr>
        <w:pStyle w:val="CodeLine"/>
      </w:pPr>
      <w:r>
        <w:t xml:space="preserve">    LocalDateTime expiresAt;</w:t>
      </w:r>
    </w:p>
    <w:p>
      <w:pPr>
        <w:pStyle w:val="CodeLine"/>
        <w:pageBreakBefore/>
      </w:pPr>
      <w:r>
        <w:t xml:space="preserve">    LocalDateTime decidedAt;</w:t>
      </w:r>
    </w:p>
    <w:p>
      <w:pPr>
        <w:pStyle w:val="CodeLine"/>
      </w:pPr>
      <w:r>
        <w:t xml:space="preserve">    Long conversationId;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com.mydreamjob.talentinvitation.dto;</w:t>
      </w:r>
    </w:p>
    <w:p>
      <w:pPr>
        <w:pStyle w:val="CodeLine"/>
      </w:pPr>
      <w:r>
        <w:t>import jakarta.validation.constraints.NotBlank;</w:t>
      </w:r>
    </w:p>
    <w:p>
      <w:pPr>
        <w:pStyle w:val="CodeLine"/>
      </w:pPr>
      <w:r>
        <w:t>import jakarta.validation.constraints.Size;</w:t>
      </w:r>
    </w:p>
    <w:p>
      <w:pPr>
        <w:pStyle w:val="CodeLine"/>
      </w:pPr>
      <w:r>
        <w:t>import lombok.Data;</w:t>
      </w:r>
    </w:p>
    <w:p>
      <w:pPr>
        <w:pStyle w:val="CodeLine"/>
      </w:pPr>
      <w:r>
        <w:t>@Data</w:t>
      </w:r>
    </w:p>
    <w:p>
      <w:pPr>
        <w:pStyle w:val="CodeLine"/>
      </w:pPr>
      <w:r>
        <w:t>public class CreateTalentInvitationRequest {</w:t>
      </w:r>
    </w:p>
    <w:p>
      <w:pPr>
        <w:pStyle w:val="CodeLine"/>
      </w:pPr>
      <w:r>
        <w:t xml:space="preserve">    @NotBlank @Size(max = 128) private String candidateKey;</w:t>
      </w:r>
    </w:p>
    <w:p>
      <w:pPr>
        <w:pStyle w:val="CodeLine"/>
      </w:pPr>
      <w:r>
        <w:t xml:space="preserve">    @NotBlank @Size(max = 300) private String message;</w:t>
      </w:r>
    </w:p>
    <w:p>
      <w:pPr>
        <w:pStyle w:val="CodeLine"/>
      </w:pPr>
      <w:r>
        <w:t xml:space="preserve">    @NotBlank @Size(max = 64) private String idempotencyKey;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com.mydreamjob.talentinvitation.dto;</w:t>
      </w:r>
    </w:p>
    <w:p>
      <w:pPr>
        <w:pStyle w:val="CodeLine"/>
      </w:pPr>
      <w:r>
        <w:t>import lombok.Builder;</w:t>
      </w:r>
    </w:p>
    <w:p>
      <w:pPr>
        <w:pStyle w:val="CodeLine"/>
      </w:pPr>
      <w:r>
        <w:t>import lombok.Value;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@Value</w:t>
      </w:r>
    </w:p>
    <w:p>
      <w:pPr>
        <w:pStyle w:val="CodeLine"/>
      </w:pPr>
      <w:r>
        <w:t>@Builder</w:t>
      </w:r>
    </w:p>
    <w:p>
      <w:pPr>
        <w:pStyle w:val="CodeLine"/>
      </w:pPr>
      <w:r>
        <w:t>public class StudentTalentInvitationResponse {</w:t>
      </w:r>
    </w:p>
    <w:p>
      <w:pPr>
        <w:pStyle w:val="CodeLine"/>
      </w:pPr>
      <w:r>
        <w:t xml:space="preserve">    Long invitationId;</w:t>
      </w:r>
    </w:p>
    <w:p>
      <w:pPr>
        <w:pStyle w:val="CodeLine"/>
      </w:pPr>
      <w:r>
        <w:t xml:space="preserve">    Long companyId;</w:t>
      </w:r>
    </w:p>
    <w:p>
      <w:pPr>
        <w:pStyle w:val="CodeLine"/>
      </w:pPr>
      <w:r>
        <w:t xml:space="preserve">    String companyName;</w:t>
      </w:r>
    </w:p>
    <w:p>
      <w:pPr>
        <w:pStyle w:val="CodeLine"/>
      </w:pPr>
      <w:r>
        <w:t xml:space="preserve">    Long jobId;</w:t>
      </w:r>
    </w:p>
    <w:p>
      <w:pPr>
        <w:pStyle w:val="CodeLine"/>
      </w:pPr>
      <w:r>
        <w:t xml:space="preserve">    String jobTitle;</w:t>
      </w:r>
    </w:p>
    <w:p>
      <w:pPr>
        <w:pStyle w:val="CodeLine"/>
      </w:pPr>
      <w:r>
        <w:t xml:space="preserve">    String jobCity;</w:t>
      </w:r>
    </w:p>
    <w:p>
      <w:pPr>
        <w:pStyle w:val="CodeLine"/>
      </w:pPr>
      <w:r>
        <w:t xml:space="preserve">    String message;</w:t>
      </w:r>
    </w:p>
    <w:p>
      <w:pPr>
        <w:pStyle w:val="CodeLine"/>
      </w:pPr>
      <w:r>
        <w:t xml:space="preserve">    String status;</w:t>
      </w:r>
    </w:p>
    <w:p>
      <w:pPr>
        <w:pStyle w:val="CodeLine"/>
      </w:pPr>
      <w:r>
        <w:t xml:space="preserve">    Long version;</w:t>
      </w:r>
    </w:p>
    <w:p>
      <w:pPr>
        <w:pStyle w:val="CodeLine"/>
      </w:pPr>
      <w:r>
        <w:t xml:space="preserve">    LocalDateTime createdAt;</w:t>
      </w:r>
    </w:p>
    <w:p>
      <w:pPr>
        <w:pStyle w:val="CodeLine"/>
      </w:pPr>
      <w:r>
        <w:t xml:space="preserve">    LocalDateTime expiresAt;</w:t>
      </w:r>
    </w:p>
    <w:p>
      <w:pPr>
        <w:pStyle w:val="CodeLine"/>
      </w:pPr>
      <w:r>
        <w:t xml:space="preserve">    LocalDateTime decidedAt;</w:t>
      </w:r>
    </w:p>
    <w:p>
      <w:pPr>
        <w:pStyle w:val="CodeLine"/>
      </w:pPr>
      <w:r>
        <w:t xml:space="preserve">    Long conversationId;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com.mydreamjob.talentinvitation.dto;</w:t>
      </w:r>
    </w:p>
    <w:p>
      <w:pPr>
        <w:pStyle w:val="CodeLine"/>
      </w:pPr>
      <w:r>
        <w:t>import jakarta.validation.constraints.NotBlank;</w:t>
      </w:r>
    </w:p>
    <w:p>
      <w:pPr>
        <w:pStyle w:val="CodeLine"/>
      </w:pPr>
      <w:r>
        <w:t>import jakarta.validation.constraints.NotNull;</w:t>
      </w:r>
    </w:p>
    <w:p>
      <w:pPr>
        <w:pStyle w:val="CodeLine"/>
      </w:pPr>
      <w:r>
        <w:t>import jakarta.validation.constraints.Pattern;</w:t>
      </w:r>
    </w:p>
    <w:p>
      <w:pPr>
        <w:pStyle w:val="CodeLine"/>
      </w:pPr>
      <w:r>
        <w:t>import lombok.Data;</w:t>
      </w:r>
    </w:p>
    <w:p>
      <w:pPr>
        <w:pStyle w:val="CodeLine"/>
      </w:pPr>
      <w:r>
        <w:t>@Data</w:t>
      </w:r>
    </w:p>
    <w:p>
      <w:pPr>
        <w:pStyle w:val="CodeLine"/>
      </w:pPr>
      <w:r>
        <w:t>public class TalentInvitationDecisionRequest {</w:t>
      </w:r>
    </w:p>
    <w:p>
      <w:pPr>
        <w:pStyle w:val="CodeLine"/>
      </w:pPr>
      <w:r>
        <w:t xml:space="preserve">    @NotBlank @Pattern(regexp = "^(ACCEPT|REJECT)$") private String decision;</w:t>
      </w:r>
    </w:p>
    <w:p>
      <w:pPr>
        <w:pStyle w:val="CodeLine"/>
      </w:pPr>
      <w:r>
        <w:t xml:space="preserve">    @NotNull private Long expectedVersion;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com.mydreamjob.talentinvitation.dto;</w:t>
      </w:r>
    </w:p>
    <w:p>
      <w:pPr>
        <w:pStyle w:val="CodeLine"/>
      </w:pPr>
      <w:r>
        <w:t>import lombok.Builder;</w:t>
      </w:r>
    </w:p>
    <w:p>
      <w:pPr>
        <w:pStyle w:val="CodeLine"/>
      </w:pPr>
      <w:r>
        <w:t>import lombok.Value;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@Value</w:t>
      </w:r>
    </w:p>
    <w:p>
      <w:pPr>
        <w:pStyle w:val="CodeLine"/>
      </w:pPr>
      <w:r>
        <w:t>@Builder</w:t>
      </w:r>
    </w:p>
    <w:p>
      <w:pPr>
        <w:pStyle w:val="CodeLine"/>
      </w:pPr>
      <w:r>
        <w:t>public class TalentInvitationPageResponse&lt;T&gt; {</w:t>
      </w:r>
    </w:p>
    <w:p>
      <w:pPr>
        <w:pStyle w:val="CodeLine"/>
      </w:pPr>
      <w:r>
        <w:t xml:space="preserve">    List&lt;T&gt; items;</w:t>
      </w:r>
    </w:p>
    <w:p>
      <w:pPr>
        <w:pStyle w:val="CodeLine"/>
      </w:pPr>
      <w:r>
        <w:t xml:space="preserve">    long total;</w:t>
      </w:r>
    </w:p>
    <w:p>
      <w:pPr>
        <w:pStyle w:val="CodeLine"/>
      </w:pPr>
      <w:r>
        <w:t xml:space="preserve">    int page;</w:t>
      </w:r>
    </w:p>
    <w:p>
      <w:pPr>
        <w:pStyle w:val="CodeLine"/>
      </w:pPr>
      <w:r>
        <w:t xml:space="preserve">    int size;</w:t>
      </w:r>
    </w:p>
    <w:p>
      <w:pPr>
        <w:pStyle w:val="CodeLine"/>
      </w:pPr>
      <w:r>
        <w:t xml:space="preserve">    int totalPages;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com.mydreamjob.verification;</w:t>
      </w:r>
    </w:p>
    <w:p>
      <w:pPr>
        <w:pStyle w:val="CodeLine"/>
      </w:pPr>
      <w:r>
        <w:t>import jakarta.persistence.*;</w:t>
      </w:r>
    </w:p>
    <w:p>
      <w:pPr>
        <w:pStyle w:val="CodeLine"/>
      </w:pPr>
      <w:r>
        <w:t>import lombok.AllArgsConstructor;</w:t>
      </w:r>
    </w:p>
    <w:p>
      <w:pPr>
        <w:pStyle w:val="CodeLine"/>
      </w:pPr>
      <w:r>
        <w:t>import lombok.Builder;</w:t>
      </w:r>
    </w:p>
    <w:p>
      <w:pPr>
        <w:pStyle w:val="CodeLine"/>
      </w:pPr>
      <w:r>
        <w:t>import lombok.Data;</w:t>
      </w:r>
    </w:p>
    <w:p>
      <w:pPr>
        <w:pStyle w:val="CodeLine"/>
      </w:pPr>
      <w:r>
        <w:t>import lombok.NoArgsConstructor;</w:t>
      </w:r>
    </w:p>
    <w:p>
      <w:pPr>
        <w:pStyle w:val="CodeLine"/>
      </w:pPr>
      <w:r>
        <w:t>import org.springframework.data.annotation.CreatedDate;</w:t>
      </w:r>
    </w:p>
    <w:p>
      <w:pPr>
        <w:pStyle w:val="CodeLine"/>
      </w:pPr>
      <w:r>
        <w:t>import org.springframework.data.annotation.LastModifiedDate;</w:t>
      </w:r>
    </w:p>
    <w:p>
      <w:pPr>
        <w:pStyle w:val="CodeLine"/>
      </w:pPr>
      <w:r>
        <w:t>import org.springframework.data.jpa.domain.support.AuditingEntityListener;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企业认证记录实体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@Data</w:t>
      </w:r>
    </w:p>
    <w:p>
      <w:pPr>
        <w:pStyle w:val="CodeLine"/>
      </w:pPr>
      <w:r>
        <w:t>@Builder</w:t>
      </w:r>
    </w:p>
    <w:p>
      <w:pPr>
        <w:pStyle w:val="CodeLine"/>
        <w:pageBreakBefore/>
      </w:pPr>
      <w:r>
        <w:t>@NoArgsConstructor</w:t>
      </w:r>
    </w:p>
    <w:p>
      <w:pPr>
        <w:pStyle w:val="CodeLine"/>
      </w:pPr>
      <w:r>
        <w:t>@AllArgsConstructor</w:t>
      </w:r>
    </w:p>
    <w:p>
      <w:pPr>
        <w:pStyle w:val="CodeLine"/>
      </w:pPr>
      <w:r>
        <w:t>@Entity</w:t>
      </w:r>
    </w:p>
    <w:p>
      <w:pPr>
        <w:pStyle w:val="CodeLine"/>
      </w:pPr>
      <w:r>
        <w:t>@Table(name = "company_verifications")</w:t>
      </w:r>
    </w:p>
    <w:p>
      <w:pPr>
        <w:pStyle w:val="CodeLine"/>
      </w:pPr>
      <w:r>
        <w:t>@EntityListeners(AuditingEntityListener.class)</w:t>
      </w:r>
    </w:p>
    <w:p>
      <w:pPr>
        <w:pStyle w:val="CodeLine"/>
      </w:pPr>
      <w:r>
        <w:t>public class CompanyVerification {</w:t>
      </w:r>
    </w:p>
    <w:p>
      <w:pPr>
        <w:pStyle w:val="CodeLine"/>
      </w:pPr>
      <w:r>
        <w:t xml:space="preserve">    @Id</w:t>
      </w:r>
    </w:p>
    <w:p>
      <w:pPr>
        <w:pStyle w:val="CodeLine"/>
      </w:pPr>
      <w:r>
        <w:t xml:space="preserve">    @GeneratedValue(strategy = GenerationType.IDENTITY)</w:t>
      </w:r>
    </w:p>
    <w:p>
      <w:pPr>
        <w:pStyle w:val="CodeLine"/>
      </w:pPr>
      <w:r>
        <w:t xml:space="preserve">    private Long id;</w:t>
      </w:r>
    </w:p>
    <w:p>
      <w:pPr>
        <w:pStyle w:val="CodeLine"/>
      </w:pPr>
      <w:r>
        <w:t xml:space="preserve">    @Column(name = "company_id", nullable = false)</w:t>
      </w:r>
    </w:p>
    <w:p>
      <w:pPr>
        <w:pStyle w:val="CodeLine"/>
      </w:pPr>
      <w:r>
        <w:t xml:space="preserve">    private Long companyId;</w:t>
      </w:r>
    </w:p>
    <w:p>
      <w:pPr>
        <w:pStyle w:val="CodeLine"/>
      </w:pPr>
      <w:r>
        <w:t xml:space="preserve">    @Column(name = "status", nullable = false, length = 20)</w:t>
      </w:r>
    </w:p>
    <w:p>
      <w:pPr>
        <w:pStyle w:val="CodeLine"/>
      </w:pPr>
      <w:r>
        <w:t xml:space="preserve">    @Builder.Default</w:t>
      </w:r>
    </w:p>
    <w:p>
      <w:pPr>
        <w:pStyle w:val="CodeLine"/>
      </w:pPr>
      <w:r>
        <w:t xml:space="preserve">    private String status = "PENDING";</w:t>
      </w:r>
    </w:p>
    <w:p>
      <w:pPr>
        <w:pStyle w:val="CodeLine"/>
      </w:pPr>
      <w:r>
        <w:t xml:space="preserve">    @Column(name = "submitted_by", nullable = false)</w:t>
      </w:r>
    </w:p>
    <w:p>
      <w:pPr>
        <w:pStyle w:val="CodeLine"/>
      </w:pPr>
      <w:r>
        <w:t xml:space="preserve">    private Long submittedBy;</w:t>
      </w:r>
    </w:p>
    <w:p>
      <w:pPr>
        <w:pStyle w:val="CodeLine"/>
      </w:pPr>
      <w:r>
        <w:t xml:space="preserve">    @Column(name = "materials_json", columnDefinition = "text")</w:t>
      </w:r>
    </w:p>
    <w:p>
      <w:pPr>
        <w:pStyle w:val="CodeLine"/>
      </w:pPr>
      <w:r>
        <w:t xml:space="preserve">    private String materialsJson;</w:t>
      </w:r>
    </w:p>
    <w:p>
      <w:pPr>
        <w:pStyle w:val="CodeLine"/>
      </w:pPr>
      <w:r>
        <w:t xml:space="preserve">    @Column(name = "reviewer_id")</w:t>
      </w:r>
    </w:p>
    <w:p>
      <w:pPr>
        <w:pStyle w:val="CodeLine"/>
      </w:pPr>
      <w:r>
        <w:t xml:space="preserve">    private Long reviewerId;</w:t>
      </w:r>
    </w:p>
    <w:p>
      <w:pPr>
        <w:pStyle w:val="CodeLine"/>
      </w:pPr>
      <w:r>
        <w:t xml:space="preserve">    @Column(name = "decision_reason", length = 500)</w:t>
      </w:r>
    </w:p>
    <w:p>
      <w:pPr>
        <w:pStyle w:val="CodeLine"/>
      </w:pPr>
      <w:r>
        <w:t xml:space="preserve">    private String decisionReason;</w:t>
      </w:r>
    </w:p>
    <w:p>
      <w:pPr>
        <w:pStyle w:val="CodeLine"/>
      </w:pPr>
      <w:r>
        <w:t xml:space="preserve">    @Column(name = "submitted_at", nullable = false)</w:t>
      </w:r>
    </w:p>
    <w:p>
      <w:pPr>
        <w:pStyle w:val="CodeLine"/>
      </w:pPr>
      <w:r>
        <w:t xml:space="preserve">    @Builder.Default</w:t>
      </w:r>
    </w:p>
    <w:p>
      <w:pPr>
        <w:pStyle w:val="CodeLine"/>
      </w:pPr>
      <w:r>
        <w:t xml:space="preserve">    private LocalDateTime submittedAt = LocalDateTime.now();</w:t>
      </w:r>
    </w:p>
    <w:p>
      <w:pPr>
        <w:pStyle w:val="CodeLine"/>
      </w:pPr>
      <w:r>
        <w:t xml:space="preserve">    @Column(name = "decided_at")</w:t>
      </w:r>
    </w:p>
    <w:p>
      <w:pPr>
        <w:pStyle w:val="CodeLine"/>
      </w:pPr>
      <w:r>
        <w:t xml:space="preserve">    private LocalDateTime decidedAt;</w:t>
      </w:r>
    </w:p>
    <w:p>
      <w:pPr>
        <w:pStyle w:val="CodeLine"/>
      </w:pPr>
      <w:r>
        <w:t xml:space="preserve">    @Version</w:t>
      </w:r>
    </w:p>
    <w:p>
      <w:pPr>
        <w:pStyle w:val="CodeLine"/>
      </w:pPr>
      <w:r>
        <w:t xml:space="preserve">    @Column(name = "version", nullable = false)</w:t>
      </w:r>
    </w:p>
    <w:p>
      <w:pPr>
        <w:pStyle w:val="CodeLine"/>
      </w:pPr>
      <w:r>
        <w:t xml:space="preserve">    @Builder.Default</w:t>
      </w:r>
    </w:p>
    <w:p>
      <w:pPr>
        <w:pStyle w:val="CodeLine"/>
      </w:pPr>
      <w:r>
        <w:t xml:space="preserve">    private Long version = 0L;</w:t>
      </w:r>
    </w:p>
    <w:p>
      <w:pPr>
        <w:pStyle w:val="CodeLine"/>
      </w:pPr>
      <w:r>
        <w:t xml:space="preserve">    @CreatedDate</w:t>
      </w:r>
    </w:p>
    <w:p>
      <w:pPr>
        <w:pStyle w:val="CodeLine"/>
      </w:pPr>
      <w:r>
        <w:t xml:space="preserve">    @Column(name = "created_at", nullable = false, updatable = false)</w:t>
      </w:r>
    </w:p>
    <w:p>
      <w:pPr>
        <w:pStyle w:val="CodeLine"/>
      </w:pPr>
      <w:r>
        <w:t xml:space="preserve">    private LocalDateTime createdAt;</w:t>
      </w:r>
    </w:p>
    <w:p>
      <w:pPr>
        <w:pStyle w:val="CodeLine"/>
      </w:pPr>
      <w:r>
        <w:t xml:space="preserve">    @LastModifiedDate</w:t>
      </w:r>
    </w:p>
    <w:p>
      <w:pPr>
        <w:pStyle w:val="CodeLine"/>
      </w:pPr>
      <w:r>
        <w:t xml:space="preserve">    @Column(name = "updated_at", nullable = false)</w:t>
      </w:r>
    </w:p>
    <w:p>
      <w:pPr>
        <w:pStyle w:val="CodeLine"/>
      </w:pPr>
      <w:r>
        <w:t xml:space="preserve">    private LocalDateTime updatedAt;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com.mydreamjob.verification;</w:t>
      </w:r>
    </w:p>
    <w:p>
      <w:pPr>
        <w:pStyle w:val="CodeLine"/>
      </w:pPr>
      <w:r>
        <w:t>import com.mydreamjob.audit.AuditContext;</w:t>
      </w:r>
    </w:p>
    <w:p>
      <w:pPr>
        <w:pStyle w:val="CodeLine"/>
      </w:pPr>
      <w:r>
        <w:t>import com.mydreamjob.common.api.ApiResponse;</w:t>
      </w:r>
    </w:p>
    <w:p>
      <w:pPr>
        <w:pStyle w:val="CodeLine"/>
      </w:pPr>
      <w:r>
        <w:t>import com.mydreamjob.common.exception.BusinessException;</w:t>
      </w:r>
    </w:p>
    <w:p>
      <w:pPr>
        <w:pStyle w:val="CodeLine"/>
      </w:pPr>
      <w:r>
        <w:t>import com.mydreamjob.common.exception.ErrorCode;</w:t>
      </w:r>
    </w:p>
    <w:p>
      <w:pPr>
        <w:pStyle w:val="CodeLine"/>
      </w:pPr>
      <w:r>
        <w:t>import com.mydreamjob.verification.dto.VerificationDecisionRequest;</w:t>
      </w:r>
    </w:p>
    <w:p>
      <w:pPr>
        <w:pStyle w:val="CodeLine"/>
      </w:pPr>
      <w:r>
        <w:t>import com.mydreamjob.verification.dto.VerificationSubmitRequest;</w:t>
      </w:r>
    </w:p>
    <w:p>
      <w:pPr>
        <w:pStyle w:val="CodeLine"/>
      </w:pPr>
      <w:r>
        <w:t>import io.swagger.v3.oas.annotations.Operation;</w:t>
      </w:r>
    </w:p>
    <w:p>
      <w:pPr>
        <w:pStyle w:val="CodeLine"/>
      </w:pPr>
      <w:r>
        <w:t>import io.swagger.v3.oas.annotations.tags.Tag;</w:t>
      </w:r>
    </w:p>
    <w:p>
      <w:pPr>
        <w:pStyle w:val="CodeLine"/>
      </w:pPr>
      <w:r>
        <w:t>import jakarta.servlet.http.HttpServletRequest;</w:t>
      </w:r>
    </w:p>
    <w:p>
      <w:pPr>
        <w:pStyle w:val="CodeLine"/>
      </w:pPr>
      <w:r>
        <w:t>import jakarta.validation.Valid;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org.springframework.data.domain.Page;</w:t>
      </w:r>
    </w:p>
    <w:p>
      <w:pPr>
        <w:pStyle w:val="CodeLine"/>
      </w:pPr>
      <w:r>
        <w:t>import org.springframework.format.annotation.DateTimeFormat;</w:t>
      </w:r>
    </w:p>
    <w:p>
      <w:pPr>
        <w:pStyle w:val="CodeLine"/>
      </w:pPr>
      <w:r>
        <w:t>import org.springframework.http.ResponseEntity;</w:t>
      </w:r>
    </w:p>
    <w:p>
      <w:pPr>
        <w:pStyle w:val="CodeLine"/>
      </w:pPr>
      <w:r>
        <w:t>import org.springframework.web.bind.annotation.*;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import java.util.HashMap;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import java.util.Map;</w:t>
      </w:r>
    </w:p>
    <w:p>
      <w:pPr>
        <w:pStyle w:val="CodeLine"/>
      </w:pPr>
      <w:r>
        <w:t>import java.util.stream.Collectors;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企业认证接口</w:t>
      </w:r>
    </w:p>
    <w:p>
      <w:pPr>
        <w:pStyle w:val="CodeLine"/>
      </w:pPr>
      <w:r>
        <w:t xml:space="preserve"> * 企业端：提交认证、查看认证状态</w:t>
      </w:r>
    </w:p>
    <w:p>
      <w:pPr>
        <w:pStyle w:val="CodeLine"/>
      </w:pPr>
      <w:r>
        <w:t xml:space="preserve"> * 管理端：审核列表、审核详情、审核决定、审核历史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@Tag(name = "企业认证", description = "企业认证提交、审核管理")</w:t>
      </w:r>
    </w:p>
    <w:p>
      <w:pPr>
        <w:pStyle w:val="CodeLine"/>
      </w:pPr>
      <w:r>
        <w:t>@RestController</w:t>
      </w:r>
    </w:p>
    <w:p>
      <w:pPr>
        <w:pStyle w:val="CodeLine"/>
      </w:pPr>
      <w:r>
        <w:t>@RequiredArgsConstructor</w:t>
      </w:r>
    </w:p>
    <w:p>
      <w:pPr>
        <w:pStyle w:val="CodeLine"/>
      </w:pPr>
      <w:r>
        <w:t>public class CompanyVerificationController {</w:t>
      </w:r>
    </w:p>
    <w:p>
      <w:pPr>
        <w:pStyle w:val="CodeLine"/>
      </w:pPr>
      <w:r>
        <w:t xml:space="preserve">    /** R01-A3：身份只来自安全上下文，不接受请求参数传入的 userId。 */</w:t>
      </w:r>
    </w:p>
    <w:p>
      <w:pPr>
        <w:pStyle w:val="CodeLine"/>
      </w:pPr>
      <w:r>
        <w:t xml:space="preserve">    private final com.mydreamjob.security.CurrentUserAccessor currentUserAccessor;</w:t>
      </w:r>
    </w:p>
    <w:p>
      <w:pPr>
        <w:pStyle w:val="CodeLine"/>
      </w:pPr>
      <w:r>
        <w:t xml:space="preserve">    /** R01-A3：requestId 只来自过滤器规范化后的唯一产出点。 */</w:t>
      </w:r>
    </w:p>
    <w:p>
      <w:pPr>
        <w:pStyle w:val="CodeLine"/>
      </w:pPr>
      <w:r>
        <w:t xml:space="preserve">    private final com.mydreamjob.common.logging.RequestIdAccessor requestIdAccessor;</w:t>
      </w:r>
    </w:p>
    <w:p>
      <w:pPr>
        <w:pStyle w:val="CodeLine"/>
        <w:pageBreakBefore/>
      </w:pPr>
      <w:r>
        <w:t xml:space="preserve">    private final CompanyVerificationService verificationService;</w:t>
      </w:r>
    </w:p>
    <w:p>
      <w:pPr>
        <w:pStyle w:val="CodeLine"/>
      </w:pPr>
      <w:r>
        <w:t xml:space="preserve">    // ── 企业：提交认证 ──────────────────────────────────────────</w:t>
      </w:r>
    </w:p>
    <w:p>
      <w:pPr>
        <w:pStyle w:val="CodeLine"/>
      </w:pPr>
      <w:r>
        <w:t xml:space="preserve">    @Operation(summary = "提交企业认证", description = "企业提交认证材料（营业执照等），只能提交自己的认证")</w:t>
      </w:r>
    </w:p>
    <w:p>
      <w:pPr>
        <w:pStyle w:val="CodeLine"/>
      </w:pPr>
      <w:r>
        <w:t xml:space="preserve">    @PostMapping("/companies/me/verification")</w:t>
      </w:r>
    </w:p>
    <w:p>
      <w:pPr>
        <w:pStyle w:val="CodeLine"/>
      </w:pPr>
      <w:r>
        <w:t xml:space="preserve">    public ResponseEntity&lt;ApiResponse&lt;Map&lt;String, Object&gt;&gt;&gt; submit(</w:t>
      </w:r>
    </w:p>
    <w:p>
      <w:pPr>
        <w:pStyle w:val="CodeLine"/>
      </w:pPr>
      <w:r>
        <w:t xml:space="preserve">            @Valid @RequestBody VerificationSubmitRequest req,</w:t>
      </w:r>
    </w:p>
    <w:p>
      <w:pPr>
        <w:pStyle w:val="CodeLine"/>
      </w:pPr>
      <w:r>
        <w:t xml:space="preserve">            HttpServletRequest request) {</w:t>
      </w:r>
    </w:p>
    <w:p>
      <w:pPr>
        <w:pStyle w:val="CodeLine"/>
      </w:pPr>
      <w:r>
        <w:t xml:space="preserve">        Long userId = currentUserAccessor.requireUserId();</w:t>
      </w:r>
    </w:p>
    <w:p>
      <w:pPr>
        <w:pStyle w:val="CodeLine"/>
      </w:pPr>
      <w:r>
        <w:t xml:space="preserve">        CompanyVerification verification = verificationService.submit(userId, req,</w:t>
      </w:r>
    </w:p>
    <w:p>
      <w:pPr>
        <w:pStyle w:val="CodeLine"/>
      </w:pPr>
      <w:r>
        <w:t xml:space="preserve">                AuditContext.from(request));</w:t>
      </w:r>
    </w:p>
    <w:p>
      <w:pPr>
        <w:pStyle w:val="CodeLine"/>
      </w:pPr>
      <w:r>
        <w:t xml:space="preserve">        return ResponseEntity.ok(ApiResponse.ok(verificationService.toView(verification),</w:t>
      </w:r>
    </w:p>
    <w:p>
      <w:pPr>
        <w:pStyle w:val="CodeLine"/>
      </w:pPr>
      <w:r>
        <w:t>requestIdAccessor.get(request)));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企业：查询认证状态 ──────────────────────────────────────</w:t>
      </w:r>
    </w:p>
    <w:p>
      <w:pPr>
        <w:pStyle w:val="CodeLine"/>
      </w:pPr>
      <w:r>
        <w:t xml:space="preserve">    @Operation(summary = "查询企业认证状态", description = "企业查询自己的认证状态和历史")</w:t>
      </w:r>
    </w:p>
    <w:p>
      <w:pPr>
        <w:pStyle w:val="CodeLine"/>
      </w:pPr>
      <w:r>
        <w:t xml:space="preserve">    @GetMapping("/companies/me/verification")</w:t>
      </w:r>
    </w:p>
    <w:p>
      <w:pPr>
        <w:pStyle w:val="CodeLine"/>
      </w:pPr>
      <w:r>
        <w:t xml:space="preserve">    public ResponseEntity&lt;ApiResponse&lt;Map&lt;String, Object&gt;&gt;&gt; getMyVerification(</w:t>
      </w:r>
    </w:p>
    <w:p>
      <w:pPr>
        <w:pStyle w:val="CodeLine"/>
      </w:pPr>
      <w:r>
        <w:t xml:space="preserve">            HttpServletRequest request) {</w:t>
      </w:r>
    </w:p>
    <w:p>
      <w:pPr>
        <w:pStyle w:val="CodeLine"/>
      </w:pPr>
      <w:r>
        <w:t xml:space="preserve">        Long userId = currentUserAccessor.requireUserId();</w:t>
      </w:r>
    </w:p>
    <w:p>
      <w:pPr>
        <w:pStyle w:val="CodeLine"/>
      </w:pPr>
      <w:r>
        <w:t xml:space="preserve">        CompanyVerification verification = verificationService.getMyVerification(userId);</w:t>
      </w:r>
    </w:p>
    <w:p>
      <w:pPr>
        <w:pStyle w:val="CodeLine"/>
      </w:pPr>
      <w:r>
        <w:t xml:space="preserve">        return ResponseEntity.ok(ApiResponse.ok(verificationService.toView(verification),</w:t>
      </w:r>
    </w:p>
    <w:p>
      <w:pPr>
        <w:pStyle w:val="CodeLine"/>
      </w:pPr>
      <w:r>
        <w:t>requestIdAccessor.get(request)));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管理员：待审核列表 ──────────────────────────────────────</w:t>
      </w:r>
    </w:p>
    <w:p>
      <w:pPr>
        <w:pStyle w:val="CodeLine"/>
      </w:pPr>
      <w:r>
        <w:t xml:space="preserve">    @Operation(summary = "待审核认证列表", description = "管理员查看认证申请列表，支持 status/from/to</w:t>
      </w:r>
    </w:p>
    <w:p>
      <w:pPr>
        <w:pStyle w:val="CodeLine"/>
      </w:pPr>
      <w:r>
        <w:t>筛选和分页")</w:t>
      </w:r>
    </w:p>
    <w:p>
      <w:pPr>
        <w:pStyle w:val="CodeLine"/>
      </w:pPr>
      <w:r>
        <w:t xml:space="preserve">    @GetMapping("/admin/companies/verifications")</w:t>
      </w:r>
    </w:p>
    <w:p>
      <w:pPr>
        <w:pStyle w:val="CodeLine"/>
      </w:pPr>
      <w:r>
        <w:t xml:space="preserve">    public ResponseEntity&lt;ApiResponse&lt;Map&lt;String, Object&gt;&gt;&gt; listVerifications(</w:t>
      </w:r>
    </w:p>
    <w:p>
      <w:pPr>
        <w:pStyle w:val="CodeLine"/>
      </w:pPr>
      <w:r>
        <w:t xml:space="preserve">            @RequestParam(required = false) String status,</w:t>
      </w:r>
    </w:p>
    <w:p>
      <w:pPr>
        <w:pStyle w:val="CodeLine"/>
      </w:pPr>
      <w:r>
        <w:t xml:space="preserve">            @RequestParam(required = false) @DateTimeFormat(iso = DateTimeFormat.ISO.DATE_TIME)</w:t>
      </w:r>
    </w:p>
    <w:p>
      <w:pPr>
        <w:pStyle w:val="CodeLine"/>
      </w:pPr>
      <w:r>
        <w:t>LocalDateTime</w:t>
      </w:r>
    </w:p>
    <w:p>
      <w:pPr>
        <w:pStyle w:val="CodeLine"/>
      </w:pPr>
      <w:r>
        <w:t>from,</w:t>
      </w:r>
    </w:p>
    <w:p>
      <w:pPr>
        <w:pStyle w:val="CodeLine"/>
      </w:pPr>
      <w:r>
        <w:t xml:space="preserve">            @RequestParam(required = false) @DateTimeFormat(iso = DateTimeFormat.ISO.DATE_TIME)</w:t>
      </w:r>
    </w:p>
    <w:p>
      <w:pPr>
        <w:pStyle w:val="CodeLine"/>
      </w:pPr>
      <w:r>
        <w:t>LocalDateTime</w:t>
      </w:r>
    </w:p>
    <w:p>
      <w:pPr>
        <w:pStyle w:val="CodeLine"/>
      </w:pPr>
      <w:r>
        <w:t>to,</w:t>
      </w:r>
    </w:p>
    <w:p>
      <w:pPr>
        <w:pStyle w:val="CodeLine"/>
      </w:pPr>
      <w:r>
        <w:t xml:space="preserve">            @RequestParam(defaultValue = "0") int page,</w:t>
      </w:r>
    </w:p>
    <w:p>
      <w:pPr>
        <w:pStyle w:val="CodeLine"/>
      </w:pPr>
      <w:r>
        <w:t xml:space="preserve">            @RequestParam(defaultValue = "20") int size,</w:t>
      </w:r>
    </w:p>
    <w:p>
      <w:pPr>
        <w:pStyle w:val="CodeLine"/>
      </w:pPr>
      <w:r>
        <w:t xml:space="preserve">            HttpServletRequest request) {</w:t>
      </w:r>
    </w:p>
    <w:p>
      <w:pPr>
        <w:pStyle w:val="CodeLine"/>
      </w:pPr>
      <w:r>
        <w:t xml:space="preserve">        Long userId = currentUserAccessor.requireUserId();</w:t>
      </w:r>
    </w:p>
    <w:p>
      <w:pPr>
        <w:pStyle w:val="CodeLine"/>
      </w:pPr>
      <w:r>
        <w:t xml:space="preserve">        verificationService.assertAdminRole(userId);</w:t>
      </w:r>
    </w:p>
    <w:p>
      <w:pPr>
        <w:pStyle w:val="CodeLine"/>
      </w:pPr>
      <w:r>
        <w:t xml:space="preserve">        Page&lt;CompanyVerification&gt; result = verificationService.listPending(status, from, to, page, size);</w:t>
      </w:r>
    </w:p>
    <w:p>
      <w:pPr>
        <w:pStyle w:val="CodeLine"/>
      </w:pPr>
      <w:r>
        <w:t xml:space="preserve">        Map&lt;String, Object&gt; data = new HashMap&lt;&gt;();</w:t>
      </w:r>
    </w:p>
    <w:p>
      <w:pPr>
        <w:pStyle w:val="CodeLine"/>
      </w:pPr>
      <w:r>
        <w:t xml:space="preserve">        data.put("items", result.getContent().stream().map(verificationService::toView).collect(Collectors.to</w:t>
      </w:r>
    </w:p>
    <w:p>
      <w:pPr>
        <w:pStyle w:val="CodeLine"/>
      </w:pPr>
      <w:r>
        <w:t>List()));</w:t>
      </w:r>
    </w:p>
    <w:p>
      <w:pPr>
        <w:pStyle w:val="CodeLine"/>
      </w:pPr>
      <w:r>
        <w:t xml:space="preserve">        data.put("total", result.getTotalElements());</w:t>
      </w:r>
    </w:p>
    <w:p>
      <w:pPr>
        <w:pStyle w:val="CodeLine"/>
      </w:pPr>
      <w:r>
        <w:t xml:space="preserve">        data.put("page", result.getNumber());</w:t>
      </w:r>
    </w:p>
    <w:p>
      <w:pPr>
        <w:pStyle w:val="CodeLine"/>
      </w:pPr>
      <w:r>
        <w:t xml:space="preserve">        data.put("size", result.getSize());</w:t>
      </w:r>
    </w:p>
    <w:p>
      <w:pPr>
        <w:pStyle w:val="CodeLine"/>
      </w:pPr>
      <w:r>
        <w:t xml:space="preserve">        data.put("totalPages", result.getTotalPages());</w:t>
      </w:r>
    </w:p>
    <w:p>
      <w:pPr>
        <w:pStyle w:val="CodeLine"/>
      </w:pPr>
      <w:r>
        <w:t xml:space="preserve">        return ResponseEntity.ok(ApiResponse.ok(data, requestIdAccessor.get(request)));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管理员：认证详情 ────────────────────────────────────────</w:t>
      </w:r>
    </w:p>
    <w:p>
      <w:pPr>
        <w:pStyle w:val="CodeLine"/>
      </w:pPr>
      <w:r>
        <w:t xml:space="preserve">    @Operation(summary = "认证详情", description = "管理员查看认证申请详情")</w:t>
      </w:r>
    </w:p>
    <w:p>
      <w:pPr>
        <w:pStyle w:val="CodeLine"/>
      </w:pPr>
      <w:r>
        <w:t xml:space="preserve">    @GetMapping("/admin/companies/verifications/{id}")</w:t>
      </w:r>
    </w:p>
    <w:p>
      <w:pPr>
        <w:pStyle w:val="CodeLine"/>
      </w:pPr>
      <w:r>
        <w:t xml:space="preserve">    public ResponseEntity&lt;ApiResponse&lt;Map&lt;String, Object&gt;&gt;&gt; getDetail(</w:t>
      </w:r>
    </w:p>
    <w:p>
      <w:pPr>
        <w:pStyle w:val="CodeLine"/>
      </w:pPr>
      <w:r>
        <w:t xml:space="preserve">            @PathVariable Long id,</w:t>
      </w:r>
    </w:p>
    <w:p>
      <w:pPr>
        <w:pStyle w:val="CodeLine"/>
      </w:pPr>
      <w:r>
        <w:t xml:space="preserve">            HttpServletRequest request) {</w:t>
      </w:r>
    </w:p>
    <w:p>
      <w:pPr>
        <w:pStyle w:val="CodeLine"/>
      </w:pPr>
      <w:r>
        <w:t xml:space="preserve">        Long userId = currentUserAccessor.requireUserId();</w:t>
      </w:r>
    </w:p>
    <w:p>
      <w:pPr>
        <w:pStyle w:val="CodeLine"/>
      </w:pPr>
      <w:r>
        <w:t xml:space="preserve">        verificationService.assertAdminRole(userId);</w:t>
      </w:r>
    </w:p>
    <w:p>
      <w:pPr>
        <w:pStyle w:val="CodeLine"/>
      </w:pPr>
      <w:r>
        <w:t xml:space="preserve">        CompanyVerification verification = verificationService.getDetail(id);</w:t>
      </w:r>
    </w:p>
    <w:p>
      <w:pPr>
        <w:pStyle w:val="CodeLine"/>
      </w:pPr>
      <w:r>
        <w:t xml:space="preserve">        return ResponseEntity.ok(ApiResponse.ok(verificationService.toView(verification),</w:t>
      </w:r>
    </w:p>
    <w:p>
      <w:pPr>
        <w:pStyle w:val="CodeLine"/>
      </w:pPr>
      <w:r>
        <w:t>requestIdAccessor.get(request)));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管理员：审核决定 ────────────────────────────────────────</w:t>
      </w:r>
    </w:p>
    <w:p>
      <w:pPr>
        <w:pStyle w:val="CodeLine"/>
      </w:pPr>
      <w:r>
        <w:t xml:space="preserve">    @Operation(summary = "审核决定", description = "管理员通过或拒绝认证申请，拒绝时必须填写原因")</w:t>
      </w:r>
    </w:p>
    <w:p>
      <w:pPr>
        <w:pStyle w:val="CodeLine"/>
      </w:pPr>
      <w:r>
        <w:t xml:space="preserve">    @PostMapping("/admin/companies/verifications/{id}/decision")</w:t>
      </w:r>
    </w:p>
    <w:p>
      <w:pPr>
        <w:pStyle w:val="CodeLine"/>
      </w:pPr>
      <w:r>
        <w:t xml:space="preserve">    public ResponseEntity&lt;ApiResponse&lt;Map&lt;String, Object&gt;&gt;&gt; decide(</w:t>
      </w:r>
    </w:p>
    <w:p>
      <w:pPr>
        <w:pStyle w:val="CodeLine"/>
      </w:pPr>
      <w:r>
        <w:t xml:space="preserve">            @PathVariable Long id,</w:t>
      </w:r>
    </w:p>
    <w:p>
      <w:pPr>
        <w:pStyle w:val="CodeLine"/>
      </w:pPr>
      <w:r>
        <w:t xml:space="preserve">            @Valid @RequestBody VerificationDecisionRequest req,</w:t>
      </w:r>
    </w:p>
    <w:p>
      <w:pPr>
        <w:pStyle w:val="CodeLine"/>
      </w:pPr>
      <w:r>
        <w:t xml:space="preserve">            HttpServletRequest request) {</w:t>
      </w:r>
    </w:p>
    <w:p>
      <w:pPr>
        <w:pStyle w:val="CodeLine"/>
      </w:pPr>
      <w:r>
        <w:t xml:space="preserve">        Long userId = currentUserAccessor.requireUserId();</w:t>
      </w:r>
    </w:p>
    <w:p>
      <w:pPr>
        <w:pStyle w:val="CodeLine"/>
      </w:pPr>
      <w:r>
        <w:t xml:space="preserve">        verificationService.assertAdminRole(userId);</w:t>
      </w:r>
    </w:p>
    <w:p>
      <w:pPr>
        <w:pStyle w:val="CodeLine"/>
      </w:pPr>
      <w:r>
        <w:t xml:space="preserve">        CompanyVerification verification = verificationService.decide(userId, id, req,</w:t>
      </w:r>
    </w:p>
    <w:p>
      <w:pPr>
        <w:pStyle w:val="CodeLine"/>
        <w:pageBreakBefore/>
      </w:pPr>
      <w:r>
        <w:t xml:space="preserve">                AuditContext.from(request));</w:t>
      </w:r>
    </w:p>
    <w:p>
      <w:pPr>
        <w:pStyle w:val="CodeLine"/>
      </w:pPr>
      <w:r>
        <w:t xml:space="preserve">        return ResponseEntity.ok(ApiResponse.ok(verificationService.toView(verification),</w:t>
      </w:r>
    </w:p>
    <w:p>
      <w:pPr>
        <w:pStyle w:val="CodeLine"/>
      </w:pPr>
      <w:r>
        <w:t>requestIdAccessor.get(request)));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管理员：审核历史 ────────────────────────────────────────</w:t>
      </w:r>
    </w:p>
    <w:p>
      <w:pPr>
        <w:pStyle w:val="CodeLine"/>
      </w:pPr>
      <w:r>
        <w:t xml:space="preserve">    @Operation(summary = "认证审核历史", description = "管理员查看某个认证申请的审核历史")</w:t>
      </w:r>
    </w:p>
    <w:p>
      <w:pPr>
        <w:pStyle w:val="CodeLine"/>
      </w:pPr>
      <w:r>
        <w:t xml:space="preserve">    @GetMapping("/admin/companies/verifications/history")</w:t>
      </w:r>
    </w:p>
    <w:p>
      <w:pPr>
        <w:pStyle w:val="CodeLine"/>
      </w:pPr>
      <w:r>
        <w:t xml:space="preserve">    public ResponseEntity&lt;ApiResponse&lt;List&lt;Map&lt;String, Object&gt;&gt;&gt;&gt; listHistory(</w:t>
      </w:r>
    </w:p>
    <w:p>
      <w:pPr>
        <w:pStyle w:val="CodeLine"/>
      </w:pPr>
      <w:r>
        <w:t xml:space="preserve">            @RequestParam Long verificationId,</w:t>
      </w:r>
    </w:p>
    <w:p>
      <w:pPr>
        <w:pStyle w:val="CodeLine"/>
      </w:pPr>
      <w:r>
        <w:t xml:space="preserve">            HttpServletRequest request) {</w:t>
      </w:r>
    </w:p>
    <w:p>
      <w:pPr>
        <w:pStyle w:val="CodeLine"/>
      </w:pPr>
      <w:r>
        <w:t xml:space="preserve">        Long userId = currentUserAccessor.requireUserId();</w:t>
      </w:r>
    </w:p>
    <w:p>
      <w:pPr>
        <w:pStyle w:val="CodeLine"/>
      </w:pPr>
      <w:r>
        <w:t xml:space="preserve">        verificationService.assertAdminRole(userId);</w:t>
      </w:r>
    </w:p>
    <w:p>
      <w:pPr>
        <w:pStyle w:val="CodeLine"/>
      </w:pPr>
      <w:r>
        <w:t xml:space="preserve">        List&lt;Map&lt;String, Object&gt;&gt; data = verificationService.getHistory(verificationId);</w:t>
      </w:r>
    </w:p>
    <w:p>
      <w:pPr>
        <w:pStyle w:val="CodeLine"/>
      </w:pPr>
      <w:r>
        <w:t xml:space="preserve">        return ResponseEntity.ok(ApiResponse.ok(data, requestIdAccessor.get(request)));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辅助 ───────────────────────────────────────────────────</w:t>
      </w:r>
    </w:p>
    <w:p>
      <w:pPr>
        <w:pStyle w:val="CodeLine"/>
      </w:pPr>
      <w:r>
        <w:t>─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com.mydreamjob.verification;</w:t>
      </w:r>
    </w:p>
    <w:p>
      <w:pPr>
        <w:pStyle w:val="CodeLine"/>
      </w:pPr>
      <w:r>
        <w:t>import jakarta.persistence.*;</w:t>
      </w:r>
    </w:p>
    <w:p>
      <w:pPr>
        <w:pStyle w:val="CodeLine"/>
      </w:pPr>
      <w:r>
        <w:t>import lombok.AllArgsConstructor;</w:t>
      </w:r>
    </w:p>
    <w:p>
      <w:pPr>
        <w:pStyle w:val="CodeLine"/>
      </w:pPr>
      <w:r>
        <w:t>import lombok.Builder;</w:t>
      </w:r>
    </w:p>
    <w:p>
      <w:pPr>
        <w:pStyle w:val="CodeLine"/>
      </w:pPr>
      <w:r>
        <w:t>import lombok.Data;</w:t>
      </w:r>
    </w:p>
    <w:p>
      <w:pPr>
        <w:pStyle w:val="CodeLine"/>
      </w:pPr>
      <w:r>
        <w:t>import lombok.NoArgsConstructor;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企业认证审核历史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@Data</w:t>
      </w:r>
    </w:p>
    <w:p>
      <w:pPr>
        <w:pStyle w:val="CodeLine"/>
      </w:pPr>
      <w:r>
        <w:t>@Builder</w:t>
      </w:r>
    </w:p>
    <w:p>
      <w:pPr>
        <w:pStyle w:val="CodeLine"/>
      </w:pPr>
      <w:r>
        <w:t>@NoArgsConstructor</w:t>
      </w:r>
    </w:p>
    <w:p>
      <w:pPr>
        <w:pStyle w:val="CodeLine"/>
      </w:pPr>
      <w:r>
        <w:t>@AllArgsConstructor</w:t>
      </w:r>
    </w:p>
    <w:p>
      <w:pPr>
        <w:pStyle w:val="CodeLine"/>
      </w:pPr>
      <w:r>
        <w:t>@Entity</w:t>
      </w:r>
    </w:p>
    <w:p>
      <w:pPr>
        <w:pStyle w:val="CodeLine"/>
      </w:pPr>
      <w:r>
        <w:t>@Table(name = "company_verification_history")</w:t>
      </w:r>
    </w:p>
    <w:p>
      <w:pPr>
        <w:pStyle w:val="CodeLine"/>
      </w:pPr>
      <w:r>
        <w:t>public class CompanyVerificationHistory {</w:t>
      </w:r>
    </w:p>
    <w:p>
      <w:pPr>
        <w:pStyle w:val="CodeLine"/>
      </w:pPr>
      <w:r>
        <w:t xml:space="preserve">    @Id</w:t>
      </w:r>
    </w:p>
    <w:p>
      <w:pPr>
        <w:pStyle w:val="CodeLine"/>
      </w:pPr>
      <w:r>
        <w:t xml:space="preserve">    @GeneratedValue(strategy = GenerationType.IDENTITY)</w:t>
      </w:r>
    </w:p>
    <w:p>
      <w:pPr>
        <w:pStyle w:val="CodeLine"/>
      </w:pPr>
      <w:r>
        <w:t xml:space="preserve">    private Long id;</w:t>
      </w:r>
    </w:p>
    <w:p>
      <w:pPr>
        <w:pStyle w:val="CodeLine"/>
      </w:pPr>
      <w:r>
        <w:t xml:space="preserve">    @Column(name = "verification_id", nullable = false)</w:t>
      </w:r>
    </w:p>
    <w:p>
      <w:pPr>
        <w:pStyle w:val="CodeLine"/>
      </w:pPr>
      <w:r>
        <w:t xml:space="preserve">    private Long verificationId;</w:t>
      </w:r>
    </w:p>
    <w:p>
      <w:pPr>
        <w:pStyle w:val="CodeLine"/>
      </w:pPr>
      <w:r>
        <w:t xml:space="preserve">    @Column(name = "from_status", length = 20)</w:t>
      </w:r>
    </w:p>
    <w:p>
      <w:pPr>
        <w:pStyle w:val="CodeLine"/>
      </w:pPr>
      <w:r>
        <w:t xml:space="preserve">    private String fromStatus;</w:t>
      </w:r>
    </w:p>
    <w:p>
      <w:pPr>
        <w:pStyle w:val="CodeLine"/>
      </w:pPr>
      <w:r>
        <w:t xml:space="preserve">    @Column(name = "to_status", nullable = false, length = 20)</w:t>
      </w:r>
    </w:p>
    <w:p>
      <w:pPr>
        <w:pStyle w:val="CodeLine"/>
      </w:pPr>
      <w:r>
        <w:t xml:space="preserve">    private String toStatus;</w:t>
      </w:r>
    </w:p>
    <w:p>
      <w:pPr>
        <w:pStyle w:val="CodeLine"/>
      </w:pPr>
      <w:r>
        <w:t xml:space="preserve">    @Column(name = "actor_user_id", nullable = false)</w:t>
      </w:r>
    </w:p>
    <w:p>
      <w:pPr>
        <w:pStyle w:val="CodeLine"/>
      </w:pPr>
      <w:r>
        <w:t xml:space="preserve">    private Long actorUserId;</w:t>
      </w:r>
    </w:p>
    <w:p>
      <w:pPr>
        <w:pStyle w:val="CodeLine"/>
      </w:pPr>
      <w:r>
        <w:t xml:space="preserve">    @Column(name = "reason", length = 500)</w:t>
      </w:r>
    </w:p>
    <w:p>
      <w:pPr>
        <w:pStyle w:val="CodeLine"/>
      </w:pPr>
      <w:r>
        <w:t xml:space="preserve">    private String reason;</w:t>
      </w:r>
    </w:p>
    <w:p>
      <w:pPr>
        <w:pStyle w:val="CodeLine"/>
      </w:pPr>
      <w:r>
        <w:t xml:space="preserve">    @Column(name = "created_at", nullable = false, updatable = false)</w:t>
      </w:r>
    </w:p>
    <w:p>
      <w:pPr>
        <w:pStyle w:val="CodeLine"/>
      </w:pPr>
      <w:r>
        <w:t xml:space="preserve">    private LocalDateTime createdAt;</w:t>
      </w:r>
    </w:p>
    <w:p>
      <w:pPr>
        <w:pStyle w:val="CodeLine"/>
      </w:pPr>
      <w:r>
        <w:t xml:space="preserve">    @PrePersist</w:t>
      </w:r>
    </w:p>
    <w:p>
      <w:pPr>
        <w:pStyle w:val="CodeLine"/>
      </w:pPr>
      <w:r>
        <w:t xml:space="preserve">    void prePersist() {</w:t>
      </w:r>
    </w:p>
    <w:p>
      <w:pPr>
        <w:pStyle w:val="CodeLine"/>
      </w:pPr>
      <w:r>
        <w:t xml:space="preserve">        if (createdAt == null) createdAt = LocalDateTime.now();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com.mydreamjob.verification;</w:t>
      </w:r>
    </w:p>
    <w:p>
      <w:pPr>
        <w:pStyle w:val="CodeLine"/>
      </w:pPr>
      <w:r>
        <w:t>import org.springframework.data.jpa.repository.JpaRepository;</w:t>
      </w:r>
    </w:p>
    <w:p>
      <w:pPr>
        <w:pStyle w:val="CodeLine"/>
      </w:pPr>
      <w:r>
        <w:t>import org.springframework.stereotype.Repository;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@Repository</w:t>
      </w:r>
    </w:p>
    <w:p>
      <w:pPr>
        <w:pStyle w:val="CodeLine"/>
      </w:pPr>
      <w:r>
        <w:t>public interface CompanyVerificationHistoryRepository extends JpaRepository&lt;CompanyVerificationHistory,</w:t>
      </w:r>
    </w:p>
    <w:p>
      <w:pPr>
        <w:pStyle w:val="CodeLine"/>
      </w:pPr>
      <w:r>
        <w:t>Long&gt;</w:t>
      </w:r>
    </w:p>
    <w:p>
      <w:pPr>
        <w:pStyle w:val="CodeLine"/>
      </w:pPr>
      <w:r>
        <w:t>{</w:t>
      </w:r>
    </w:p>
    <w:p>
      <w:pPr>
        <w:pStyle w:val="CodeLine"/>
      </w:pPr>
      <w:r>
        <w:t xml:space="preserve">    List&lt;CompanyVerificationHistory&gt; findByVerificationIdOrderByCreatedAtAsc(Long verificationId);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com.mydreamjob.verification;</w:t>
      </w:r>
    </w:p>
    <w:p>
      <w:pPr>
        <w:pStyle w:val="CodeLine"/>
      </w:pPr>
      <w:r>
        <w:t>import org.springframework.data.domain.Page;</w:t>
      </w:r>
    </w:p>
    <w:p>
      <w:pPr>
        <w:pStyle w:val="CodeLine"/>
      </w:pPr>
      <w:r>
        <w:t>import org.springframework.data.domain.Pageable;</w:t>
      </w:r>
    </w:p>
    <w:p>
      <w:pPr>
        <w:pStyle w:val="CodeLine"/>
      </w:pPr>
      <w:r>
        <w:t>import org.springframework.data.jpa.repository.JpaRepository;</w:t>
      </w:r>
    </w:p>
    <w:p>
      <w:pPr>
        <w:pStyle w:val="CodeLine"/>
      </w:pPr>
      <w:r>
        <w:t>import org.springframework.stereotype.Repository;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import java.util.Optional;</w:t>
      </w:r>
    </w:p>
    <w:p>
      <w:pPr>
        <w:pStyle w:val="CodeLine"/>
        <w:pageBreakBefore/>
      </w:pPr>
      <w:r>
        <w:t>@Repository</w:t>
      </w:r>
    </w:p>
    <w:p>
      <w:pPr>
        <w:pStyle w:val="CodeLine"/>
      </w:pPr>
      <w:r>
        <w:t>public interface CompanyVerificationRepository extends JpaRepository&lt;CompanyVerification, Long&gt; {</w:t>
      </w:r>
    </w:p>
    <w:p>
      <w:pPr>
        <w:pStyle w:val="CodeLine"/>
      </w:pPr>
      <w:r>
        <w:t xml:space="preserve">    Optional&lt;CompanyVerification&gt; findTopByCompanyIdOrderByIdDesc(Long companyId);</w:t>
      </w:r>
    </w:p>
    <w:p>
      <w:pPr>
        <w:pStyle w:val="CodeLine"/>
      </w:pPr>
      <w:r>
        <w:t xml:space="preserve">    Page&lt;CompanyVerification&gt; findByStatusOrderByCreatedAtDesc(String status, Pageable pageable);</w:t>
      </w:r>
    </w:p>
    <w:p>
      <w:pPr>
        <w:pStyle w:val="CodeLine"/>
      </w:pPr>
      <w:r>
        <w:t xml:space="preserve">    Page&lt;CompanyVerification&gt; findByStatusAndSubmittedAtBetweenOrderByCreatedAtDesc(</w:t>
      </w:r>
    </w:p>
    <w:p>
      <w:pPr>
        <w:pStyle w:val="CodeLine"/>
      </w:pPr>
      <w:r>
        <w:t xml:space="preserve">            String status, LocalDateTime from, LocalDateTime to, Pageable pageable);</w:t>
      </w:r>
    </w:p>
    <w:p>
      <w:pPr>
        <w:pStyle w:val="CodeLine"/>
      </w:pPr>
      <w:r>
        <w:t xml:space="preserve">    Page&lt;CompanyVerification&gt; findBySubmittedAtBetweenOrderByCreatedAtDesc(</w:t>
      </w:r>
    </w:p>
    <w:p>
      <w:pPr>
        <w:pStyle w:val="CodeLine"/>
      </w:pPr>
      <w:r>
        <w:t xml:space="preserve">            LocalDateTime from, LocalDateTime to, Pageable pageable);</w:t>
      </w:r>
    </w:p>
    <w:p>
      <w:pPr>
        <w:pStyle w:val="CodeLine"/>
      </w:pPr>
      <w:r>
        <w:t xml:space="preserve">    Page&lt;CompanyVerification&gt; findAllByOrderByCreatedAtDesc(Pageable pageable);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com.mydreamjob.verification;</w:t>
      </w:r>
    </w:p>
    <w:p>
      <w:pPr>
        <w:pStyle w:val="CodeLine"/>
      </w:pPr>
      <w:r>
        <w:t>import com.mydreamjob.audit.AuditContext;</w:t>
      </w:r>
    </w:p>
    <w:p>
      <w:pPr>
        <w:pStyle w:val="CodeLine"/>
      </w:pPr>
      <w:r>
        <w:t>import com.mydreamjob.audit.AuditService;</w:t>
      </w:r>
    </w:p>
    <w:p>
      <w:pPr>
        <w:pStyle w:val="CodeLine"/>
      </w:pPr>
      <w:r>
        <w:t>import com.mydreamjob.auth.User;</w:t>
      </w:r>
    </w:p>
    <w:p>
      <w:pPr>
        <w:pStyle w:val="CodeLine"/>
      </w:pPr>
      <w:r>
        <w:t>import com.mydreamjob.auth.UserRepository;</w:t>
      </w:r>
    </w:p>
    <w:p>
      <w:pPr>
        <w:pStyle w:val="CodeLine"/>
      </w:pPr>
      <w:r>
        <w:t>import com.mydreamjob.common.exception.BusinessException;</w:t>
      </w:r>
    </w:p>
    <w:p>
      <w:pPr>
        <w:pStyle w:val="CodeLine"/>
      </w:pPr>
      <w:r>
        <w:t>import com.mydreamjob.common.exception.ErrorCode;</w:t>
      </w:r>
    </w:p>
    <w:p>
      <w:pPr>
        <w:pStyle w:val="CodeLine"/>
      </w:pPr>
      <w:r>
        <w:t>import com.mydreamjob.company.Company;</w:t>
      </w:r>
    </w:p>
    <w:p>
      <w:pPr>
        <w:pStyle w:val="CodeLine"/>
      </w:pPr>
      <w:r>
        <w:t>import com.mydreamjob.company.CompanyRepository;</w:t>
      </w:r>
    </w:p>
    <w:p>
      <w:pPr>
        <w:pStyle w:val="CodeLine"/>
      </w:pPr>
      <w:r>
        <w:t>import com.mydreamjob.notification.NotificationService;</w:t>
      </w:r>
    </w:p>
    <w:p>
      <w:pPr>
        <w:pStyle w:val="CodeLine"/>
      </w:pPr>
      <w:r>
        <w:t>import com.mydreamjob.verification.dto.VerificationDecisionRequest;</w:t>
      </w:r>
    </w:p>
    <w:p>
      <w:pPr>
        <w:pStyle w:val="CodeLine"/>
      </w:pPr>
      <w:r>
        <w:t>import com.mydreamjob.verification.dto.VerificationSubmitRequest;</w:t>
      </w:r>
    </w:p>
    <w:p>
      <w:pPr>
        <w:pStyle w:val="CodeLine"/>
      </w:pPr>
      <w:r>
        <w:t>import jakarta.persistence.EntityManager;</w:t>
      </w:r>
    </w:p>
    <w:p>
      <w:pPr>
        <w:pStyle w:val="CodeLine"/>
      </w:pPr>
      <w:r>
        <w:t>import jakarta.persistence.PersistenceContext;</w:t>
      </w:r>
    </w:p>
    <w:p>
      <w:pPr>
        <w:pStyle w:val="CodeLine"/>
      </w:pPr>
      <w:r>
        <w:t>import com.mydreamjob.security.UserRoleGuard;</w:t>
      </w:r>
    </w:p>
    <w:p>
      <w:pPr>
        <w:pStyle w:val="CodeLine"/>
      </w:pPr>
      <w:r>
        <w:t>import lombok.RequiredArgsConstructor;</w:t>
      </w:r>
    </w:p>
    <w:p>
      <w:pPr>
        <w:pStyle w:val="CodeLine"/>
      </w:pPr>
      <w:r>
        <w:t>import lombok.extern.slf4j.Slf4j;</w:t>
      </w:r>
    </w:p>
    <w:p>
      <w:pPr>
        <w:pStyle w:val="CodeLine"/>
      </w:pPr>
      <w:r>
        <w:t>import org.springframework.dao.OptimisticLockingFailureException;</w:t>
      </w:r>
    </w:p>
    <w:p>
      <w:pPr>
        <w:pStyle w:val="CodeLine"/>
      </w:pPr>
      <w:r>
        <w:t>import org.springframework.data.domain.Page;</w:t>
      </w:r>
    </w:p>
    <w:p>
      <w:pPr>
        <w:pStyle w:val="CodeLine"/>
      </w:pPr>
      <w:r>
        <w:t>import org.springframework.data.domain.PageRequest;</w:t>
      </w:r>
    </w:p>
    <w:p>
      <w:pPr>
        <w:pStyle w:val="CodeLine"/>
      </w:pPr>
      <w:r>
        <w:t>import org.springframework.stereotype.Service;</w:t>
      </w:r>
    </w:p>
    <w:p>
      <w:pPr>
        <w:pStyle w:val="CodeLine"/>
      </w:pPr>
      <w:r>
        <w:t>import org.springframework.transaction.annotation.Transactional;</w:t>
      </w:r>
    </w:p>
    <w:p>
      <w:pPr>
        <w:pStyle w:val="CodeLine"/>
      </w:pPr>
      <w:r>
        <w:t>import java.time.LocalDateTime;</w:t>
      </w:r>
    </w:p>
    <w:p>
      <w:pPr>
        <w:pStyle w:val="CodeLine"/>
      </w:pPr>
      <w:r>
        <w:t>import java.util.HashMap;</w:t>
      </w:r>
    </w:p>
    <w:p>
      <w:pPr>
        <w:pStyle w:val="CodeLine"/>
      </w:pPr>
      <w:r>
        <w:t>import java.util.List;</w:t>
      </w:r>
    </w:p>
    <w:p>
      <w:pPr>
        <w:pStyle w:val="CodeLine"/>
      </w:pPr>
      <w:r>
        <w:t>import java.util.Map;</w:t>
      </w:r>
    </w:p>
    <w:p>
      <w:pPr>
        <w:pStyle w:val="CodeLine"/>
      </w:pPr>
      <w:r>
        <w:t>import java.util.stream.Collectors;</w:t>
      </w:r>
    </w:p>
    <w:p>
      <w:pPr>
        <w:pStyle w:val="CodeLine"/>
      </w:pPr>
      <w:r>
        <w:t>@Slf4j</w:t>
      </w:r>
    </w:p>
    <w:p>
      <w:pPr>
        <w:pStyle w:val="CodeLine"/>
      </w:pPr>
      <w:r>
        <w:t>@Service</w:t>
      </w:r>
    </w:p>
    <w:p>
      <w:pPr>
        <w:pStyle w:val="CodeLine"/>
      </w:pPr>
      <w:r>
        <w:t>@RequiredArgsConstructor</w:t>
      </w:r>
    </w:p>
    <w:p>
      <w:pPr>
        <w:pStyle w:val="CodeLine"/>
      </w:pPr>
      <w:r>
        <w:t>public class CompanyVerificationService {</w:t>
      </w:r>
    </w:p>
    <w:p>
      <w:pPr>
        <w:pStyle w:val="CodeLine"/>
      </w:pPr>
      <w:r>
        <w:t xml:space="preserve">    private static final int MAX_PAGE_SIZE = 100;</w:t>
      </w:r>
    </w:p>
    <w:p>
      <w:pPr>
        <w:pStyle w:val="CodeLine"/>
      </w:pPr>
      <w:r>
        <w:t xml:space="preserve">    private final com.mydreamjob.security.UserRoleGuard userRoleGuard;</w:t>
      </w:r>
    </w:p>
    <w:p>
      <w:pPr>
        <w:pStyle w:val="CodeLine"/>
      </w:pPr>
      <w:r>
        <w:t xml:space="preserve">    private final CompanyVerificationRepository verificationRepository;</w:t>
      </w:r>
    </w:p>
    <w:p>
      <w:pPr>
        <w:pStyle w:val="CodeLine"/>
      </w:pPr>
      <w:r>
        <w:t xml:space="preserve">    private final CompanyVerificationHistoryRepository historyRepository;</w:t>
      </w:r>
    </w:p>
    <w:p>
      <w:pPr>
        <w:pStyle w:val="CodeLine"/>
      </w:pPr>
      <w:r>
        <w:t xml:space="preserve">    private final CompanyRepository companyRepository;</w:t>
      </w:r>
    </w:p>
    <w:p>
      <w:pPr>
        <w:pStyle w:val="CodeLine"/>
      </w:pPr>
      <w:r>
        <w:t xml:space="preserve">    private final UserRepository userRepository;</w:t>
      </w:r>
    </w:p>
    <w:p>
      <w:pPr>
        <w:pStyle w:val="CodeLine"/>
      </w:pPr>
      <w:r>
        <w:t xml:space="preserve">    private final NotificationService notificationService;</w:t>
      </w:r>
    </w:p>
    <w:p>
      <w:pPr>
        <w:pStyle w:val="CodeLine"/>
      </w:pPr>
      <w:r>
        <w:t xml:space="preserve">    private final AuditService auditService;</w:t>
      </w:r>
    </w:p>
    <w:p>
      <w:pPr>
        <w:pStyle w:val="CodeLine"/>
      </w:pPr>
      <w:r>
        <w:t xml:space="preserve">    @PersistenceContext</w:t>
      </w:r>
    </w:p>
    <w:p>
      <w:pPr>
        <w:pStyle w:val="CodeLine"/>
      </w:pPr>
      <w:r>
        <w:t xml:space="preserve">    private EntityManager entityManager;</w:t>
      </w:r>
    </w:p>
    <w:p>
      <w:pPr>
        <w:pStyle w:val="CodeLine"/>
      </w:pPr>
      <w:r>
        <w:t xml:space="preserve">    // ── 企业提交认证 ────────────────────────────────────────────</w:t>
      </w:r>
    </w:p>
    <w:p>
      <w:pPr>
        <w:pStyle w:val="CodeLine"/>
      </w:pPr>
      <w:r>
        <w:t xml:space="preserve">    @Transactional</w:t>
      </w:r>
    </w:p>
    <w:p>
      <w:pPr>
        <w:pStyle w:val="CodeLine"/>
      </w:pPr>
      <w:r>
        <w:t xml:space="preserve">    public CompanyVerification submit(Long companyUserId, VerificationSubmitRequest req, AuditContext ctx) {</w:t>
      </w:r>
    </w:p>
    <w:p>
      <w:pPr>
        <w:pStyle w:val="CodeLine"/>
      </w:pPr>
      <w:r>
        <w:t xml:space="preserve">        Company company = requireCompany(companyUserId);</w:t>
      </w:r>
    </w:p>
    <w:p>
      <w:pPr>
        <w:pStyle w:val="CodeLine"/>
      </w:pPr>
      <w:r>
        <w:t xml:space="preserve">        // 检查是否已有审批中的认证</w:t>
      </w:r>
    </w:p>
    <w:p>
      <w:pPr>
        <w:pStyle w:val="CodeLine"/>
      </w:pPr>
      <w:r>
        <w:t xml:space="preserve">        CompanyVerification existing = verificationRepository</w:t>
      </w:r>
    </w:p>
    <w:p>
      <w:pPr>
        <w:pStyle w:val="CodeLine"/>
      </w:pPr>
      <w:r>
        <w:t xml:space="preserve">                .findTopByCompanyIdOrderByIdDesc(company.getId()).orElse(null);</w:t>
      </w:r>
    </w:p>
    <w:p>
      <w:pPr>
        <w:pStyle w:val="CodeLine"/>
      </w:pPr>
      <w:r>
        <w:t xml:space="preserve">        if (existing != null &amp;&amp; (existing.getStatus().equals("PENDING")</w:t>
      </w:r>
    </w:p>
    <w:p>
      <w:pPr>
        <w:pStyle w:val="CodeLine"/>
      </w:pPr>
      <w:r>
        <w:t xml:space="preserve">                || existing.getStatus().equals("RESUBMITTED"))) {</w:t>
      </w:r>
    </w:p>
    <w:p>
      <w:pPr>
        <w:pStyle w:val="CodeLine"/>
      </w:pPr>
      <w:r>
        <w:t xml:space="preserve">            throw new BusinessException(ErrorCode.VERIFICATION_ALREADY_PENDING);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(existing != null &amp;&amp; existing.getStatus().equals("APPROVED")) {</w:t>
      </w:r>
    </w:p>
    <w:p>
      <w:pPr>
        <w:pStyle w:val="CodeLine"/>
      </w:pPr>
      <w:r>
        <w:t xml:space="preserve">            throw new BusinessException(ErrorCode.VERIFICATION_ALREADY_APPROVED);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String targetStatus = (existing != null &amp;&amp; existing.getStatus().equals("REJECTED"))</w:t>
      </w:r>
    </w:p>
    <w:p>
      <w:pPr>
        <w:pStyle w:val="CodeLine"/>
      </w:pPr>
      <w:r>
        <w:t xml:space="preserve">                ? VerificationStatus.RESUBMITTED.name()</w:t>
      </w:r>
    </w:p>
    <w:p>
      <w:pPr>
        <w:pStyle w:val="CodeLine"/>
      </w:pPr>
      <w:r>
        <w:t xml:space="preserve">                : VerificationStatus.PENDING.name();</w:t>
      </w:r>
    </w:p>
    <w:p>
      <w:pPr>
        <w:pStyle w:val="CodeLine"/>
      </w:pPr>
      <w:r>
        <w:t xml:space="preserve">        CompanyVerification verification = CompanyVerification.builder()</w:t>
      </w:r>
    </w:p>
    <w:p>
      <w:pPr>
        <w:pStyle w:val="CodeLine"/>
      </w:pPr>
      <w:r>
        <w:t xml:space="preserve">                .companyId(company.getId())</w:t>
      </w:r>
    </w:p>
    <w:p>
      <w:pPr>
        <w:pStyle w:val="CodeLine"/>
      </w:pPr>
      <w:r>
        <w:t xml:space="preserve">                .status(targetStatus)</w:t>
      </w:r>
    </w:p>
    <w:p>
      <w:pPr>
        <w:pStyle w:val="CodeLine"/>
      </w:pPr>
      <w:r>
        <w:t xml:space="preserve">                .submittedBy(companyUserId)</w:t>
      </w:r>
    </w:p>
    <w:p>
      <w:pPr>
        <w:pStyle w:val="CodeLine"/>
        <w:pageBreakBefore/>
      </w:pPr>
      <w:r>
        <w:t xml:space="preserve">                .materialsJson(req.getMaterialsJson())</w:t>
      </w:r>
    </w:p>
    <w:p>
      <w:pPr>
        <w:pStyle w:val="CodeLine"/>
      </w:pPr>
      <w:r>
        <w:t xml:space="preserve">                .submittedAt(LocalDateTime.now())</w:t>
      </w:r>
    </w:p>
    <w:p>
      <w:pPr>
        <w:pStyle w:val="CodeLine"/>
      </w:pPr>
      <w:r>
        <w:t xml:space="preserve">                .build();</w:t>
      </w:r>
    </w:p>
    <w:p>
      <w:pPr>
        <w:pStyle w:val="CodeLine"/>
      </w:pPr>
      <w:r>
        <w:t xml:space="preserve">        verification = verificationRepository.save(verification);</w:t>
      </w:r>
    </w:p>
    <w:p>
      <w:pPr>
        <w:pStyle w:val="CodeLine"/>
      </w:pPr>
      <w:r>
        <w:t xml:space="preserve">        recordHistory(verification.getId(), null, targetStatus, companyUserId,</w:t>
      </w:r>
    </w:p>
    <w:p>
      <w:pPr>
        <w:pStyle w:val="CodeLine"/>
      </w:pPr>
      <w:r>
        <w:t xml:space="preserve">                "企业提交认证材料");</w:t>
      </w:r>
    </w:p>
    <w:p>
      <w:pPr>
        <w:pStyle w:val="CodeLine"/>
      </w:pPr>
      <w:r>
        <w:t xml:space="preserve">        auditService.log(companyUserId, "SUBMIT_VERIFICATION", "VERIFICATION", verification.getId(),</w:t>
      </w:r>
    </w:p>
    <w:p>
      <w:pPr>
        <w:pStyle w:val="CodeLine"/>
      </w:pPr>
      <w:r>
        <w:t xml:space="preserve">                "Company verification submitted", ctx);</w:t>
      </w:r>
    </w:p>
    <w:p>
      <w:pPr>
        <w:pStyle w:val="CodeLine"/>
      </w:pPr>
      <w:r>
        <w:t xml:space="preserve">        return verification;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企业查询自己的认证状态 ───────────────────────────────────</w:t>
      </w:r>
    </w:p>
    <w:p>
      <w:pPr>
        <w:pStyle w:val="CodeLine"/>
      </w:pPr>
      <w:r>
        <w:t xml:space="preserve">    public CompanyVerification getMyVerification(Long companyUserId) {</w:t>
      </w:r>
    </w:p>
    <w:p>
      <w:pPr>
        <w:pStyle w:val="CodeLine"/>
      </w:pPr>
      <w:r>
        <w:t xml:space="preserve">        Company company = requireCompany(companyUserId);</w:t>
      </w:r>
    </w:p>
    <w:p>
      <w:pPr>
        <w:pStyle w:val="CodeLine"/>
      </w:pPr>
      <w:r>
        <w:t xml:space="preserve">        return verificationRepository.findTopByCompanyIdOrderByIdDesc(company.getId())</w:t>
      </w:r>
    </w:p>
    <w:p>
      <w:pPr>
        <w:pStyle w:val="CodeLine"/>
      </w:pPr>
      <w:r>
        <w:t xml:space="preserve">                .orElseThrow(() -&gt; new BusinessException(ErrorCode.VERIFICATION_NOT_FOUND));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管理员：待审核列表 ────────────────────────────────────────</w:t>
      </w:r>
    </w:p>
    <w:p>
      <w:pPr>
        <w:pStyle w:val="CodeLine"/>
      </w:pPr>
      <w:r>
        <w:t xml:space="preserve">    public Page&lt;CompanyVerification&gt; listPending(String status, LocalDateTime from, LocalDateTime to,</w:t>
      </w:r>
    </w:p>
    <w:p>
      <w:pPr>
        <w:pStyle w:val="CodeLine"/>
      </w:pPr>
      <w:r>
        <w:t xml:space="preserve">                                                  int page, int size) {</w:t>
      </w:r>
    </w:p>
    <w:p>
      <w:pPr>
        <w:pStyle w:val="CodeLine"/>
      </w:pPr>
      <w:r>
        <w:t xml:space="preserve">        if (size &gt; MAX_PAGE_SIZE) size = MAX_PAGE_SIZE;</w:t>
      </w:r>
    </w:p>
    <w:p>
      <w:pPr>
        <w:pStyle w:val="CodeLine"/>
      </w:pPr>
      <w:r>
        <w:t xml:space="preserve">        PageRequest pr = PageRequest.of(page, size);</w:t>
      </w:r>
    </w:p>
    <w:p>
      <w:pPr>
        <w:pStyle w:val="CodeLine"/>
      </w:pPr>
      <w:r>
        <w:t xml:space="preserve">        boolean hasStatus = status != null &amp;&amp; !status.isBlank();</w:t>
      </w:r>
    </w:p>
    <w:p>
      <w:pPr>
        <w:pStyle w:val="CodeLine"/>
      </w:pPr>
      <w:r>
        <w:t xml:space="preserve">        boolean hasRange = from != null &amp;&amp; to != null;</w:t>
      </w:r>
    </w:p>
    <w:p>
      <w:pPr>
        <w:pStyle w:val="CodeLine"/>
      </w:pPr>
      <w:r>
        <w:t xml:space="preserve">        if (hasStatus &amp;&amp; hasRange)</w:t>
      </w:r>
    </w:p>
    <w:p>
      <w:pPr>
        <w:pStyle w:val="CodeLine"/>
      </w:pPr>
      <w:r>
        <w:t xml:space="preserve">            return verificationRepository.findByStatusAndSubmittedAtBetweenOrderByCreatedAtDesc(</w:t>
      </w:r>
    </w:p>
    <w:p>
      <w:pPr>
        <w:pStyle w:val="CodeLine"/>
      </w:pPr>
      <w:r>
        <w:t xml:space="preserve">                    status, from, to, pr);</w:t>
      </w:r>
    </w:p>
    <w:p>
      <w:pPr>
        <w:pStyle w:val="CodeLine"/>
      </w:pPr>
      <w:r>
        <w:t xml:space="preserve">        if (hasStatus)</w:t>
      </w:r>
    </w:p>
    <w:p>
      <w:pPr>
        <w:pStyle w:val="CodeLine"/>
      </w:pPr>
      <w:r>
        <w:t xml:space="preserve">            return verificationRepository.findByStatusOrderByCreatedAtDesc(status, pr);</w:t>
      </w:r>
    </w:p>
    <w:p>
      <w:pPr>
        <w:pStyle w:val="CodeLine"/>
      </w:pPr>
      <w:r>
        <w:t xml:space="preserve">        if (hasRange)</w:t>
      </w:r>
    </w:p>
    <w:p>
      <w:pPr>
        <w:pStyle w:val="CodeLine"/>
      </w:pPr>
      <w:r>
        <w:t xml:space="preserve">            return verificationRepository.findBySubmittedAtBetweenOrderByCreatedAtDesc(from, to, pr);</w:t>
      </w:r>
    </w:p>
    <w:p>
      <w:pPr>
        <w:pStyle w:val="CodeLine"/>
      </w:pPr>
      <w:r>
        <w:t xml:space="preserve">        return verificationRepository.findAllByOrderByCreatedAtDesc(pr);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管理员：查看认证详情 ──────────────────────────────────────</w:t>
      </w:r>
    </w:p>
    <w:p>
      <w:pPr>
        <w:pStyle w:val="CodeLine"/>
      </w:pPr>
      <w:r>
        <w:t xml:space="preserve">    public CompanyVerification getDetail(Long verificationId) {</w:t>
      </w:r>
    </w:p>
    <w:p>
      <w:pPr>
        <w:pStyle w:val="CodeLine"/>
      </w:pPr>
      <w:r>
        <w:t xml:space="preserve">        return verificationRepository.findById(verificationId)</w:t>
      </w:r>
    </w:p>
    <w:p>
      <w:pPr>
        <w:pStyle w:val="CodeLine"/>
      </w:pPr>
      <w:r>
        <w:t xml:space="preserve">                .orElseThrow(() -&gt; new BusinessException(ErrorCode.VERIFICATION_NOT_FOUND));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管理员：审核决定 ──────────────────────────────────────────</w:t>
      </w:r>
    </w:p>
    <w:p>
      <w:pPr>
        <w:pStyle w:val="CodeLine"/>
      </w:pPr>
      <w:r>
        <w:t xml:space="preserve">    @Transactional</w:t>
      </w:r>
    </w:p>
    <w:p>
      <w:pPr>
        <w:pStyle w:val="CodeLine"/>
      </w:pPr>
      <w:r>
        <w:t xml:space="preserve">    public CompanyVerification decide(Long adminUserId, Long verificationId,</w:t>
      </w:r>
    </w:p>
    <w:p>
      <w:pPr>
        <w:pStyle w:val="CodeLine"/>
      </w:pPr>
      <w:r>
        <w:t xml:space="preserve">                                       VerificationDecisionRequest req, AuditContext ctx) {</w:t>
      </w:r>
    </w:p>
    <w:p>
      <w:pPr>
        <w:pStyle w:val="CodeLine"/>
      </w:pPr>
      <w:r>
        <w:t xml:space="preserve">        CompanyVerification verification = verificationRepository.findById(verificationId)</w:t>
      </w:r>
    </w:p>
    <w:p>
      <w:pPr>
        <w:pStyle w:val="CodeLine"/>
      </w:pPr>
      <w:r>
        <w:t xml:space="preserve">                .orElseThrow(() -&gt; new BusinessException(ErrorCode.VERIFICATION_NOT_FOUND));</w:t>
      </w:r>
    </w:p>
    <w:p>
      <w:pPr>
        <w:pStyle w:val="CodeLine"/>
      </w:pPr>
      <w:r>
        <w:t xml:space="preserve">        String decision = req.getDecision().toUpperCase();</w:t>
      </w:r>
    </w:p>
    <w:p>
      <w:pPr>
        <w:pStyle w:val="CodeLine"/>
      </w:pPr>
      <w:r>
        <w:t xml:space="preserve">        VerificationStatus targetStatus;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targetStatus = VerificationStatus.valueOf(decision);</w:t>
      </w:r>
    </w:p>
    <w:p>
      <w:pPr>
        <w:pStyle w:val="CodeLine"/>
      </w:pPr>
      <w:r>
        <w:t xml:space="preserve">        } catch (IllegalArgumentException e) {</w:t>
      </w:r>
    </w:p>
    <w:p>
      <w:pPr>
        <w:pStyle w:val="CodeLine"/>
      </w:pPr>
      <w:r>
        <w:t xml:space="preserve">            throw new BusinessException(ErrorCode.BAD_REQUEST, "invalid decision: " + decision);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(targetStatus != VerificationStatus.APPROVED &amp;&amp; targetStatus != VerificationStatus.REJECTED) {</w:t>
      </w:r>
    </w:p>
    <w:p>
      <w:pPr>
        <w:pStyle w:val="CodeLine"/>
      </w:pPr>
      <w:r>
        <w:t xml:space="preserve">            throw new BusinessException(ErrorCode.BAD_REQUEST, "decision must be APPROVED or REJECTED");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VerificationStatus current = VerificationStatus.valueOf(verification.getStatus());</w:t>
      </w:r>
    </w:p>
    <w:p>
      <w:pPr>
        <w:pStyle w:val="CodeLine"/>
      </w:pPr>
      <w:r>
        <w:t xml:space="preserve">        if (current == VerificationStatus.APPROVED) {</w:t>
      </w:r>
    </w:p>
    <w:p>
      <w:pPr>
        <w:pStyle w:val="CodeLine"/>
      </w:pPr>
      <w:r>
        <w:t xml:space="preserve">            throw new BusinessException(ErrorCode.VERIFICATION_ALREADY_APPROVED);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// 幂等：已相同状态无需重复</w:t>
      </w:r>
    </w:p>
    <w:p>
      <w:pPr>
        <w:pStyle w:val="CodeLine"/>
      </w:pPr>
      <w:r>
        <w:t xml:space="preserve">        if (current == targetStatus) {</w:t>
      </w:r>
    </w:p>
    <w:p>
      <w:pPr>
        <w:pStyle w:val="CodeLine"/>
      </w:pPr>
      <w:r>
        <w:t xml:space="preserve">            return verification;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(current != VerificationStatus.PENDING &amp;&amp; current != VerificationStatus.RESUBMITTED) {</w:t>
      </w:r>
    </w:p>
    <w:p>
      <w:pPr>
        <w:pStyle w:val="CodeLine"/>
      </w:pPr>
      <w:r>
        <w:t xml:space="preserve">            throw new BusinessException(ErrorCode.INVALID_VERIFICATION_STATUS_TRANSITION);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if (targetStatus == VerificationStatus.REJECTED</w:t>
      </w:r>
    </w:p>
    <w:p>
      <w:pPr>
        <w:pStyle w:val="CodeLine"/>
      </w:pPr>
      <w:r>
        <w:t xml:space="preserve">                &amp;&amp; (req.getReason() == null || req.getReason().isBlank())) {</w:t>
      </w:r>
    </w:p>
    <w:p>
      <w:pPr>
        <w:pStyle w:val="CodeLine"/>
      </w:pPr>
      <w:r>
        <w:t xml:space="preserve">            throw new BusinessException(ErrorCode.VERIFICATION_REJECT_REASON_REQUIRED);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    String fromStatus = verification.getStatus();</w:t>
      </w:r>
    </w:p>
    <w:p>
      <w:pPr>
        <w:pStyle w:val="CodeLine"/>
      </w:pPr>
      <w:r>
        <w:t xml:space="preserve">        try {</w:t>
      </w:r>
    </w:p>
    <w:p>
      <w:pPr>
        <w:pStyle w:val="CodeLine"/>
      </w:pPr>
      <w:r>
        <w:t xml:space="preserve">            verification.setStatus(targetStatus.name());</w:t>
      </w:r>
    </w:p>
    <w:p>
      <w:pPr>
        <w:pStyle w:val="CodeLine"/>
      </w:pPr>
      <w:r>
        <w:t xml:space="preserve">            verification.setReviewerId(adminUserId);</w:t>
      </w:r>
    </w:p>
    <w:p>
      <w:pPr>
        <w:pStyle w:val="CodeLine"/>
        <w:pageBreakBefore/>
      </w:pPr>
      <w:r>
        <w:t xml:space="preserve">            verification.setDecisionReason(req.getReason());</w:t>
      </w:r>
    </w:p>
    <w:p>
      <w:pPr>
        <w:pStyle w:val="CodeLine"/>
      </w:pPr>
      <w:r>
        <w:t xml:space="preserve">            verification.setDecidedAt(LocalDateTime.now());</w:t>
      </w:r>
    </w:p>
    <w:p>
      <w:pPr>
        <w:pStyle w:val="CodeLine"/>
      </w:pPr>
      <w:r>
        <w:t xml:space="preserve">            CompanyVerification saved = verificationRepository.saveAndFlush(verification);</w:t>
      </w:r>
    </w:p>
    <w:p>
      <w:pPr>
        <w:pStyle w:val="CodeLine"/>
      </w:pPr>
      <w:r>
        <w:t xml:space="preserve">            recordHistory(saved.getId(), fromStatus, targetStatus.name(), adminUserId,</w:t>
      </w:r>
    </w:p>
    <w:p>
      <w:pPr>
        <w:pStyle w:val="CodeLine"/>
      </w:pPr>
      <w:r>
        <w:t xml:space="preserve">                    req.getReason());</w:t>
      </w:r>
    </w:p>
    <w:p>
      <w:pPr>
        <w:pStyle w:val="CodeLine"/>
      </w:pPr>
      <w:r>
        <w:t xml:space="preserve">            // 更新企业认证状态</w:t>
      </w:r>
    </w:p>
    <w:p>
      <w:pPr>
        <w:pStyle w:val="CodeLine"/>
      </w:pPr>
      <w:r>
        <w:t xml:space="preserve">            if (targetStatus == VerificationStatus.APPROVED) {</w:t>
      </w:r>
    </w:p>
    <w:p>
      <w:pPr>
        <w:pStyle w:val="CodeLine"/>
      </w:pPr>
      <w:r>
        <w:t xml:space="preserve">                Company company = companyRepository.findById(saved.getCompanyId())</w:t>
      </w:r>
    </w:p>
    <w:p>
      <w:pPr>
        <w:pStyle w:val="CodeLine"/>
      </w:pPr>
      <w:r>
        <w:t xml:space="preserve">                        .orElse(null);</w:t>
      </w:r>
    </w:p>
    <w:p>
      <w:pPr>
        <w:pStyle w:val="CodeLine"/>
      </w:pPr>
      <w:r>
        <w:t xml:space="preserve">                if (company != null &amp;&amp; !Boolean.TRUE.equals(company.getVerified())) {</w:t>
      </w:r>
    </w:p>
    <w:p>
      <w:pPr>
        <w:pStyle w:val="CodeLine"/>
      </w:pPr>
      <w:r>
        <w:t xml:space="preserve">                    company.setVerified(true);</w:t>
      </w:r>
    </w:p>
    <w:p>
      <w:pPr>
        <w:pStyle w:val="CodeLine"/>
      </w:pPr>
      <w:r>
        <w:t xml:space="preserve">                    companyRepository.save(company);</w:t>
      </w:r>
    </w:p>
    <w:p>
      <w:pPr>
        <w:pStyle w:val="CodeLine"/>
      </w:pPr>
      <w:r>
        <w:t xml:space="preserve">                }</w:t>
      </w:r>
    </w:p>
    <w:p>
      <w:pPr>
        <w:pStyle w:val="CodeLine"/>
      </w:pPr>
      <w:r>
        <w:t xml:space="preserve">            }</w:t>
      </w:r>
    </w:p>
    <w:p>
      <w:pPr>
        <w:pStyle w:val="CodeLine"/>
      </w:pPr>
      <w:r>
        <w:t xml:space="preserve">            auditService.log(adminUserId, "DECIDE_VERIFICATION", "VERIFICATION", saved.getId(),</w:t>
      </w:r>
    </w:p>
    <w:p>
      <w:pPr>
        <w:pStyle w:val="CodeLine"/>
      </w:pPr>
      <w:r>
        <w:t xml:space="preserve">                    "Verification " + targetStatus.name() + " for company " + saved.getCompanyId(), ctx);</w:t>
      </w:r>
    </w:p>
    <w:p>
      <w:pPr>
        <w:pStyle w:val="CodeLine"/>
      </w:pPr>
      <w:r>
        <w:t xml:space="preserve">            notificationService.publishEvent(saved.getSubmittedBy(),</w:t>
      </w:r>
    </w:p>
    <w:p>
      <w:pPr>
        <w:pStyle w:val="CodeLine"/>
      </w:pPr>
      <w:r>
        <w:t xml:space="preserve">                    "VERIFICATION_" + targetStatus.name(),</w:t>
      </w:r>
    </w:p>
    <w:p>
      <w:pPr>
        <w:pStyle w:val="CodeLine"/>
      </w:pPr>
      <w:r>
        <w:t xml:space="preserve">                    "企业认证审核结果",</w:t>
      </w:r>
    </w:p>
    <w:p>
      <w:pPr>
        <w:pStyle w:val="CodeLine"/>
      </w:pPr>
      <w:r>
        <w:t xml:space="preserve">                    "你的企业认证申请已被" + (targetStatus == VerificationStatus.APPROVED ? "通过" : "拒绝")</w:t>
      </w:r>
    </w:p>
    <w:p>
      <w:pPr>
        <w:pStyle w:val="CodeLine"/>
      </w:pPr>
      <w:r>
        <w:t xml:space="preserve">                            + (req.getReason() != null ? "：" + req.getReason() : ""),</w:t>
      </w:r>
    </w:p>
    <w:p>
      <w:pPr>
        <w:pStyle w:val="CodeLine"/>
      </w:pPr>
      <w:r>
        <w:t xml:space="preserve">                    "VERIFICATION", saved.getId(),</w:t>
      </w:r>
    </w:p>
    <w:p>
      <w:pPr>
        <w:pStyle w:val="CodeLine"/>
      </w:pPr>
      <w:r>
        <w:t xml:space="preserve">                    "verification-decision-" + saved.getId());</w:t>
      </w:r>
    </w:p>
    <w:p>
      <w:pPr>
        <w:pStyle w:val="CodeLine"/>
      </w:pPr>
      <w:r>
        <w:t xml:space="preserve">            return saved;</w:t>
      </w:r>
    </w:p>
    <w:p>
      <w:pPr>
        <w:pStyle w:val="CodeLine"/>
      </w:pPr>
      <w:r>
        <w:t xml:space="preserve">        } catch (OptimisticLockingFailureException e) {</w:t>
      </w:r>
    </w:p>
    <w:p>
      <w:pPr>
        <w:pStyle w:val="CodeLine"/>
      </w:pPr>
      <w:r>
        <w:t xml:space="preserve">            entityManager.clear();</w:t>
      </w:r>
    </w:p>
    <w:p>
      <w:pPr>
        <w:pStyle w:val="CodeLine"/>
      </w:pPr>
      <w:r>
        <w:t xml:space="preserve">            CompanyVerification fresh = verificationRepository.findById(verificationId)</w:t>
      </w:r>
    </w:p>
    <w:p>
      <w:pPr>
        <w:pStyle w:val="CodeLine"/>
      </w:pPr>
      <w:r>
        <w:t xml:space="preserve">                    .orElseThrow(() -&gt; new BusinessException(ErrorCode.VERIFICATION_NOT_FOUND));</w:t>
      </w:r>
    </w:p>
    <w:p>
      <w:pPr>
        <w:pStyle w:val="CodeLine"/>
      </w:pPr>
      <w:r>
        <w:t xml:space="preserve">            if (fresh.getStatus().equals(targetStatus.name())) return fresh;</w:t>
      </w:r>
    </w:p>
    <w:p>
      <w:pPr>
        <w:pStyle w:val="CodeLine"/>
      </w:pPr>
      <w:r>
        <w:t xml:space="preserve">            throw new BusinessException(ErrorCode.INVALID_VERIFICATION_STATUS_TRANSITION,</w:t>
      </w:r>
    </w:p>
    <w:p>
      <w:pPr>
        <w:pStyle w:val="CodeLine"/>
      </w:pPr>
      <w:r>
        <w:t xml:space="preserve">                    "verification was modified concurrently");</w:t>
      </w:r>
    </w:p>
    <w:p>
      <w:pPr>
        <w:pStyle w:val="CodeLine"/>
      </w:pPr>
      <w:r>
        <w:t xml:space="preserve">        }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管理员：审核历史 ──────────────────────────────────────────</w:t>
      </w:r>
    </w:p>
    <w:p>
      <w:pPr>
        <w:pStyle w:val="CodeLine"/>
      </w:pPr>
      <w:r>
        <w:t xml:space="preserve">    public List&lt;Map&lt;String, Object&gt;&gt; getHistory(Long verificationId) {</w:t>
      </w:r>
    </w:p>
    <w:p>
      <w:pPr>
        <w:pStyle w:val="CodeLine"/>
      </w:pPr>
      <w:r>
        <w:t xml:space="preserve">        return historyRepository.findByVerificationIdOrderByCreatedAtAsc(verificationId)</w:t>
      </w:r>
    </w:p>
    <w:p>
      <w:pPr>
        <w:pStyle w:val="CodeLine"/>
      </w:pPr>
      <w:r>
        <w:t xml:space="preserve">                .stream().map(this::toHistoryView).collect(Collectors.toList());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视图 ───────────────────────────────────────────────────</w:t>
      </w:r>
    </w:p>
    <w:p>
      <w:pPr>
        <w:pStyle w:val="CodeLine"/>
      </w:pPr>
      <w:r>
        <w:t>─</w:t>
      </w:r>
    </w:p>
    <w:p>
      <w:pPr>
        <w:pStyle w:val="CodeLine"/>
      </w:pPr>
      <w:r>
        <w:t xml:space="preserve">    public Map&lt;String, Object&gt; toView(CompanyVerification v) {</w:t>
      </w:r>
    </w:p>
    <w:p>
      <w:pPr>
        <w:pStyle w:val="CodeLine"/>
      </w:pPr>
      <w:r>
        <w:t xml:space="preserve">        Map&lt;String, Object&gt; view = new HashMap&lt;&gt;();</w:t>
      </w:r>
    </w:p>
    <w:p>
      <w:pPr>
        <w:pStyle w:val="CodeLine"/>
      </w:pPr>
      <w:r>
        <w:t xml:space="preserve">        view.put("id", v.getId());</w:t>
      </w:r>
    </w:p>
    <w:p>
      <w:pPr>
        <w:pStyle w:val="CodeLine"/>
      </w:pPr>
      <w:r>
        <w:t xml:space="preserve">        view.put("companyId", v.getCompanyId());</w:t>
      </w:r>
    </w:p>
    <w:p>
      <w:pPr>
        <w:pStyle w:val="CodeLine"/>
      </w:pPr>
      <w:r>
        <w:t xml:space="preserve">        view.put("status", v.getStatus());</w:t>
      </w:r>
    </w:p>
    <w:p>
      <w:pPr>
        <w:pStyle w:val="CodeLine"/>
      </w:pPr>
      <w:r>
        <w:t xml:space="preserve">        view.put("submittedBy", v.getSubmittedBy());</w:t>
      </w:r>
    </w:p>
    <w:p>
      <w:pPr>
        <w:pStyle w:val="CodeLine"/>
      </w:pPr>
      <w:r>
        <w:t xml:space="preserve">        view.put("materialsJson", v.getMaterialsJson());</w:t>
      </w:r>
    </w:p>
    <w:p>
      <w:pPr>
        <w:pStyle w:val="CodeLine"/>
      </w:pPr>
      <w:r>
        <w:t xml:space="preserve">        view.put("reviewerId", v.getReviewerId());</w:t>
      </w:r>
    </w:p>
    <w:p>
      <w:pPr>
        <w:pStyle w:val="CodeLine"/>
      </w:pPr>
      <w:r>
        <w:t xml:space="preserve">        view.put("decisionReason", v.getDecisionReason());</w:t>
      </w:r>
    </w:p>
    <w:p>
      <w:pPr>
        <w:pStyle w:val="CodeLine"/>
      </w:pPr>
      <w:r>
        <w:t xml:space="preserve">        view.put("submittedAt", v.getSubmittedAt());</w:t>
      </w:r>
    </w:p>
    <w:p>
      <w:pPr>
        <w:pStyle w:val="CodeLine"/>
      </w:pPr>
      <w:r>
        <w:t xml:space="preserve">        view.put("decidedAt", v.getDecidedAt());</w:t>
      </w:r>
    </w:p>
    <w:p>
      <w:pPr>
        <w:pStyle w:val="CodeLine"/>
      </w:pPr>
      <w:r>
        <w:t xml:space="preserve">        view.put("version", v.getVersion());</w:t>
      </w:r>
    </w:p>
    <w:p>
      <w:pPr>
        <w:pStyle w:val="CodeLine"/>
      </w:pPr>
      <w:r>
        <w:t xml:space="preserve">        view.put("createdAt", v.getCreatedAt());</w:t>
      </w:r>
    </w:p>
    <w:p>
      <w:pPr>
        <w:pStyle w:val="CodeLine"/>
      </w:pPr>
      <w:r>
        <w:t xml:space="preserve">        return view;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Map&lt;String, Object&gt; toHistoryView(CompanyVerificationHistory h) {</w:t>
      </w:r>
    </w:p>
    <w:p>
      <w:pPr>
        <w:pStyle w:val="CodeLine"/>
      </w:pPr>
      <w:r>
        <w:t xml:space="preserve">        Map&lt;String, Object&gt; v = new HashMap&lt;&gt;();</w:t>
      </w:r>
    </w:p>
    <w:p>
      <w:pPr>
        <w:pStyle w:val="CodeLine"/>
      </w:pPr>
      <w:r>
        <w:t xml:space="preserve">        v.put("id", h.getId());</w:t>
      </w:r>
    </w:p>
    <w:p>
      <w:pPr>
        <w:pStyle w:val="CodeLine"/>
      </w:pPr>
      <w:r>
        <w:t xml:space="preserve">        v.put("fromStatus", h.getFromStatus());</w:t>
      </w:r>
    </w:p>
    <w:p>
      <w:pPr>
        <w:pStyle w:val="CodeLine"/>
      </w:pPr>
      <w:r>
        <w:t xml:space="preserve">        v.put("toStatus", h.getToStatus());</w:t>
      </w:r>
    </w:p>
    <w:p>
      <w:pPr>
        <w:pStyle w:val="CodeLine"/>
      </w:pPr>
      <w:r>
        <w:t xml:space="preserve">        v.put("actorUserId", h.getActorUserId());</w:t>
      </w:r>
    </w:p>
    <w:p>
      <w:pPr>
        <w:pStyle w:val="CodeLine"/>
      </w:pPr>
      <w:r>
        <w:t xml:space="preserve">        v.put("reason", h.getReason());</w:t>
      </w:r>
    </w:p>
    <w:p>
      <w:pPr>
        <w:pStyle w:val="CodeLine"/>
      </w:pPr>
      <w:r>
        <w:t xml:space="preserve">        v.put("createdAt", h.getCreatedAt());</w:t>
      </w:r>
    </w:p>
    <w:p>
      <w:pPr>
        <w:pStyle w:val="CodeLine"/>
      </w:pPr>
      <w:r>
        <w:t xml:space="preserve">        return v;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// ── 私有辅助 ────────────────────────────────────────────────</w:t>
      </w:r>
    </w:p>
    <w:p>
      <w:pPr>
        <w:pStyle w:val="CodeLine"/>
      </w:pPr>
      <w:r>
        <w:t xml:space="preserve">    private Company requireCompany(Long userId) {</w:t>
      </w:r>
    </w:p>
    <w:p>
      <w:pPr>
        <w:pStyle w:val="CodeLine"/>
      </w:pPr>
      <w:r>
        <w:t xml:space="preserve">        User user = userRepository.findById(userId)</w:t>
      </w:r>
    </w:p>
    <w:p>
      <w:pPr>
        <w:pStyle w:val="CodeLine"/>
      </w:pPr>
      <w:r>
        <w:t xml:space="preserve">                .orElseThrow(() -&gt; new BusinessException(ErrorCode.USER_NOT_FOUND));</w:t>
      </w:r>
    </w:p>
    <w:p>
      <w:pPr>
        <w:pStyle w:val="CodeLine"/>
      </w:pPr>
      <w:r>
        <w:t xml:space="preserve">        if (!hasRole(user, User.Role.COMPANY)) {</w:t>
      </w:r>
    </w:p>
    <w:p>
      <w:pPr>
        <w:pStyle w:val="CodeLine"/>
      </w:pPr>
      <w:r>
        <w:t xml:space="preserve">            throw new BusinessException(ErrorCode.FORBIDDEN);</w:t>
      </w:r>
    </w:p>
    <w:p>
      <w:pPr>
        <w:pStyle w:val="CodeLine"/>
      </w:pPr>
      <w:r>
        <w:t xml:space="preserve">        }</w:t>
      </w:r>
    </w:p>
    <w:p>
      <w:pPr>
        <w:pStyle w:val="CodeLine"/>
        <w:pageBreakBefore/>
      </w:pPr>
      <w:r>
        <w:t xml:space="preserve">        return companyRepository.findByOwnerUserId(userId)</w:t>
      </w:r>
    </w:p>
    <w:p>
      <w:pPr>
        <w:pStyle w:val="CodeLine"/>
      </w:pPr>
      <w:r>
        <w:t xml:space="preserve">                .orElseThrow(() -&gt; new BusinessException(ErrorCode.COMPANY_NOT_FOUND));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boolean hasRole(User user, User.Role role) {</w:t>
      </w:r>
    </w:p>
    <w:p>
      <w:pPr>
        <w:pStyle w:val="CodeLine"/>
      </w:pPr>
      <w:r>
        <w:t xml:space="preserve">        return user.getRoles() != null &amp;&amp; user.getRoles().stream().anyMatch(r -&gt; r == role);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void assertAdminRole(Long userId) {</w:t>
      </w:r>
    </w:p>
    <w:p>
      <w:pPr>
        <w:pStyle w:val="CodeLine"/>
      </w:pPr>
      <w:r>
        <w:t xml:space="preserve">        userRoleGuard.requireAdmin(userId);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private void recordHistory(Long verificationId, String fromStatus, String toStatus,</w:t>
      </w:r>
    </w:p>
    <w:p>
      <w:pPr>
        <w:pStyle w:val="CodeLine"/>
      </w:pPr>
      <w:r>
        <w:t xml:space="preserve">                               Long actorUserId, String reason) {</w:t>
      </w:r>
    </w:p>
    <w:p>
      <w:pPr>
        <w:pStyle w:val="CodeLine"/>
      </w:pPr>
      <w:r>
        <w:t xml:space="preserve">        historyRepository.save(CompanyVerificationHistory.builder()</w:t>
      </w:r>
    </w:p>
    <w:p>
      <w:pPr>
        <w:pStyle w:val="CodeLine"/>
      </w:pPr>
      <w:r>
        <w:t xml:space="preserve">                .verificationId(verificationId)</w:t>
      </w:r>
    </w:p>
    <w:p>
      <w:pPr>
        <w:pStyle w:val="CodeLine"/>
      </w:pPr>
      <w:r>
        <w:t xml:space="preserve">                .fromStatus(fromStatus)</w:t>
      </w:r>
    </w:p>
    <w:p>
      <w:pPr>
        <w:pStyle w:val="CodeLine"/>
      </w:pPr>
      <w:r>
        <w:t xml:space="preserve">                .toStatus(toStatus)</w:t>
      </w:r>
    </w:p>
    <w:p>
      <w:pPr>
        <w:pStyle w:val="CodeLine"/>
      </w:pPr>
      <w:r>
        <w:t xml:space="preserve">                .actorUserId(actorUserId)</w:t>
      </w:r>
    </w:p>
    <w:p>
      <w:pPr>
        <w:pStyle w:val="CodeLine"/>
      </w:pPr>
      <w:r>
        <w:t xml:space="preserve">                .reason(reason)</w:t>
      </w:r>
    </w:p>
    <w:p>
      <w:pPr>
        <w:pStyle w:val="CodeLine"/>
      </w:pPr>
      <w:r>
        <w:t xml:space="preserve">                .build());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com.mydreamjob.verification;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企业认证状态枚举</w:t>
      </w:r>
    </w:p>
    <w:p>
      <w:pPr>
        <w:pStyle w:val="CodeLine"/>
      </w:pPr>
      <w:r>
        <w:t xml:space="preserve"> *</w:t>
      </w:r>
    </w:p>
    <w:p>
      <w:pPr>
        <w:pStyle w:val="CodeLine"/>
      </w:pPr>
      <w:r>
        <w:t xml:space="preserve"> * &lt;p&gt;状态流转：</w:t>
      </w:r>
    </w:p>
    <w:p>
      <w:pPr>
        <w:pStyle w:val="CodeLine"/>
      </w:pPr>
      <w:r>
        <w:t xml:space="preserve"> * &lt;pre&gt;</w:t>
      </w:r>
    </w:p>
    <w:p>
      <w:pPr>
        <w:pStyle w:val="CodeLine"/>
      </w:pPr>
      <w:r>
        <w:t xml:space="preserve"> * PENDING ──&gt; APPROVED (终态)</w:t>
      </w:r>
    </w:p>
    <w:p>
      <w:pPr>
        <w:pStyle w:val="CodeLine"/>
      </w:pPr>
      <w:r>
        <w:t xml:space="preserve"> * PENDING ──&gt; REJECTED</w:t>
      </w:r>
    </w:p>
    <w:p>
      <w:pPr>
        <w:pStyle w:val="CodeLine"/>
      </w:pPr>
      <w:r>
        <w:t xml:space="preserve"> * REJECTED ──&gt; RESUBMITTED ──&gt; PENDING (重新进入审核）</w:t>
      </w:r>
    </w:p>
    <w:p>
      <w:pPr>
        <w:pStyle w:val="CodeLine"/>
      </w:pPr>
      <w:r>
        <w:t xml:space="preserve"> * &lt;/pre&gt;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public enum VerificationStatus {</w:t>
      </w:r>
    </w:p>
    <w:p>
      <w:pPr>
        <w:pStyle w:val="CodeLine"/>
      </w:pPr>
      <w:r>
        <w:t xml:space="preserve">    PENDING,</w:t>
      </w:r>
    </w:p>
    <w:p>
      <w:pPr>
        <w:pStyle w:val="CodeLine"/>
      </w:pPr>
      <w:r>
        <w:t xml:space="preserve">    APPROVED,</w:t>
      </w:r>
    </w:p>
    <w:p>
      <w:pPr>
        <w:pStyle w:val="CodeLine"/>
      </w:pPr>
      <w:r>
        <w:t xml:space="preserve">    REJECTED,</w:t>
      </w:r>
    </w:p>
    <w:p>
      <w:pPr>
        <w:pStyle w:val="CodeLine"/>
      </w:pPr>
      <w:r>
        <w:t xml:space="preserve">    RESUBMITTED;</w:t>
      </w:r>
    </w:p>
    <w:p>
      <w:pPr>
        <w:pStyle w:val="CodeLine"/>
      </w:pPr>
      <w:r>
        <w:t xml:space="preserve">    public boolean canTransitionTo(VerificationStatus target) {</w:t>
      </w:r>
    </w:p>
    <w:p>
      <w:pPr>
        <w:pStyle w:val="CodeLine"/>
      </w:pPr>
      <w:r>
        <w:t xml:space="preserve">        if (target == null) return false;</w:t>
      </w:r>
    </w:p>
    <w:p>
      <w:pPr>
        <w:pStyle w:val="CodeLine"/>
      </w:pPr>
      <w:r>
        <w:t xml:space="preserve">        return switch (this) {</w:t>
      </w:r>
    </w:p>
    <w:p>
      <w:pPr>
        <w:pStyle w:val="CodeLine"/>
      </w:pPr>
      <w:r>
        <w:t xml:space="preserve">            case PENDING -&gt; target == APPROVED || target == REJECTED;</w:t>
      </w:r>
    </w:p>
    <w:p>
      <w:pPr>
        <w:pStyle w:val="CodeLine"/>
      </w:pPr>
      <w:r>
        <w:t xml:space="preserve">            case REJECTED -&gt; target == RESUBMITTED;</w:t>
      </w:r>
    </w:p>
    <w:p>
      <w:pPr>
        <w:pStyle w:val="CodeLine"/>
      </w:pPr>
      <w:r>
        <w:t xml:space="preserve">            case RESUBMITTED -&gt; target == APPROVED || target == REJECTED;</w:t>
      </w:r>
    </w:p>
    <w:p>
      <w:pPr>
        <w:pStyle w:val="CodeLine"/>
      </w:pPr>
      <w:r>
        <w:t xml:space="preserve">            case APPROVED -&gt; false;</w:t>
      </w:r>
    </w:p>
    <w:p>
      <w:pPr>
        <w:pStyle w:val="CodeLine"/>
      </w:pPr>
      <w:r>
        <w:t xml:space="preserve">        };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 xml:space="preserve">    public boolean isTerminal() {</w:t>
      </w:r>
    </w:p>
    <w:p>
      <w:pPr>
        <w:pStyle w:val="CodeLine"/>
      </w:pPr>
      <w:r>
        <w:t xml:space="preserve">        return this == APPROVED;</w:t>
      </w:r>
    </w:p>
    <w:p>
      <w:pPr>
        <w:pStyle w:val="CodeLine"/>
      </w:pPr>
      <w:r>
        <w:t xml:space="preserve">    }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com.mydreamjob.verification.dto;</w:t>
      </w:r>
    </w:p>
    <w:p>
      <w:pPr>
        <w:pStyle w:val="CodeLine"/>
      </w:pPr>
      <w:r>
        <w:t>import jakarta.validation.constraints.NotBlank;</w:t>
      </w:r>
    </w:p>
    <w:p>
      <w:pPr>
        <w:pStyle w:val="CodeLine"/>
      </w:pPr>
      <w:r>
        <w:t>import lombok.Data;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管理员审核决定请求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@Data</w:t>
      </w:r>
    </w:p>
    <w:p>
      <w:pPr>
        <w:pStyle w:val="CodeLine"/>
      </w:pPr>
      <w:r>
        <w:t>public class VerificationDecisionRequest {</w:t>
      </w:r>
    </w:p>
    <w:p>
      <w:pPr>
        <w:pStyle w:val="CodeLine"/>
      </w:pPr>
      <w:r>
        <w:t xml:space="preserve">    @NotBlank(message = "decision is required")</w:t>
      </w:r>
    </w:p>
    <w:p>
      <w:pPr>
        <w:pStyle w:val="CodeLine"/>
      </w:pPr>
      <w:r>
        <w:t xml:space="preserve">    private String decision;</w:t>
      </w:r>
    </w:p>
    <w:p>
      <w:pPr>
        <w:pStyle w:val="CodeLine"/>
      </w:pPr>
      <w:r>
        <w:t xml:space="preserve">    private String reason;</w:t>
      </w:r>
    </w:p>
    <w:p>
      <w:pPr>
        <w:pStyle w:val="CodeLine"/>
      </w:pPr>
      <w:r>
        <w:t>}</w:t>
      </w:r>
    </w:p>
    <w:p>
      <w:pPr>
        <w:pStyle w:val="CodeLine"/>
      </w:pPr>
      <w:r>
        <w:t>package com.mydreamjob.verification.dto;</w:t>
      </w:r>
    </w:p>
    <w:p>
      <w:pPr>
        <w:pStyle w:val="CodeLine"/>
      </w:pPr>
      <w:r>
        <w:t>import jakarta.validation.constraints.NotBlank;</w:t>
      </w:r>
    </w:p>
    <w:p>
      <w:pPr>
        <w:pStyle w:val="CodeLine"/>
      </w:pPr>
      <w:r>
        <w:t>import lombok.Data;</w:t>
      </w:r>
    </w:p>
    <w:p>
      <w:pPr>
        <w:pStyle w:val="CodeLine"/>
      </w:pPr>
      <w:r>
        <w:t>/**</w:t>
      </w:r>
    </w:p>
    <w:p>
      <w:pPr>
        <w:pStyle w:val="CodeLine"/>
      </w:pPr>
      <w:r>
        <w:t xml:space="preserve"> * 企业提交认证材料请求</w:t>
      </w:r>
    </w:p>
    <w:p>
      <w:pPr>
        <w:pStyle w:val="CodeLine"/>
      </w:pPr>
      <w:r>
        <w:t xml:space="preserve"> */</w:t>
      </w:r>
    </w:p>
    <w:p>
      <w:pPr>
        <w:pStyle w:val="CodeLine"/>
      </w:pPr>
      <w:r>
        <w:t>@Data</w:t>
      </w:r>
    </w:p>
    <w:p>
      <w:pPr>
        <w:pStyle w:val="CodeLine"/>
      </w:pPr>
      <w:r>
        <w:t>public class VerificationSubmitRequest {</w:t>
      </w:r>
    </w:p>
    <w:p>
      <w:pPr>
        <w:pStyle w:val="CodeLine"/>
      </w:pPr>
      <w:r>
        <w:t xml:space="preserve">    @NotBlank(message = "materials is required")</w:t>
      </w:r>
    </w:p>
    <w:p>
      <w:pPr>
        <w:pStyle w:val="CodeLine"/>
      </w:pPr>
      <w:r>
        <w:t xml:space="preserve">    private String materialsJson;</w:t>
      </w:r>
    </w:p>
    <w:p>
      <w:pPr>
        <w:pStyle w:val="CodeLine"/>
      </w:pPr>
      <w:r>
        <w:t>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onsolas" w:hAnsi="Consolas" w:eastAsia="宋体" w:cs="Consolas"/>
        <w:sz w:val="18"/>
      </w:rPr>
      <w:t xml:space="preserve">第 </w:t>
    </w:r>
    <w:r>
      <w:rPr>
        <w:rFonts w:ascii="Consolas" w:hAnsi="Consolas" w:eastAsia="宋体" w:cs="Consolas"/>
        <w:sz w:val="18"/>
      </w:rPr>
      <w:fldChar w:fldCharType="begin"/>
      <w:instrText xml:space="preserve">PAGE</w:instrText>
      <w:fldChar w:fldCharType="end"/>
    </w:r>
    <w:r>
      <w:rPr>
        <w:rFonts w:ascii="Consolas" w:hAnsi="Consolas" w:eastAsia="宋体" w:cs="Consolas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onsolas" w:hAnsi="Consolas" w:eastAsia="宋体" w:cs="Consolas"/>
        <w:sz w:val="18"/>
      </w:rPr>
      <w:t>轻松聘-智能招聘求职服务APP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Line">
    <w:name w:val="CodeLine"/>
    <w:basedOn w:val="Normal"/>
    <w:pPr>
      <w:spacing w:before="0" w:after="0" w:lineRule="exact" w:line="208"/>
    </w:pPr>
    <w:rPr>
      <w:rFonts w:ascii="Consolas" w:hAnsi="Consolas" w:cs="Consolas" w:eastAsia="宋体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